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Modal verbs: can, could, must, should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sign to its meaning.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כל שלט למשמעות שלו.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 لافتة بمعناها.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No smoking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You mustn't make noise.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Wear a helmet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You mustn't bring a dog.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Quiet, please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You must wear a helmet.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No dogs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You must wash your hands.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Wash your hands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You mustn't smoke.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sentences: rule, advice or request?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המשפטים: כלל, עצה או בקשה?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الجمل: قاعدة، نصيحة أم طلب؟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Rule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Advice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Request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must stop at a red light., You mustn't use phones in the test.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should eat more fruit., You shouldn't stay up late.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Could you pass the salt?, Can I sit here?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She can ___ very fast.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run</w:t>
      </w:r>
    </w:p>
    <w:p>
      <w:pPr>
        <w:spacing w:before="0" w:after="20"/>
        <w:jc w:val="both"/>
      </w:pPr>
      <w:r>
        <w:rPr/>
        <w:t>b. ___ I go to the bathroom, please?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Can</w:t>
      </w:r>
    </w:p>
    <w:p>
      <w:pPr>
        <w:spacing w:before="0" w:after="20"/>
        <w:jc w:val="both"/>
      </w:pPr>
      <w:r>
        <w:rPr/>
        <w:t>c. You ___ feed the animals at the zoo. It's not allowed.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mustn't</w:t>
      </w:r>
    </w:p>
    <w:p>
      <w:pPr>
        <w:spacing w:before="0" w:after="20"/>
        <w:jc w:val="both"/>
      </w:pPr>
      <w:r>
        <w:rPr/>
        <w:t>d. It's cold outside. You ___ take a jacket.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should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the school rules with must or mustn't.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כללי בית הספר ב-‎must‎ או ‎mustn't‎.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قوانين المدرسة بـ ‎must‎ أو ‎mustn't‎.</w:t>
      </w:r>
    </w:p>
    <w:p>
      <w:pPr>
        <w:spacing w:before="0" w:after="40"/>
        <w:jc w:val="both"/>
      </w:pPr>
      <w:r>
        <w:rPr/>
        <w:t>a. You must be on time for class.</w:t>
      </w:r>
    </w:p>
    <w:p>
      <w:pPr>
        <w:spacing w:before="0" w:after="40"/>
        <w:jc w:val="both"/>
      </w:pPr>
      <w:r>
        <w:rPr/>
        <w:t>b. You mustn't write on the desks.</w:t>
      </w:r>
    </w:p>
    <w:p>
      <w:pPr>
        <w:spacing w:before="0" w:after="40"/>
        <w:jc w:val="both"/>
      </w:pPr>
      <w:r>
        <w:rPr/>
        <w:t>c. You must listen to the teacher.</w:t>
      </w:r>
    </w:p>
    <w:p>
      <w:pPr>
        <w:spacing w:before="0" w:after="40"/>
        <w:jc w:val="both"/>
      </w:pPr>
      <w:r>
        <w:rPr/>
        <w:t>d. You mustn't throw garbage on the floor.</w:t>
      </w:r>
    </w:p>
    <w:p>
      <w:pPr>
        <w:spacing w:before="0" w:after="40"/>
        <w:jc w:val="both"/>
      </w:pPr>
      <w:r>
        <w:rPr/>
        <w:t>e. You must bring your books every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Give advice. Complete with should or shouldn't.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תנו עצה. השלימו ב-‎should‎ או ‎shouldn't‎.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قدّم نصيحة. أكمل بـ ‎should‎ أو ‎shouldn't‎.</w:t>
      </w:r>
    </w:p>
    <w:p>
      <w:pPr>
        <w:spacing w:before="0" w:after="40"/>
        <w:jc w:val="both"/>
      </w:pPr>
      <w:r>
        <w:rPr/>
        <w:t>a. Maya has a test tomorrow. She should study tonight.</w:t>
      </w:r>
    </w:p>
    <w:p>
      <w:pPr>
        <w:spacing w:before="0" w:after="40"/>
        <w:jc w:val="both"/>
      </w:pPr>
      <w:r>
        <w:rPr/>
        <w:t>b. Omer has a stomachache. He shouldn't eat more cake.</w:t>
      </w:r>
    </w:p>
    <w:p>
      <w:pPr>
        <w:spacing w:before="0" w:after="40"/>
        <w:jc w:val="both"/>
      </w:pPr>
      <w:r>
        <w:rPr/>
        <w:t>c. It's very hot. You should drink a lot of water.</w:t>
      </w:r>
    </w:p>
    <w:p>
      <w:pPr>
        <w:spacing w:before="0" w:after="40"/>
        <w:jc w:val="both"/>
      </w:pPr>
      <w:r>
        <w:rPr/>
        <w:t>d. Itay is tired. He shouldn't play computer games all night.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Make polite requests with Could you…? or Could I…?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בקשות מנומסות עם ‎Could you…?‎ או ‎Could I…?‎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طلبات مهذّبة باستعمال ‎Could you…?‎ أو ‎Could I…?‎</w:t>
      </w:r>
    </w:p>
    <w:p>
      <w:pPr>
        <w:spacing w:before="0" w:after="100"/>
        <w:jc w:val="both"/>
      </w:pPr>
      <w:r>
        <w:rPr/>
        <w:t>a. You want your friend to close the door.  → Could you close the door, please?</w:t>
      </w:r>
    </w:p>
    <w:p>
      <w:pPr>
        <w:spacing w:before="0" w:after="100"/>
        <w:jc w:val="both"/>
      </w:pPr>
      <w:r>
        <w:rPr/>
        <w:t>b. You want a glass of water.  → Could I have a glass of water, please?</w:t>
      </w:r>
    </w:p>
    <w:p>
      <w:pPr>
        <w:spacing w:before="0" w:after="100"/>
        <w:jc w:val="both"/>
      </w:pPr>
      <w:r>
        <w:rPr/>
        <w:t>c. You want your teacher to repeat the question.  → Could you repeat the question, please?</w:t>
      </w:r>
    </w:p>
    <w:p>
      <w:pPr>
        <w:spacing w:before="0" w:after="100"/>
        <w:jc w:val="both"/>
      </w:pPr>
      <w:r>
        <w:rPr/>
        <w:t>d. You want to borrow a ruler.  → Could I borrow a ruler, please?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Find the mistake and write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הטעות וכתבו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الخطأ واكتب الجملة الصحيحة.</w:t>
      </w:r>
    </w:p>
    <w:p>
      <w:pPr>
        <w:spacing w:before="0" w:after="100"/>
        <w:jc w:val="both"/>
      </w:pPr>
      <w:r>
        <w:rPr/>
        <w:t>a. He cans play the piano.  → He can play the piano.</w:t>
      </w:r>
    </w:p>
    <w:p>
      <w:pPr>
        <w:spacing w:before="0" w:after="100"/>
        <w:jc w:val="both"/>
      </w:pPr>
      <w:r>
        <w:rPr/>
        <w:t>b. You must to wear a uniform.  → You must wear a uniform.</w:t>
      </w:r>
    </w:p>
    <w:p>
      <w:pPr>
        <w:spacing w:before="0" w:after="100"/>
        <w:jc w:val="both"/>
      </w:pPr>
      <w:r>
        <w:rPr/>
        <w:t>c. Do I should call the doctor?  → Should I call the doctor?</w:t>
      </w:r>
    </w:p>
    <w:p>
      <w:pPr>
        <w:spacing w:before="0" w:after="100"/>
        <w:jc w:val="both"/>
      </w:pPr>
      <w:r>
        <w:rPr/>
        <w:t>d. She shoulds go home.  → She should go home.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text. Sort the sentences: a rule or advice?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הטקסט. מיינו את המשפטים: כלל או עצה?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النص. صنّف الجمل: قاعدة أم نصيحة؟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Rule (must / mustn't)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Advice (should / shouldn't)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Take a shower before you swim., Don't run near the pool., Don't eat or drink in the water.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Wear sunscreen and a hat., Don't swim right after a big meal., Stay in the shallow end if you are not a strong swimmer.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Answer the questions about the text. Complete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 השלימו את התשובות.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النص. أكمل الإجابات.</w:t>
      </w:r>
    </w:p>
    <w:p>
      <w:pPr>
        <w:spacing w:before="0" w:after="40"/>
        <w:jc w:val="both"/>
      </w:pPr>
      <w:r>
        <w:rPr/>
        <w:t>a. Why mustn't you run near the pool? Because the floor is wet.</w:t>
      </w:r>
    </w:p>
    <w:p>
      <w:pPr>
        <w:spacing w:before="0" w:after="40"/>
        <w:jc w:val="both"/>
      </w:pPr>
      <w:r>
        <w:rPr/>
        <w:t>b. Who must stay with an adult? Little children.</w:t>
      </w:r>
    </w:p>
    <w:p>
      <w:pPr>
        <w:spacing w:before="0" w:after="40"/>
        <w:jc w:val="both"/>
      </w:pPr>
      <w:r>
        <w:rPr/>
        <w:t>c. What should you wear in the sun? Sunscreen and a hat.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Daniel is a teacher at the pool. – False – He is a junior lifeguard.</w:t>
      </w:r>
    </w:p>
    <w:p>
      <w:pPr>
        <w:spacing w:before="0" w:after="40"/>
        <w:jc w:val="both"/>
      </w:pPr>
      <w:r>
        <w:rPr/>
        <w:t>b. You can eat in the water. – False – You mustn't eat or drink in the water.</w:t>
      </w:r>
    </w:p>
    <w:p>
      <w:pPr>
        <w:spacing w:before="0" w:after="40"/>
        <w:jc w:val="both"/>
      </w:pPr>
      <w:r>
        <w:rPr/>
        <w:t>c. You can ask the lifeguards questions.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Give advice to each person. Use should or shouldn't.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תנו עצה לכל אדם. השתמשו ב-‎should‎ או ‎shouldn't‎.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قدّم نصيحة لكل شخص. استعمل ‎should‎ أو ‎shouldn't‎.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Problem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Advice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have a cold.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You should stay in bed and drink tea.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I'm always late for school.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You should get up earlier.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My room is very messy.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You should clean it today.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rules for your classroom or your home: two with must and two with mustn't.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כללים לכיתה או לבית שלכם: שניים עם ‎must‎ ושניים עם ‎mustn't‎.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قواعد لصفّك أو لبيتك: اثنتين مع ‎must‎ واثنتين مع ‎mustn't‎.</w:t>
      </w:r>
    </w:p>
    <w:p>
      <w:pPr>
        <w:spacing w:before="0" w:after="80"/>
        <w:jc w:val="both"/>
      </w:pPr>
      <w:r>
        <w:rPr>
          <w:color w:val="0F7A4F"/>
        </w:rPr>
        <w:t>Possible answer: We must say good morning to the teacher. We must keep the classroom clean. We mustn't shout. We mustn't eat during the lesson.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