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Asking questions: Wh-questions review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שואלים שאלות: חזרה על שאלות ‎Wh-‎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طرح الأسئلة: مراجعة أسئلة ‎Wh-‎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</w:rPr>
        <w:t>Summary: Wh-question words and how to build a question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מילות שאלה ‎Wh-‎ ואיך בונים שאלה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كلمات السؤال ‎Wh-‎ وكيف نبني سؤالًا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6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Question 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שאלה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السؤال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Asks about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Who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person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Who is that boy?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What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thing / an action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What are you eating?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Where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place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Where is my bag?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When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time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When does the movie start?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reason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Why are you late?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How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way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How do you spell it?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How + …</w:t>
      </w:r>
    </w:p>
    <w:p>
      <w:pPr>
        <w:spacing w:before="0" w:after="20"/>
        <w:jc w:val="both"/>
      </w:pPr>
      <w:r>
        <w:rPr/>
        <w:t>1. How many + count nouns: How many pencils?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‎How many +‎ שמות עצם שאפשר לספור: ‎How many pencils?‎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‎How many +‎ أسماء يمكن عدّها: ‎How many pencils?‎</w:t>
      </w:r>
    </w:p>
    <w:p>
      <w:pPr>
        <w:spacing w:before="0" w:after="20"/>
        <w:jc w:val="both"/>
      </w:pPr>
      <w:r>
        <w:rPr/>
        <w:t>2. How much + no-count nouns / price: How much milk? How much is it?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‎How much +‎ שמות עצם שאי אפשר לספור / מחיר: ‎How much milk?‎‏ ‎How much is it?‎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‎How much +‎ أسماء لا يمكن عدّها / السعر: ‎How much milk?‎‏ ‎How much is it?‎</w:t>
      </w:r>
    </w:p>
    <w:p>
      <w:pPr>
        <w:spacing w:before="0" w:after="20"/>
        <w:jc w:val="both"/>
      </w:pPr>
      <w:r>
        <w:rPr/>
        <w:t>3. How old / How often / How long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Word order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 המילים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ترتيب الكلمات</w:t>
      </w:r>
    </w:p>
    <w:p>
      <w:pPr>
        <w:spacing w:before="0" w:after="20"/>
        <w:jc w:val="both"/>
      </w:pPr>
      <w:r>
        <w:rPr/>
        <w:t>1. Question word + be + subject: Where is Noa?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מילת שאלה ‎+ be +‎ נושא: ‎Where is Noa?‎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كلمة السؤال ‎+ be +‎ الفاعل: ‎Where is Noa?‎</w:t>
      </w:r>
    </w:p>
    <w:p>
      <w:pPr>
        <w:spacing w:before="0" w:after="20"/>
        <w:jc w:val="both"/>
      </w:pPr>
      <w:r>
        <w:rPr/>
        <w:t>2. Question word + do / does / did + subject + base form: What did Ben say?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מילת שאלה ‎+ do / does / did +‎ נושא + צורת בסיס: ‎What did Ben say?‎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كلمة السؤال ‎+ do / does / did +‎ الفاعل + الصيغة الأساسية: ‎What did Ben say?‎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תיק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حقيبة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8821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l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882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milk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حليب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blue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כחול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أزرق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bus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אוטובוס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Find the missing information in the answer, and choose the question word that asks about it: a place → Where, a time → When, a reason → Why.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את המידע החסר בתשובה, ובחרו את מילת השאלה ששואלת עליו: מקום ‎→ Where‎, זמן ‎→ When‎, סיבה ‎→ Why‎.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المعلومة الناقصة في الإجابة، واختر كلمة السؤال التي تسأل عنها: مكان ‎→ Where‎، وقت ‎→ When‎، سبب ‎→ Why‎.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Answer: Ariel plays soccer twice a week. Question: ___ does Ariel play soccer?</w:t>
      </w:r>
    </w:p>
    <w:p>
      <w:pPr>
        <w:spacing w:before="0" w:after="20"/>
        <w:jc w:val="both"/>
      </w:pPr>
      <w:r>
        <w:rPr/>
        <w:t>1. The missing information is «twice a week».</w:t>
      </w:r>
    </w:p>
    <w:p>
      <w:pPr>
        <w:spacing w:before="0" w:after="20"/>
        <w:jc w:val="both"/>
      </w:pPr>
      <w:r>
        <w:rPr/>
        <w:t>2. It tells us how many times: How often.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How often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Check yourself – Complete with the correct question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במילת השאלה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بكلمة السؤال الصحيحة.</w:t>
      </w:r>
    </w:p>
    <w:p>
      <w:pPr>
        <w:spacing w:before="0" w:after="60"/>
        <w:jc w:val="both"/>
      </w:pPr>
      <w:r>
        <w:rPr/>
        <w:t>a. __________ is your best friend? Omer.</w:t>
      </w:r>
    </w:p>
    <w:p>
      <w:pPr>
        <w:spacing w:before="0" w:after="60"/>
        <w:jc w:val="both"/>
      </w:pPr>
      <w:r>
        <w:rPr/>
        <w:t>b. __________ are you laughing? Because the movie is funny.</w:t>
      </w:r>
    </w:p>
    <w:p>
      <w:pPr>
        <w:spacing w:before="0" w:after="60"/>
        <w:jc w:val="both"/>
      </w:pPr>
      <w:r>
        <w:rPr/>
        <w:t>c. __________ is this jacket? It's Maya's.</w:t>
      </w:r>
    </w:p>
    <w:p>
      <w:pPr>
        <w:spacing w:before="0" w:after="60"/>
        <w:jc w:val="both"/>
      </w:pPr>
      <w:r>
        <w:rPr/>
        <w:t>d. __________ does the bus come? At 8:15.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Who · b. Why · c. Whose · d. When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