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6   |   Worksheet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3F6212"/>
          <w:sz w:val="44"/>
          <w:szCs w:val="44"/>
        </w:rPr>
        <w:t>Asking questions: Wh-questions review</w:t>
      </w:r>
    </w:p>
    <w:p>
      <w:pPr>
        <w:bidi/>
        <w:spacing w:before="0" w:after="0"/>
        <w:jc w:val="both"/>
      </w:pPr>
      <w:r>
        <w:rPr>
          <w:rFonts w:ascii="Arial" w:hAnsi="Arial" w:cs="Arial"/>
          <w:color w:val="6B7280"/>
          <w:sz w:val="22"/>
          <w:szCs w:val="22"/>
          <w:rtl/>
          <w:lang w:val="en-US" w:bidi="he-IL"/>
        </w:rPr>
        <w:t xml:space="preserve">שואלים שאלות: חזרה על שאלות ‎Wh-‎</w:t>
      </w:r>
    </w:p>
    <w:p>
      <w:pPr>
        <w:bidi/>
        <w:spacing w:before="0" w:after="120"/>
        <w:jc w:val="both"/>
      </w:pPr>
      <w:r>
        <w:rPr>
          <w:rFonts w:ascii="Arial" w:hAnsi="Arial" w:cs="Arial"/>
          <w:color w:val="6B7280"/>
          <w:sz w:val="23"/>
          <w:szCs w:val="23"/>
          <w:rtl/>
          <w:lang w:val="en-US" w:bidi="ar-SA"/>
        </w:rPr>
        <w:t xml:space="preserve">طرح الأسئلة: مراجعة أسئلة ‎Wh-‎</w:t>
      </w:r>
    </w:p>
    <w:p>
      <w:pPr>
        <w:spacing w:before="160" w:after="20"/>
        <w:jc w:val="both"/>
      </w:pPr>
      <w:r>
        <w:rPr>
          <w:b/>
          <w:bCs/>
          <w:sz w:val="26"/>
          <w:szCs w:val="26"/>
        </w:rPr>
        <w:t>1. Match the question word to what it asks about.</w:t>
      </w:r>
    </w:p>
    <w:p>
      <w:pPr>
        <w:bidi/>
        <w:spacing w:before="0" w:after="0"/>
        <w:jc w:val="both"/>
      </w:pPr>
      <w:r>
        <w:rPr>
          <w:rFonts w:ascii="Arial" w:hAnsi="Arial" w:cs="Arial"/>
          <w:color w:val="6B7280"/>
          <w:sz w:val="20"/>
          <w:szCs w:val="20"/>
          <w:rtl/>
          <w:lang w:val="en-US" w:bidi="he-IL"/>
        </w:rPr>
        <w:t xml:space="preserve">התאימו כל מילת שאלה למה שהיא שואלת עליו.</w:t>
      </w:r>
    </w:p>
    <w:p>
      <w:pPr>
        <w:bidi/>
        <w:spacing w:before="0" w:after="80"/>
        <w:jc w:val="both"/>
      </w:pPr>
      <w:r>
        <w:rPr>
          <w:rFonts w:ascii="Arial" w:hAnsi="Arial" w:cs="Arial"/>
          <w:color w:val="6B7280"/>
          <w:sz w:val="21"/>
          <w:szCs w:val="21"/>
          <w:rtl/>
          <w:lang w:val="en-US" w:bidi="ar-SA"/>
        </w:rPr>
        <w:t xml:space="preserve">صِل كل كلمة سؤال بما تسأل عنه.</w:t>
      </w:r>
    </w:p>
    <w:tbl>
      <w:tblPr>
        <w:tblStyle w:val="TableGrid"/>
        <w:tblW w:type="auto" w:w="0"/>
        <w:tblLook w:firstColumn="1" w:firstRow="1" w:lastColumn="0" w:lastRow="0" w:noHBand="0" w:noVBand="1" w:val="04A0"/>
      </w:tblPr>
      <w:tblGrid>
        <w:gridCol w:w="4989"/>
        <w:gridCol w:w="4989"/>
      </w:tblGrid>
      <w:tr>
        <w:tc>
          <w:tcPr>
            <w:tcW w:type="dxa" w:w="4989"/>
            <w:shd w:val="clear" w:color="auto" w:fill="3f6212"/>
          </w:tcPr>
          <w:p>
            <w:pPr>
              <w:spacing w:before="0" w:after="40"/>
              <w:jc w:val="both"/>
            </w:pPr>
            <w:r>
              <w:rPr>
                <w:b/>
                <w:bCs/>
                <w:color w:val="FFFFFF"/>
              </w:rPr>
              <w:t>Column A</w:t>
            </w:r>
          </w:p>
        </w:tc>
        <w:tc>
          <w:tcPr>
            <w:tcW w:type="dxa" w:w="4989"/>
            <w:shd w:val="clear" w:color="auto" w:fill="3f6212"/>
          </w:tcPr>
          <w:p>
            <w:pPr>
              <w:spacing w:before="0" w:after="40"/>
              <w:jc w:val="both"/>
            </w:pPr>
            <w:r>
              <w:rPr>
                <w:b/>
                <w:bCs/>
                <w:color w:val="FFFFFF"/>
              </w:rPr>
              <w:t>Column B</w:t>
            </w:r>
          </w:p>
        </w:tc>
      </w:tr>
      <w:tr>
        <w:tc>
          <w:tcPr>
            <w:tcW w:type="dxa" w:w="4989"/>
          </w:tcPr>
          <w:p>
            <w:pPr>
              <w:spacing w:before="0" w:after="40"/>
              <w:jc w:val="both"/>
            </w:pPr>
            <w:r>
              <w:rPr/>
              <w:t>1. Who</w:t>
            </w:r>
          </w:p>
        </w:tc>
        <w:tc>
          <w:tcPr>
            <w:tcW w:type="dxa" w:w="4989"/>
          </w:tcPr>
          <w:p>
            <w:pPr>
              <w:spacing w:before="0" w:after="40"/>
              <w:jc w:val="both"/>
            </w:pPr>
            <w:r>
              <w:rPr/>
              <w:t>[   ] a time</w:t>
            </w:r>
          </w:p>
        </w:tc>
      </w:tr>
      <w:tr>
        <w:tc>
          <w:tcPr>
            <w:tcW w:type="dxa" w:w="4989"/>
          </w:tcPr>
          <w:p>
            <w:pPr>
              <w:spacing w:before="0" w:after="40"/>
              <w:jc w:val="both"/>
            </w:pPr>
            <w:r>
              <w:rPr/>
              <w:t>2. Where</w:t>
            </w:r>
          </w:p>
        </w:tc>
        <w:tc>
          <w:tcPr>
            <w:tcW w:type="dxa" w:w="4989"/>
          </w:tcPr>
          <w:p>
            <w:pPr>
              <w:spacing w:before="0" w:after="40"/>
              <w:jc w:val="both"/>
            </w:pPr>
            <w:r>
              <w:rPr/>
              <w:t>[   ] a number</w:t>
            </w:r>
          </w:p>
        </w:tc>
      </w:tr>
      <w:tr>
        <w:tc>
          <w:tcPr>
            <w:tcW w:type="dxa" w:w="4989"/>
          </w:tcPr>
          <w:p>
            <w:pPr>
              <w:spacing w:before="0" w:after="40"/>
              <w:jc w:val="both"/>
            </w:pPr>
            <w:r>
              <w:rPr/>
              <w:t>3. When</w:t>
            </w:r>
          </w:p>
        </w:tc>
        <w:tc>
          <w:tcPr>
            <w:tcW w:type="dxa" w:w="4989"/>
          </w:tcPr>
          <w:p>
            <w:pPr>
              <w:spacing w:before="0" w:after="40"/>
              <w:jc w:val="both"/>
            </w:pPr>
            <w:r>
              <w:rPr/>
              <w:t>[   ] a reason</w:t>
            </w:r>
          </w:p>
        </w:tc>
      </w:tr>
      <w:tr>
        <w:tc>
          <w:tcPr>
            <w:tcW w:type="dxa" w:w="4989"/>
          </w:tcPr>
          <w:p>
            <w:pPr>
              <w:spacing w:before="0" w:after="40"/>
              <w:jc w:val="both"/>
            </w:pPr>
            <w:r>
              <w:rPr/>
              <w:t>4. Why</w:t>
            </w:r>
          </w:p>
        </w:tc>
        <w:tc>
          <w:tcPr>
            <w:tcW w:type="dxa" w:w="4989"/>
          </w:tcPr>
          <w:p>
            <w:pPr>
              <w:spacing w:before="0" w:after="40"/>
              <w:jc w:val="both"/>
            </w:pPr>
            <w:r>
              <w:rPr/>
              <w:t>[   ] a place</w:t>
            </w:r>
          </w:p>
        </w:tc>
      </w:tr>
      <w:tr>
        <w:tc>
          <w:tcPr>
            <w:tcW w:type="dxa" w:w="4989"/>
          </w:tcPr>
          <w:p>
            <w:pPr>
              <w:spacing w:before="0" w:after="40"/>
              <w:jc w:val="both"/>
            </w:pPr>
            <w:r>
              <w:rPr/>
              <w:t>5. How many</w:t>
            </w:r>
          </w:p>
        </w:tc>
        <w:tc>
          <w:tcPr>
            <w:tcW w:type="dxa" w:w="4989"/>
          </w:tcPr>
          <w:p>
            <w:pPr>
              <w:spacing w:before="0" w:after="40"/>
              <w:jc w:val="both"/>
            </w:pPr>
            <w:r>
              <w:rPr/>
              <w:t>[   ] a person</w:t>
            </w:r>
          </w:p>
        </w:tc>
      </w:tr>
      <w:tr>
        <w:tc>
          <w:tcPr>
            <w:tcW w:type="dxa" w:w="4989"/>
          </w:tcPr>
          <w:p>
            <w:pPr>
              <w:spacing w:before="0" w:after="40"/>
              <w:jc w:val="both"/>
            </w:pPr>
            <w:r>
              <w:rPr/>
              <w:t>6. Whose</w:t>
            </w:r>
          </w:p>
        </w:tc>
        <w:tc>
          <w:tcPr>
            <w:tcW w:type="dxa" w:w="4989"/>
          </w:tcPr>
          <w:p>
            <w:pPr>
              <w:spacing w:before="0" w:after="40"/>
              <w:jc w:val="both"/>
            </w:pPr>
            <w:r>
              <w:rPr/>
              <w:t>[   ] who owns it</w:t>
            </w:r>
          </w:p>
        </w:tc>
      </w:tr>
    </w:tbl>
    <w:p>
      <w:pPr>
        <w:spacing w:before="0" w:after="40"/>
        <w:jc w:val="both"/>
      </w:pPr>
    </w:p>
    <w:p>
      <w:pPr>
        <w:spacing w:before="160" w:after="20"/>
        <w:jc w:val="both"/>
      </w:pPr>
      <w:r>
        <w:rPr>
          <w:b/>
          <w:bCs/>
          <w:sz w:val="26"/>
          <w:szCs w:val="26"/>
        </w:rPr>
        <w:t>2. Match the questions to the answers.</w:t>
      </w:r>
    </w:p>
    <w:p>
      <w:pPr>
        <w:bidi/>
        <w:spacing w:before="0" w:after="0"/>
        <w:jc w:val="both"/>
      </w:pPr>
      <w:r>
        <w:rPr>
          <w:rFonts w:ascii="Arial" w:hAnsi="Arial" w:cs="Arial"/>
          <w:color w:val="6B7280"/>
          <w:sz w:val="20"/>
          <w:szCs w:val="20"/>
          <w:rtl/>
          <w:lang w:val="en-US" w:bidi="he-IL"/>
        </w:rPr>
        <w:t xml:space="preserve">התאימו בין השאלות לתשובות.</w:t>
      </w:r>
    </w:p>
    <w:p>
      <w:pPr>
        <w:bidi/>
        <w:spacing w:before="0" w:after="80"/>
        <w:jc w:val="both"/>
      </w:pPr>
      <w:r>
        <w:rPr>
          <w:rFonts w:ascii="Arial" w:hAnsi="Arial" w:cs="Arial"/>
          <w:color w:val="6B7280"/>
          <w:sz w:val="21"/>
          <w:szCs w:val="21"/>
          <w:rtl/>
          <w:lang w:val="en-US" w:bidi="ar-SA"/>
        </w:rPr>
        <w:t xml:space="preserve">صِل الأسئلة بالإجابات.</w:t>
      </w:r>
    </w:p>
    <w:tbl>
      <w:tblPr>
        <w:tblStyle w:val="TableGrid"/>
        <w:tblW w:type="auto" w:w="0"/>
        <w:tblLook w:firstColumn="1" w:firstRow="1" w:lastColumn="0" w:lastRow="0" w:noHBand="0" w:noVBand="1" w:val="04A0"/>
      </w:tblPr>
      <w:tblGrid>
        <w:gridCol w:w="4989"/>
        <w:gridCol w:w="4989"/>
      </w:tblGrid>
      <w:tr>
        <w:tc>
          <w:tcPr>
            <w:tcW w:type="dxa" w:w="4989"/>
            <w:shd w:val="clear" w:color="auto" w:fill="3f6212"/>
          </w:tcPr>
          <w:p>
            <w:pPr>
              <w:spacing w:before="0" w:after="40"/>
              <w:jc w:val="both"/>
            </w:pPr>
            <w:r>
              <w:rPr>
                <w:b/>
                <w:bCs/>
                <w:color w:val="FFFFFF"/>
              </w:rPr>
              <w:t>Column A</w:t>
            </w:r>
          </w:p>
        </w:tc>
        <w:tc>
          <w:tcPr>
            <w:tcW w:type="dxa" w:w="4989"/>
            <w:shd w:val="clear" w:color="auto" w:fill="3f6212"/>
          </w:tcPr>
          <w:p>
            <w:pPr>
              <w:spacing w:before="0" w:after="40"/>
              <w:jc w:val="both"/>
            </w:pPr>
            <w:r>
              <w:rPr>
                <w:b/>
                <w:bCs/>
                <w:color w:val="FFFFFF"/>
              </w:rPr>
              <w:t>Column B</w:t>
            </w:r>
          </w:p>
        </w:tc>
      </w:tr>
      <w:tr>
        <w:tc>
          <w:tcPr>
            <w:tcW w:type="dxa" w:w="4989"/>
          </w:tcPr>
          <w:p>
            <w:pPr>
              <w:spacing w:before="0" w:after="40"/>
              <w:jc w:val="both"/>
            </w:pPr>
            <w:r>
              <w:rPr/>
              <w:t>1. Where do you live?</w:t>
            </w:r>
          </w:p>
        </w:tc>
        <w:tc>
          <w:tcPr>
            <w:tcW w:type="dxa" w:w="4989"/>
          </w:tcPr>
          <w:p>
            <w:pPr>
              <w:spacing w:before="0" w:after="40"/>
              <w:jc w:val="both"/>
            </w:pPr>
            <w:r>
              <w:rPr/>
              <w:t>[   ] Ms. Katz.</w:t>
            </w:r>
          </w:p>
        </w:tc>
      </w:tr>
      <w:tr>
        <w:tc>
          <w:tcPr>
            <w:tcW w:type="dxa" w:w="4989"/>
          </w:tcPr>
          <w:p>
            <w:pPr>
              <w:spacing w:before="0" w:after="40"/>
              <w:jc w:val="both"/>
            </w:pPr>
            <w:r>
              <w:rPr/>
              <w:t>2. How old are you?</w:t>
            </w:r>
          </w:p>
        </w:tc>
        <w:tc>
          <w:tcPr>
            <w:tcW w:type="dxa" w:w="4989"/>
          </w:tcPr>
          <w:p>
            <w:pPr>
              <w:spacing w:before="0" w:after="40"/>
              <w:jc w:val="both"/>
            </w:pPr>
            <w:r>
              <w:rPr/>
              <w:t>[   ] Basketball.</w:t>
            </w:r>
          </w:p>
        </w:tc>
      </w:tr>
      <w:tr>
        <w:tc>
          <w:tcPr>
            <w:tcW w:type="dxa" w:w="4989"/>
          </w:tcPr>
          <w:p>
            <w:pPr>
              <w:spacing w:before="0" w:after="40"/>
              <w:jc w:val="both"/>
            </w:pPr>
            <w:r>
              <w:rPr/>
              <w:t>3. What is your favorite sport?</w:t>
            </w:r>
          </w:p>
        </w:tc>
        <w:tc>
          <w:tcPr>
            <w:tcW w:type="dxa" w:w="4989"/>
          </w:tcPr>
          <w:p>
            <w:pPr>
              <w:spacing w:before="0" w:after="40"/>
              <w:jc w:val="both"/>
            </w:pPr>
            <w:r>
              <w:rPr/>
              <w:t>[   ] I'm eleven.</w:t>
            </w:r>
          </w:p>
        </w:tc>
      </w:tr>
      <w:tr>
        <w:tc>
          <w:tcPr>
            <w:tcW w:type="dxa" w:w="4989"/>
          </w:tcPr>
          <w:p>
            <w:pPr>
              <w:spacing w:before="0" w:after="40"/>
              <w:jc w:val="both"/>
            </w:pPr>
            <w:r>
              <w:rPr/>
              <w:t>4. When do you get up?</w:t>
            </w:r>
          </w:p>
        </w:tc>
        <w:tc>
          <w:tcPr>
            <w:tcW w:type="dxa" w:w="4989"/>
          </w:tcPr>
          <w:p>
            <w:pPr>
              <w:spacing w:before="0" w:after="40"/>
              <w:jc w:val="both"/>
            </w:pPr>
            <w:r>
              <w:rPr/>
              <w:t>[   ] At seven o'clock.</w:t>
            </w:r>
          </w:p>
        </w:tc>
      </w:tr>
      <w:tr>
        <w:tc>
          <w:tcPr>
            <w:tcW w:type="dxa" w:w="4989"/>
          </w:tcPr>
          <w:p>
            <w:pPr>
              <w:spacing w:before="0" w:after="40"/>
              <w:jc w:val="both"/>
            </w:pPr>
            <w:r>
              <w:rPr/>
              <w:t>5. Who is your teacher?</w:t>
            </w:r>
          </w:p>
        </w:tc>
        <w:tc>
          <w:tcPr>
            <w:tcW w:type="dxa" w:w="4989"/>
          </w:tcPr>
          <w:p>
            <w:pPr>
              <w:spacing w:before="0" w:after="40"/>
              <w:jc w:val="both"/>
            </w:pPr>
            <w:r>
              <w:rPr/>
              <w:t>[   ] Because it's raining.</w:t>
            </w:r>
          </w:p>
        </w:tc>
      </w:tr>
      <w:tr>
        <w:tc>
          <w:tcPr>
            <w:tcW w:type="dxa" w:w="4989"/>
          </w:tcPr>
          <w:p>
            <w:pPr>
              <w:spacing w:before="0" w:after="40"/>
              <w:jc w:val="both"/>
            </w:pPr>
            <w:r>
              <w:rPr/>
              <w:t>6. Why are you wet?</w:t>
            </w:r>
          </w:p>
        </w:tc>
        <w:tc>
          <w:tcPr>
            <w:tcW w:type="dxa" w:w="4989"/>
          </w:tcPr>
          <w:p>
            <w:pPr>
              <w:spacing w:before="0" w:after="40"/>
              <w:jc w:val="both"/>
            </w:pPr>
            <w:r>
              <w:rPr/>
              <w:t>[   ] In Netanya.</w:t>
            </w:r>
          </w:p>
        </w:tc>
      </w:tr>
    </w:tbl>
    <w:p>
      <w:pPr>
        <w:spacing w:before="0" w:after="40"/>
        <w:jc w:val="both"/>
      </w:pPr>
    </w:p>
    <w:p>
      <w:pPr>
        <w:spacing w:before="160" w:after="20"/>
        <w:jc w:val="both"/>
      </w:pPr>
      <w:r>
        <w:rPr>
          <w:b/>
          <w:bCs/>
          <w:sz w:val="26"/>
          <w:szCs w:val="26"/>
        </w:rPr>
        <w:t>3. Complete with a question word from the box.</w:t>
      </w:r>
    </w:p>
    <w:p>
      <w:pPr>
        <w:bidi/>
        <w:spacing w:before="0" w:after="0"/>
        <w:jc w:val="both"/>
      </w:pPr>
      <w:r>
        <w:rPr>
          <w:rFonts w:ascii="Arial" w:hAnsi="Arial" w:cs="Arial"/>
          <w:color w:val="6B7280"/>
          <w:sz w:val="20"/>
          <w:szCs w:val="20"/>
          <w:rtl/>
          <w:lang w:val="en-US" w:bidi="he-IL"/>
        </w:rPr>
        <w:t xml:space="preserve">השלימו במילת שאלה מהתיבה.</w:t>
      </w:r>
    </w:p>
    <w:p>
      <w:pPr>
        <w:bidi/>
        <w:spacing w:before="0" w:after="80"/>
        <w:jc w:val="both"/>
      </w:pPr>
      <w:r>
        <w:rPr>
          <w:rFonts w:ascii="Arial" w:hAnsi="Arial" w:cs="Arial"/>
          <w:color w:val="6B7280"/>
          <w:sz w:val="21"/>
          <w:szCs w:val="21"/>
          <w:rtl/>
          <w:lang w:val="en-US" w:bidi="ar-SA"/>
        </w:rPr>
        <w:t xml:space="preserve">أكمل بكلمة سؤال من المربع.</w:t>
      </w:r>
    </w:p>
    <w:p>
      <w:pPr>
        <w:spacing w:before="0" w:after="80"/>
        <w:jc w:val="both"/>
      </w:pPr>
      <w:r>
        <w:rPr>
          <w:color w:val="3F6212"/>
          <w:sz w:val="24"/>
          <w:szCs w:val="24"/>
        </w:rPr>
        <w:t>Word bank: What  |  Where  |  When  |  Who  |  Why  |  How</w:t>
      </w:r>
    </w:p>
    <w:p>
      <w:pPr>
        <w:spacing w:before="0" w:after="60"/>
        <w:jc w:val="both"/>
      </w:pPr>
      <w:r>
        <w:rPr/>
        <w:t>a. __________ is your name? Tamar.</w:t>
      </w:r>
    </w:p>
    <w:p>
      <w:pPr>
        <w:spacing w:before="0" w:after="60"/>
        <w:jc w:val="both"/>
      </w:pPr>
      <w:r>
        <w:rPr/>
        <w:t>b. __________ are my glasses? On the table.</w:t>
      </w:r>
    </w:p>
    <w:p>
      <w:pPr>
        <w:spacing w:before="0" w:after="60"/>
        <w:jc w:val="both"/>
      </w:pPr>
      <w:r>
        <w:rPr/>
        <w:t>c. __________ is the party? On Friday.</w:t>
      </w:r>
    </w:p>
    <w:p>
      <w:pPr>
        <w:spacing w:before="0" w:after="60"/>
        <w:jc w:val="both"/>
      </w:pPr>
      <w:r>
        <w:rPr/>
        <w:t>d. __________ is that man? He's my uncle.</w:t>
      </w:r>
    </w:p>
    <w:p>
      <w:pPr>
        <w:spacing w:before="0" w:after="60"/>
        <w:jc w:val="both"/>
      </w:pPr>
      <w:r>
        <w:rPr/>
        <w:t>e. __________ do you go to school? By bus.</w:t>
      </w:r>
    </w:p>
    <w:p>
      <w:pPr>
        <w:spacing w:before="0" w:after="60"/>
        <w:jc w:val="both"/>
      </w:pPr>
      <w:r>
        <w:rPr/>
        <w:t>f. __________ are you tired? Because I didn't sleep well.</w:t>
      </w:r>
    </w:p>
    <w:p>
      <w:pPr>
        <w:spacing w:before="160" w:after="20"/>
        <w:jc w:val="both"/>
      </w:pPr>
      <w:r>
        <w:rPr>
          <w:b/>
          <w:bCs/>
          <w:sz w:val="26"/>
          <w:szCs w:val="26"/>
        </w:rPr>
        <w:t>4. Circle the correct question word.</w:t>
      </w:r>
    </w:p>
    <w:p>
      <w:pPr>
        <w:bidi/>
        <w:spacing w:before="0" w:after="0"/>
        <w:jc w:val="both"/>
      </w:pPr>
      <w:r>
        <w:rPr>
          <w:rFonts w:ascii="Arial" w:hAnsi="Arial" w:cs="Arial"/>
          <w:color w:val="6B7280"/>
          <w:sz w:val="20"/>
          <w:szCs w:val="20"/>
          <w:rtl/>
          <w:lang w:val="en-US" w:bidi="he-IL"/>
        </w:rPr>
        <w:t xml:space="preserve">הקיפו את מילת השאלה הנכונה.</w:t>
      </w:r>
    </w:p>
    <w:p>
      <w:pPr>
        <w:bidi/>
        <w:spacing w:before="0" w:after="80"/>
        <w:jc w:val="both"/>
      </w:pPr>
      <w:r>
        <w:rPr>
          <w:rFonts w:ascii="Arial" w:hAnsi="Arial" w:cs="Arial"/>
          <w:color w:val="6B7280"/>
          <w:sz w:val="21"/>
          <w:szCs w:val="21"/>
          <w:rtl/>
          <w:lang w:val="en-US" w:bidi="ar-SA"/>
        </w:rPr>
        <w:t xml:space="preserve">ضع دائرة حول أداة الاستفهام الصحيحة.</w:t>
      </w:r>
    </w:p>
    <w:p>
      <w:pPr>
        <w:spacing w:before="0" w:after="20"/>
        <w:jc w:val="both"/>
      </w:pPr>
      <w:r>
        <w:rPr/>
        <w:t>a. ___ apples do you want? Three, please.</w:t>
      </w:r>
    </w:p>
    <w:p>
      <w:pPr>
        <w:spacing w:before="0" w:after="80"/>
        <w:jc w:val="both"/>
      </w:pPr>
      <w:r>
        <w:rPr/>
        <w:t xml:space="preserve">   ○ How much      ○ How many      ○ How old</w:t>
      </w:r>
    </w:p>
    <w:p>
      <w:pPr>
        <w:spacing w:before="0" w:after="20"/>
        <w:jc w:val="both"/>
      </w:pPr>
      <w:r>
        <w:rPr/>
        <w:t>b. ___ is this shirt? It's 50 shekels.</w:t>
      </w:r>
    </w:p>
    <w:p>
      <w:pPr>
        <w:spacing w:before="0" w:after="80"/>
        <w:jc w:val="both"/>
      </w:pPr>
      <w:r>
        <w:rPr/>
        <w:t xml:space="preserve">   ○ How much      ○ How many      ○ How often</w:t>
      </w:r>
    </w:p>
    <w:p>
      <w:pPr>
        <w:spacing w:before="0" w:after="20"/>
        <w:jc w:val="both"/>
      </w:pPr>
      <w:r>
        <w:rPr/>
        <w:t>c. ___ do you visit your grandma? Every week.</w:t>
      </w:r>
    </w:p>
    <w:p>
      <w:pPr>
        <w:spacing w:before="0" w:after="80"/>
        <w:jc w:val="both"/>
      </w:pPr>
      <w:r>
        <w:rPr/>
        <w:t xml:space="preserve">   ○ How long      ○ How often      ○ How much</w:t>
      </w:r>
    </w:p>
    <w:p>
      <w:pPr>
        <w:spacing w:before="0" w:after="20"/>
        <w:jc w:val="both"/>
      </w:pPr>
      <w:r>
        <w:rPr/>
        <w:t>d. ___ bike is this? It's Yoav's.</w:t>
      </w:r>
    </w:p>
    <w:p>
      <w:pPr>
        <w:spacing w:before="0" w:after="80"/>
        <w:jc w:val="both"/>
      </w:pPr>
      <w:r>
        <w:rPr/>
        <w:t xml:space="preserve">   ○ Who      ○ Which      ○ Whose</w:t>
      </w:r>
    </w:p>
    <w:p>
      <w:pPr>
        <w:spacing w:before="160" w:after="20"/>
        <w:jc w:val="both"/>
      </w:pPr>
      <w:r>
        <w:rPr>
          <w:b/>
          <w:bCs/>
          <w:sz w:val="26"/>
          <w:szCs w:val="26"/>
        </w:rPr>
        <w:t>5. Sort the questions: How many or How much?</w:t>
      </w:r>
    </w:p>
    <w:p>
      <w:pPr>
        <w:bidi/>
        <w:spacing w:before="0" w:after="0"/>
        <w:jc w:val="both"/>
      </w:pPr>
      <w:r>
        <w:rPr>
          <w:rFonts w:ascii="Arial" w:hAnsi="Arial" w:cs="Arial"/>
          <w:color w:val="6B7280"/>
          <w:sz w:val="20"/>
          <w:szCs w:val="20"/>
          <w:rtl/>
          <w:lang w:val="en-US" w:bidi="he-IL"/>
        </w:rPr>
        <w:t xml:space="preserve">מיינו את השאלות: ‎How many‎ או ‎How much?‎</w:t>
      </w:r>
    </w:p>
    <w:p>
      <w:pPr>
        <w:bidi/>
        <w:spacing w:before="0" w:after="80"/>
        <w:jc w:val="both"/>
      </w:pPr>
      <w:r>
        <w:rPr>
          <w:rFonts w:ascii="Arial" w:hAnsi="Arial" w:cs="Arial"/>
          <w:color w:val="6B7280"/>
          <w:sz w:val="21"/>
          <w:szCs w:val="21"/>
          <w:rtl/>
          <w:lang w:val="en-US" w:bidi="ar-SA"/>
        </w:rPr>
        <w:t xml:space="preserve">صنّف الأسئلة: ‎How many‎ أم ‎How much‎؟</w:t>
      </w:r>
    </w:p>
    <w:p>
      <w:pPr>
        <w:spacing w:before="0" w:after="80"/>
        <w:jc w:val="both"/>
      </w:pPr>
      <w:r>
        <w:rPr>
          <w:color w:val="3F6212"/>
          <w:sz w:val="24"/>
          <w:szCs w:val="24"/>
        </w:rPr>
        <w:t>Words: … sugar?  |  … chairs?  |  … money?  |  … friends?  |  … milk?  |  … books?</w:t>
      </w:r>
    </w:p>
    <w:tbl>
      <w:tblPr>
        <w:tblStyle w:val="TableGrid"/>
        <w:tblW w:type="auto" w:w="0"/>
        <w:tblLook w:firstColumn="1" w:firstRow="1" w:lastColumn="0" w:lastRow="0" w:noHBand="0" w:noVBand="1" w:val="04A0"/>
      </w:tblPr>
      <w:tblGrid>
        <w:gridCol w:w="4989"/>
        <w:gridCol w:w="4989"/>
      </w:tblGrid>
      <w:tr>
        <w:tc>
          <w:tcPr>
            <w:tcW w:type="dxa" w:w="4989"/>
            <w:shd w:val="clear" w:color="auto" w:fill="3f6212"/>
          </w:tcPr>
          <w:p>
            <w:pPr>
              <w:spacing w:before="0" w:after="40"/>
              <w:jc w:val="both"/>
            </w:pPr>
            <w:r>
              <w:rPr>
                <w:b/>
                <w:bCs/>
                <w:color w:val="FFFFFF"/>
              </w:rPr>
              <w:t>How many</w:t>
            </w:r>
          </w:p>
        </w:tc>
        <w:tc>
          <w:tcPr>
            <w:tcW w:type="dxa" w:w="4989"/>
            <w:shd w:val="clear" w:color="auto" w:fill="3f6212"/>
          </w:tcPr>
          <w:p>
            <w:pPr>
              <w:spacing w:before="0" w:after="40"/>
              <w:jc w:val="both"/>
            </w:pPr>
            <w:r>
              <w:rPr>
                <w:b/>
                <w:bCs/>
                <w:color w:val="FFFFFF"/>
              </w:rPr>
              <w:t>How much</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6. Complete with is, are, do, does or did.</w:t>
      </w:r>
    </w:p>
    <w:p>
      <w:pPr>
        <w:bidi/>
        <w:spacing w:before="0" w:after="0"/>
        <w:jc w:val="both"/>
      </w:pPr>
      <w:r>
        <w:rPr>
          <w:rFonts w:ascii="Arial" w:hAnsi="Arial" w:cs="Arial"/>
          <w:color w:val="6B7280"/>
          <w:sz w:val="20"/>
          <w:szCs w:val="20"/>
          <w:rtl/>
          <w:lang w:val="en-US" w:bidi="he-IL"/>
        </w:rPr>
        <w:t xml:space="preserve">השלימו ב-‎is, are, do, does‎ או ‎did‎.</w:t>
      </w:r>
    </w:p>
    <w:p>
      <w:pPr>
        <w:bidi/>
        <w:spacing w:before="0" w:after="80"/>
        <w:jc w:val="both"/>
      </w:pPr>
      <w:r>
        <w:rPr>
          <w:rFonts w:ascii="Arial" w:hAnsi="Arial" w:cs="Arial"/>
          <w:color w:val="6B7280"/>
          <w:sz w:val="21"/>
          <w:szCs w:val="21"/>
          <w:rtl/>
          <w:lang w:val="en-US" w:bidi="ar-SA"/>
        </w:rPr>
        <w:t xml:space="preserve">أكمل بـ ‎is‎ أو ‎are‎ أو ‎do‎ أو ‎does‎ أو ‎did‎.</w:t>
      </w:r>
    </w:p>
    <w:p>
      <w:pPr>
        <w:spacing w:before="0" w:after="60"/>
        <w:jc w:val="both"/>
      </w:pPr>
      <w:r>
        <w:rPr/>
        <w:t>a. Where __________ you live?</w:t>
      </w:r>
    </w:p>
    <w:p>
      <w:pPr>
        <w:spacing w:before="0" w:after="60"/>
        <w:jc w:val="both"/>
      </w:pPr>
      <w:r>
        <w:rPr/>
        <w:t>b. What __________ your brother's name?</w:t>
      </w:r>
    </w:p>
    <w:p>
      <w:pPr>
        <w:spacing w:before="0" w:after="60"/>
        <w:jc w:val="both"/>
      </w:pPr>
      <w:r>
        <w:rPr/>
        <w:t>c. When __________ you come home yesterday?</w:t>
      </w:r>
    </w:p>
    <w:p>
      <w:pPr>
        <w:spacing w:before="0" w:after="60"/>
        <w:jc w:val="both"/>
      </w:pPr>
      <w:r>
        <w:rPr/>
        <w:t>d. How __________ Noam get to school every day?</w:t>
      </w:r>
    </w:p>
    <w:p>
      <w:pPr>
        <w:spacing w:before="0" w:after="60"/>
        <w:jc w:val="both"/>
      </w:pPr>
      <w:r>
        <w:rPr/>
        <w:t>e. Why __________ the children laughing?</w:t>
      </w:r>
    </w:p>
    <w:p>
      <w:pPr>
        <w:spacing w:before="160" w:after="20"/>
        <w:jc w:val="both"/>
      </w:pPr>
      <w:r>
        <w:rPr>
          <w:b/>
          <w:bCs/>
          <w:sz w:val="26"/>
          <w:szCs w:val="26"/>
        </w:rPr>
        <w:t>7. Put the words in the correct order to make a question.</w:t>
      </w:r>
    </w:p>
    <w:p>
      <w:pPr>
        <w:bidi/>
        <w:spacing w:before="0" w:after="0"/>
        <w:jc w:val="both"/>
      </w:pPr>
      <w:r>
        <w:rPr>
          <w:rFonts w:ascii="Arial" w:hAnsi="Arial" w:cs="Arial"/>
          <w:color w:val="6B7280"/>
          <w:sz w:val="20"/>
          <w:szCs w:val="20"/>
          <w:rtl/>
          <w:lang w:val="en-US" w:bidi="he-IL"/>
        </w:rPr>
        <w:t xml:space="preserve">סדרו את המילים בסדר הנכון כדי ליצור שאלה.</w:t>
      </w:r>
    </w:p>
    <w:p>
      <w:pPr>
        <w:bidi/>
        <w:spacing w:before="0" w:after="80"/>
        <w:jc w:val="both"/>
      </w:pPr>
      <w:r>
        <w:rPr>
          <w:rFonts w:ascii="Arial" w:hAnsi="Arial" w:cs="Arial"/>
          <w:color w:val="6B7280"/>
          <w:sz w:val="21"/>
          <w:szCs w:val="21"/>
          <w:rtl/>
          <w:lang w:val="en-US" w:bidi="ar-SA"/>
        </w:rPr>
        <w:t xml:space="preserve">رتّب الكلمات بالترتيب الصحيح لتكوّن سؤالًا.</w:t>
      </w:r>
    </w:p>
    <w:p>
      <w:pPr>
        <w:spacing w:before="0" w:after="100"/>
        <w:jc w:val="both"/>
      </w:pPr>
      <w:r>
        <w:rPr/>
        <w:t>a. you / do / where / live / ?</w:t>
      </w:r>
    </w:p>
    <w:p>
      <w:pPr>
        <w:spacing w:before="0" w:after="100"/>
        <w:jc w:val="both"/>
      </w:pPr>
      <w:r>
        <w:rPr/>
        <w:t>b. is / old / how / your sister / ?</w:t>
      </w:r>
    </w:p>
    <w:p>
      <w:pPr>
        <w:spacing w:before="0" w:after="100"/>
        <w:jc w:val="both"/>
      </w:pPr>
      <w:r>
        <w:rPr/>
        <w:t>c. did / what / you / eat / ?</w:t>
      </w:r>
    </w:p>
    <w:p>
      <w:pPr>
        <w:spacing w:before="0" w:after="100"/>
        <w:jc w:val="both"/>
      </w:pPr>
      <w:r>
        <w:rPr/>
        <w:t>d. does / start / when / the game / ?</w:t>
      </w:r>
    </w:p>
    <w:p>
      <w:pPr>
        <w:spacing w:before="120" w:after="40"/>
        <w:jc w:val="center"/>
      </w:pPr>
      <w:r>
        <w:rPr>
          <w:rFonts w:ascii="Arial Black" w:hAnsi="Arial Black" w:cs="Arial Black"/>
          <w:b/>
          <w:bCs/>
          <w:color w:val="3F6212"/>
          <w:sz w:val="30"/>
          <w:szCs w:val="30"/>
        </w:rPr>
        <w:t>A New Boy in Class</w:t>
      </w:r>
    </w:p>
    <w:p>
      <w:pPr>
        <w:spacing w:before="0" w:after="80"/>
        <w:jc w:val="both"/>
      </w:pPr>
      <w:r>
        <w:rPr/>
        <w:t>Last week a new boy came to our class. His name is Ariel, and he is from Beersheba. His family moved to our town because his mom got a new job at the hospital.</w:t>
      </w:r>
    </w:p>
    <w:p>
      <w:pPr>
        <w:spacing w:before="0" w:after="80"/>
        <w:jc w:val="both"/>
      </w:pPr>
      <w:r>
        <w:rPr/>
        <w:t>On his first day, Ariel looked a little shy, so our class decided to interview him. Shira asked, "How old are you?" He is twelve. Ben asked, "What do you like to do?" Ariel loves drawing comics and playing basketball. Then Omer asked, "How many brothers and sisters do you have?" He has two older sisters and a baby brother.</w:t>
      </w:r>
    </w:p>
    <w:p>
      <w:pPr>
        <w:spacing w:before="0" w:after="80"/>
        <w:jc w:val="both"/>
      </w:pPr>
      <w:r>
        <w:rPr/>
        <w:t>Now Ariel sits next to me in English class. He draws funny pictures of our teachers, and he is already on the school basketball team!</w:t>
      </w:r>
    </w:p>
    <w:p>
      <w:pPr>
        <w:spacing w:before="160" w:after="20"/>
        <w:jc w:val="both"/>
      </w:pPr>
      <w:r>
        <w:rPr>
          <w:b/>
          <w:bCs/>
          <w:sz w:val="26"/>
          <w:szCs w:val="26"/>
        </w:rPr>
        <w:t>9. Read the text. Complete the questions.</w:t>
      </w:r>
    </w:p>
    <w:p>
      <w:pPr>
        <w:bidi/>
        <w:spacing w:before="0" w:after="0"/>
        <w:jc w:val="both"/>
      </w:pPr>
      <w:r>
        <w:rPr>
          <w:rFonts w:ascii="Arial" w:hAnsi="Arial" w:cs="Arial"/>
          <w:color w:val="6B7280"/>
          <w:sz w:val="20"/>
          <w:szCs w:val="20"/>
          <w:rtl/>
          <w:lang w:val="en-US" w:bidi="he-IL"/>
        </w:rPr>
        <w:t xml:space="preserve">קראו את הטקסט. השלימו את השאלות.</w:t>
      </w:r>
    </w:p>
    <w:p>
      <w:pPr>
        <w:bidi/>
        <w:spacing w:before="0" w:after="80"/>
        <w:jc w:val="both"/>
      </w:pPr>
      <w:r>
        <w:rPr>
          <w:rFonts w:ascii="Arial" w:hAnsi="Arial" w:cs="Arial"/>
          <w:color w:val="6B7280"/>
          <w:sz w:val="21"/>
          <w:szCs w:val="21"/>
          <w:rtl/>
          <w:lang w:val="en-US" w:bidi="ar-SA"/>
        </w:rPr>
        <w:t xml:space="preserve">اقرأ النص. أكمل الأسئلة.</w:t>
      </w:r>
    </w:p>
    <w:p>
      <w:pPr>
        <w:spacing w:before="0" w:after="60"/>
        <w:jc w:val="both"/>
      </w:pPr>
      <w:r>
        <w:rPr/>
        <w:t>a. __________ is Ariel from? Beersheba.</w:t>
      </w:r>
    </w:p>
    <w:p>
      <w:pPr>
        <w:spacing w:before="0" w:after="60"/>
        <w:jc w:val="both"/>
      </w:pPr>
      <w:r>
        <w:rPr/>
        <w:t>b. __________ did his family move? Because his mom got a new job.</w:t>
      </w:r>
    </w:p>
    <w:p>
      <w:pPr>
        <w:spacing w:before="0" w:after="60"/>
        <w:jc w:val="both"/>
      </w:pPr>
      <w:r>
        <w:rPr/>
        <w:t>c. __________ asked about his age? Shira.</w:t>
      </w:r>
    </w:p>
    <w:p>
      <w:pPr>
        <w:spacing w:before="0" w:after="60"/>
        <w:jc w:val="both"/>
      </w:pPr>
      <w:r>
        <w:rPr/>
        <w:t>d. __________ sisters does Ariel have? Two.</w:t>
      </w:r>
    </w:p>
    <w:p>
      <w:pPr>
        <w:spacing w:before="160" w:after="20"/>
        <w:jc w:val="both"/>
      </w:pPr>
      <w:r>
        <w:rPr>
          <w:b/>
          <w:bCs/>
          <w:sz w:val="26"/>
          <w:szCs w:val="26"/>
        </w:rPr>
        <w:t>10.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Ariel's dad got a new job.      True / False</w:t>
      </w:r>
    </w:p>
    <w:p>
      <w:pPr>
        <w:spacing w:before="0" w:after="60"/>
        <w:jc w:val="both"/>
      </w:pPr>
      <w:r>
        <w:rPr/>
        <w:t>b. Ariel has a baby brother.      True / False</w:t>
      </w:r>
    </w:p>
    <w:p>
      <w:pPr>
        <w:spacing w:before="0" w:after="60"/>
        <w:jc w:val="both"/>
      </w:pPr>
      <w:r>
        <w:rPr/>
        <w:t>c. Ariel likes drawing comics.      True / False</w:t>
      </w:r>
    </w:p>
    <w:p>
      <w:pPr>
        <w:spacing w:before="160" w:after="20"/>
        <w:jc w:val="both"/>
      </w:pPr>
      <w:r>
        <w:rPr>
          <w:b/>
          <w:bCs/>
          <w:sz w:val="26"/>
          <w:szCs w:val="26"/>
        </w:rPr>
        <w:t>11. Think about the text and circle the best answer.</w:t>
      </w:r>
    </w:p>
    <w:p>
      <w:pPr>
        <w:bidi/>
        <w:spacing w:before="0" w:after="0"/>
        <w:jc w:val="both"/>
      </w:pPr>
      <w:r>
        <w:rPr>
          <w:rFonts w:ascii="Arial" w:hAnsi="Arial" w:cs="Arial"/>
          <w:color w:val="6B7280"/>
          <w:sz w:val="20"/>
          <w:szCs w:val="20"/>
          <w:rtl/>
          <w:lang w:val="en-US" w:bidi="he-IL"/>
        </w:rPr>
        <w:t xml:space="preserve">חשבו על הטקסט והקיפו את התשובה הטובה ביותר.</w:t>
      </w:r>
    </w:p>
    <w:p>
      <w:pPr>
        <w:bidi/>
        <w:spacing w:before="0" w:after="80"/>
        <w:jc w:val="both"/>
      </w:pPr>
      <w:r>
        <w:rPr>
          <w:rFonts w:ascii="Arial" w:hAnsi="Arial" w:cs="Arial"/>
          <w:color w:val="6B7280"/>
          <w:sz w:val="21"/>
          <w:szCs w:val="21"/>
          <w:rtl/>
          <w:lang w:val="en-US" w:bidi="ar-SA"/>
        </w:rPr>
        <w:t xml:space="preserve">فكّر في النص وضع دائرة حول أفضل إجابة.</w:t>
      </w:r>
    </w:p>
    <w:p>
      <w:pPr>
        <w:spacing w:before="0" w:after="20"/>
        <w:jc w:val="both"/>
      </w:pPr>
      <w:r>
        <w:rPr/>
        <w:t>a. Why did the class interview Ariel?</w:t>
      </w:r>
    </w:p>
    <w:p>
      <w:pPr>
        <w:spacing w:before="0" w:after="80"/>
        <w:jc w:val="both"/>
      </w:pPr>
      <w:r>
        <w:rPr/>
        <w:t xml:space="preserve">   ○ to help him feel at home      ○ to give him a test      ○ because he was late</w:t>
      </w:r>
    </w:p>
    <w:p>
      <w:pPr>
        <w:spacing w:before="0" w:after="20"/>
        <w:jc w:val="both"/>
      </w:pPr>
      <w:r>
        <w:rPr/>
        <w:t>b. What can we learn about Ariel at the end?</w:t>
      </w:r>
    </w:p>
    <w:p>
      <w:pPr>
        <w:spacing w:before="0" w:after="80"/>
        <w:jc w:val="both"/>
      </w:pPr>
      <w:r>
        <w:rPr/>
        <w:t xml:space="preserve">   ○ He is still very shy.      ○ He made friends fast.      ○ He doesn't like school.</w:t>
      </w:r>
    </w:p>
    <w:p>
      <w:pPr>
        <w:spacing w:before="160" w:after="20"/>
        <w:jc w:val="both"/>
      </w:pPr>
      <w:r>
        <w:rPr>
          <w:b/>
          <w:bCs/>
          <w:sz w:val="26"/>
          <w:szCs w:val="26"/>
        </w:rPr>
        <w:t>12. Read the answer. Write the question. Use the word in brackets.</w:t>
      </w:r>
    </w:p>
    <w:p>
      <w:pPr>
        <w:bidi/>
        <w:spacing w:before="0" w:after="0"/>
        <w:jc w:val="both"/>
      </w:pPr>
      <w:r>
        <w:rPr>
          <w:rFonts w:ascii="Arial" w:hAnsi="Arial" w:cs="Arial"/>
          <w:color w:val="6B7280"/>
          <w:sz w:val="20"/>
          <w:szCs w:val="20"/>
          <w:rtl/>
          <w:lang w:val="en-US" w:bidi="he-IL"/>
        </w:rPr>
        <w:t xml:space="preserve">קראו את התשובה. כתבו את השאלה. השתמשו במילה שבסוגריים.</w:t>
      </w:r>
    </w:p>
    <w:p>
      <w:pPr>
        <w:bidi/>
        <w:spacing w:before="0" w:after="80"/>
        <w:jc w:val="both"/>
      </w:pPr>
      <w:r>
        <w:rPr>
          <w:rFonts w:ascii="Arial" w:hAnsi="Arial" w:cs="Arial"/>
          <w:color w:val="6B7280"/>
          <w:sz w:val="21"/>
          <w:szCs w:val="21"/>
          <w:rtl/>
          <w:lang w:val="en-US" w:bidi="ar-SA"/>
        </w:rPr>
        <w:t xml:space="preserve">اقرأ الإجابة. اكتب السؤال. استعمل الكلمة التي بين القوسين.</w:t>
      </w:r>
    </w:p>
    <w:p>
      <w:pPr>
        <w:spacing w:before="0" w:after="100"/>
        <w:jc w:val="both"/>
      </w:pPr>
      <w:r>
        <w:rPr/>
        <w:t>a. (Where) I live in Holon.</w:t>
      </w:r>
    </w:p>
    <w:p>
      <w:pPr>
        <w:spacing w:before="0" w:after="100"/>
        <w:jc w:val="both"/>
      </w:pPr>
      <w:r>
        <w:rPr/>
        <w:t>b. (When) My birthday is in June.</w:t>
      </w:r>
    </w:p>
    <w:p>
      <w:pPr>
        <w:spacing w:before="0" w:after="100"/>
        <w:jc w:val="both"/>
      </w:pPr>
      <w:r>
        <w:rPr/>
        <w:t>c. (What) My favorite food is pasta.</w:t>
      </w:r>
    </w:p>
    <w:p>
      <w:pPr>
        <w:spacing w:before="0" w:after="100"/>
        <w:jc w:val="both"/>
      </w:pPr>
      <w:r>
        <w:rPr/>
        <w:t>d. (How often) I swim three times a week.</w:t>
      </w:r>
    </w:p>
    <w:p>
      <w:pPr>
        <w:spacing w:before="160" w:after="20"/>
        <w:jc w:val="both"/>
      </w:pPr>
      <w:r>
        <w:rPr>
          <w:b/>
          <w:bCs/>
          <w:sz w:val="26"/>
          <w:szCs w:val="26"/>
        </w:rPr>
        <w:t>13. A new pupil is coming to your class. Write 4 questions you want to ask him or her. Use four different question words.</w:t>
      </w:r>
    </w:p>
    <w:p>
      <w:pPr>
        <w:bidi/>
        <w:spacing w:before="0" w:after="0"/>
        <w:jc w:val="both"/>
      </w:pPr>
      <w:r>
        <w:rPr>
          <w:rFonts w:ascii="Arial" w:hAnsi="Arial" w:cs="Arial"/>
          <w:color w:val="6B7280"/>
          <w:sz w:val="20"/>
          <w:szCs w:val="20"/>
          <w:rtl/>
          <w:lang w:val="en-US" w:bidi="he-IL"/>
        </w:rPr>
        <w:t xml:space="preserve">תלמיד חדש או תלמידה חדשה מגיעים לכיתה שלכם. כתבו 4 שאלות שהייתם רוצים לשאול. השתמשו בארבע מילות שאלה שונות.</w:t>
      </w:r>
    </w:p>
    <w:p>
      <w:pPr>
        <w:bidi/>
        <w:spacing w:before="0" w:after="80"/>
        <w:jc w:val="both"/>
      </w:pPr>
      <w:r>
        <w:rPr>
          <w:rFonts w:ascii="Arial" w:hAnsi="Arial" w:cs="Arial"/>
          <w:color w:val="6B7280"/>
          <w:sz w:val="21"/>
          <w:szCs w:val="21"/>
          <w:rtl/>
          <w:lang w:val="en-US" w:bidi="ar-SA"/>
        </w:rPr>
        <w:t xml:space="preserve">تلميذ جديد أو تلميذة جديدة سيأتي إلى صفّك. اكتب 4 أسئلة تريد أن تسألها. استعمل أربع كلمات سؤال مختلفة.</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