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Asking questions: Wh-questions review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question word to what it asks about.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כל מילת שאלה למה שהיא שואלת עליו.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كل كلمة سؤال بما تسأل عنه.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Who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a time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Where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a number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When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a reason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Why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a place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How many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a person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Whose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who owns it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questions to the answers.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השאלות לתשובות.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الأسئلة بالإجابات.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Where do you live?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Ms. Katz.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How old are you?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Basketball.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What is your favorite sport?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I'm eleven.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When do you get up?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At seven o'clock.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Who is your teacher?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Because it's raining.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Why are you wet?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In Netanya.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a question word from the box.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במילת שאלה מהתיבה.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بكلمة سؤال من المربع.</w:t>
      </w:r>
    </w:p>
    <w:p>
      <w:pPr>
        <w:spacing w:before="0" w:after="40"/>
        <w:jc w:val="both"/>
      </w:pPr>
      <w:r>
        <w:rPr/>
        <w:t>a. What is your name? Tamar.</w:t>
      </w:r>
    </w:p>
    <w:p>
      <w:pPr>
        <w:spacing w:before="0" w:after="40"/>
        <w:jc w:val="both"/>
      </w:pPr>
      <w:r>
        <w:rPr/>
        <w:t>b. Where are my glasses? On the table.</w:t>
      </w:r>
    </w:p>
    <w:p>
      <w:pPr>
        <w:spacing w:before="0" w:after="40"/>
        <w:jc w:val="both"/>
      </w:pPr>
      <w:r>
        <w:rPr/>
        <w:t>c. When is the party? On Friday.</w:t>
      </w:r>
    </w:p>
    <w:p>
      <w:pPr>
        <w:spacing w:before="0" w:after="40"/>
        <w:jc w:val="both"/>
      </w:pPr>
      <w:r>
        <w:rPr/>
        <w:t>d. Who is that man? He's my uncle.</w:t>
      </w:r>
    </w:p>
    <w:p>
      <w:pPr>
        <w:spacing w:before="0" w:after="40"/>
        <w:jc w:val="both"/>
      </w:pPr>
      <w:r>
        <w:rPr/>
        <w:t>e. How do you go to school? By bus.</w:t>
      </w:r>
    </w:p>
    <w:p>
      <w:pPr>
        <w:spacing w:before="0" w:after="40"/>
        <w:jc w:val="both"/>
      </w:pPr>
      <w:r>
        <w:rPr/>
        <w:t>f. Why are you tired? Because I didn't sleep well.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question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מילת השאלה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أداة الاستفهام الصحيحة.</w:t>
      </w:r>
    </w:p>
    <w:p>
      <w:pPr>
        <w:spacing w:before="0" w:after="20"/>
        <w:jc w:val="both"/>
      </w:pPr>
      <w:r>
        <w:rPr/>
        <w:t>a. ___ apples do you want? Three, please.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How many</w:t>
      </w:r>
    </w:p>
    <w:p>
      <w:pPr>
        <w:spacing w:before="0" w:after="20"/>
        <w:jc w:val="both"/>
      </w:pPr>
      <w:r>
        <w:rPr/>
        <w:t>b. ___ is this shirt? It's 50 shekels.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How much</w:t>
      </w:r>
    </w:p>
    <w:p>
      <w:pPr>
        <w:spacing w:before="0" w:after="20"/>
        <w:jc w:val="both"/>
      </w:pPr>
      <w:r>
        <w:rPr/>
        <w:t>c. ___ do you visit your grandma? Every week.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How often</w:t>
      </w:r>
    </w:p>
    <w:p>
      <w:pPr>
        <w:spacing w:before="0" w:after="20"/>
        <w:jc w:val="both"/>
      </w:pPr>
      <w:r>
        <w:rPr/>
        <w:t>d. ___ bike is this? It's Yoav's.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Whose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Sort the questions: How many or How much?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השאלות: ‎How many‎ או ‎How much?‎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الأسئلة: ‎How many‎ أم ‎How much‎؟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How many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How much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… chairs?, … friends?, … books?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… sugar?, … money?, … milk?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is, are, do, does or did.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ב-‎is, are, do, does‎ או ‎did‎.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‎is‎ أو ‎are‎ أو ‎do‎ أو ‎does‎ أو ‎did‎.</w:t>
      </w:r>
    </w:p>
    <w:p>
      <w:pPr>
        <w:spacing w:before="0" w:after="40"/>
        <w:jc w:val="both"/>
      </w:pPr>
      <w:r>
        <w:rPr/>
        <w:t>a. Where do you live?</w:t>
      </w:r>
    </w:p>
    <w:p>
      <w:pPr>
        <w:spacing w:before="0" w:after="40"/>
        <w:jc w:val="both"/>
      </w:pPr>
      <w:r>
        <w:rPr/>
        <w:t>b. What is your brother's name?</w:t>
      </w:r>
    </w:p>
    <w:p>
      <w:pPr>
        <w:spacing w:before="0" w:after="40"/>
        <w:jc w:val="both"/>
      </w:pPr>
      <w:r>
        <w:rPr/>
        <w:t>c. When did you come home yesterday?</w:t>
      </w:r>
    </w:p>
    <w:p>
      <w:pPr>
        <w:spacing w:before="0" w:after="40"/>
        <w:jc w:val="both"/>
      </w:pPr>
      <w:r>
        <w:rPr/>
        <w:t>d. How does Noam get to school every day?</w:t>
      </w:r>
    </w:p>
    <w:p>
      <w:pPr>
        <w:spacing w:before="0" w:after="40"/>
        <w:jc w:val="both"/>
      </w:pPr>
      <w:r>
        <w:rPr/>
        <w:t>e. Why are the children laughing?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Put the words in the correct order to make a question.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בסדר הנכון כדי ליצור שאלה.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بالترتيب الصحيح لتكوّن سؤالًا.</w:t>
      </w:r>
    </w:p>
    <w:p>
      <w:pPr>
        <w:spacing w:before="0" w:after="100"/>
        <w:jc w:val="both"/>
      </w:pPr>
      <w:r>
        <w:rPr/>
        <w:t>a. you / do / where / live / ?  → Where do you live?</w:t>
      </w:r>
    </w:p>
    <w:p>
      <w:pPr>
        <w:spacing w:before="0" w:after="100"/>
        <w:jc w:val="both"/>
      </w:pPr>
      <w:r>
        <w:rPr/>
        <w:t>b. is / old / how / your sister / ?  → How old is your sister?</w:t>
      </w:r>
    </w:p>
    <w:p>
      <w:pPr>
        <w:spacing w:before="0" w:after="100"/>
        <w:jc w:val="both"/>
      </w:pPr>
      <w:r>
        <w:rPr/>
        <w:t>c. did / what / you / eat / ?  → What did you eat?</w:t>
      </w:r>
    </w:p>
    <w:p>
      <w:pPr>
        <w:spacing w:before="0" w:after="100"/>
        <w:jc w:val="both"/>
      </w:pPr>
      <w:r>
        <w:rPr/>
        <w:t>d. does / start / when / the game / ?  → When does the game start?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Read the text. Complete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הטקסט. השלימו את השאלות.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النص. أكمل الأسئلة.</w:t>
      </w:r>
    </w:p>
    <w:p>
      <w:pPr>
        <w:spacing w:before="0" w:after="40"/>
        <w:jc w:val="both"/>
      </w:pPr>
      <w:r>
        <w:rPr/>
        <w:t>a. Where is Ariel from? Beersheba.</w:t>
      </w:r>
    </w:p>
    <w:p>
      <w:pPr>
        <w:spacing w:before="0" w:after="40"/>
        <w:jc w:val="both"/>
      </w:pPr>
      <w:r>
        <w:rPr/>
        <w:t>b. Why did his family move? Because his mom got a new job.</w:t>
      </w:r>
    </w:p>
    <w:p>
      <w:pPr>
        <w:spacing w:before="0" w:after="40"/>
        <w:jc w:val="both"/>
      </w:pPr>
      <w:r>
        <w:rPr/>
        <w:t>c. Who asked about his age? Shira.</w:t>
      </w:r>
    </w:p>
    <w:p>
      <w:pPr>
        <w:spacing w:before="0" w:after="40"/>
        <w:jc w:val="both"/>
      </w:pPr>
      <w:r>
        <w:rPr/>
        <w:t>d. How many sisters does Ariel have? Two.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Ariel's dad got a new job. – False – His mom got a new job at the hospital.</w:t>
      </w:r>
    </w:p>
    <w:p>
      <w:pPr>
        <w:spacing w:before="0" w:after="40"/>
        <w:jc w:val="both"/>
      </w:pPr>
      <w:r>
        <w:rPr/>
        <w:t>b. Ariel has a baby brother. – True</w:t>
      </w:r>
    </w:p>
    <w:p>
      <w:pPr>
        <w:spacing w:before="0" w:after="40"/>
        <w:jc w:val="both"/>
      </w:pPr>
      <w:r>
        <w:rPr/>
        <w:t>c. Ariel likes drawing comics.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Think about the text and circle the best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חשבו על הטקסט והקיפו את התשובה הטובה ביותר.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فكّر في النص وضع دائرة حول أفضل إجابة.</w:t>
      </w:r>
    </w:p>
    <w:p>
      <w:pPr>
        <w:spacing w:before="0" w:after="20"/>
        <w:jc w:val="both"/>
      </w:pPr>
      <w:r>
        <w:rPr/>
        <w:t>a. Why did the class interview Ariel?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to help him feel at home</w:t>
      </w:r>
    </w:p>
    <w:p>
      <w:pPr>
        <w:spacing w:before="0" w:after="20"/>
        <w:jc w:val="both"/>
      </w:pPr>
      <w:r>
        <w:rPr/>
        <w:t>b. What can we learn about Ariel at the end?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 made friends fast.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Read the answer. Write the question. Use the word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התשובה. כתבו את השאלה. השתמשו במילה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الإجابة. اكتب السؤال. استعمل الكلمة التي بين القوسين.</w:t>
      </w:r>
    </w:p>
    <w:p>
      <w:pPr>
        <w:spacing w:before="0" w:after="100"/>
        <w:jc w:val="both"/>
      </w:pPr>
      <w:r>
        <w:rPr/>
        <w:t>a. (Where) I live in Holon.  → Where do you live?</w:t>
      </w:r>
    </w:p>
    <w:p>
      <w:pPr>
        <w:spacing w:before="0" w:after="100"/>
        <w:jc w:val="both"/>
      </w:pPr>
      <w:r>
        <w:rPr/>
        <w:t>b. (When) My birthday is in June.  → When is your birthday?</w:t>
      </w:r>
    </w:p>
    <w:p>
      <w:pPr>
        <w:spacing w:before="0" w:after="100"/>
        <w:jc w:val="both"/>
      </w:pPr>
      <w:r>
        <w:rPr/>
        <w:t>c. (What) My favorite food is pasta.  → What is your favorite food?</w:t>
      </w:r>
    </w:p>
    <w:p>
      <w:pPr>
        <w:spacing w:before="0" w:after="100"/>
        <w:jc w:val="both"/>
      </w:pPr>
      <w:r>
        <w:rPr/>
        <w:t>d. (How often) I swim three times a week.  → How often do you swim?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A new pupil is coming to your class. Write 4 questions you want to ask him or her. Use four different question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תלמיד חדש או תלמידה חדשה מגיעים לכיתה שלכם. כתבו 4 שאלות שהייתם רוצים לשאול. השתמשו בארבע מילות שאלה שונות.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تلميذ جديد أو تلميذة جديدة سيأتي إلى صفّك. اكتب 4 أسئلة تريد أن تسألها. استعمل أربع كلمات سؤال مختلفة.</w:t>
      </w:r>
    </w:p>
    <w:p>
      <w:pPr>
        <w:spacing w:before="0" w:after="80"/>
        <w:jc w:val="both"/>
      </w:pPr>
      <w:r>
        <w:rPr>
          <w:color w:val="0F7A4F"/>
        </w:rPr>
        <w:t>Possible answer: What is your name? Where are you from? How old are you? What do you like to do after school?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