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Reading comprehension and writing an email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email part to the example.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כל חלק של המייל לדוגמה.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 جزء من الرسالة الإلكترونية بالمثال.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Subject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Write back soon!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Greeting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How are you? I have great news!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Opening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Hi Itay,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Closing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Daniel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Name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My new puppy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Sort: greetings or closings?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מיינו: פתיחות או סיומים?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صنّف: تحيات افتتاحية أم خواتيم؟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Greeting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Closing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Dear Grandma,, Hi Shira,, Hello Mr. Ben-David,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Love,, See you soon!, Best wishes,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and, but, because or so.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ב-‎and, but, because‎ או ‎so‎.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‎and‎ أو ‎but‎ أو ‎because‎ أو ‎so‎.</w:t>
      </w:r>
    </w:p>
    <w:p>
      <w:pPr>
        <w:spacing w:before="0" w:after="40"/>
        <w:jc w:val="both"/>
      </w:pPr>
      <w:r>
        <w:rPr/>
        <w:t>a. I like apples and bananas.</w:t>
      </w:r>
    </w:p>
    <w:p>
      <w:pPr>
        <w:spacing w:before="0" w:after="40"/>
        <w:jc w:val="both"/>
      </w:pPr>
      <w:r>
        <w:rPr/>
        <w:t>b. Maya was late because she missed the bus.</w:t>
      </w:r>
    </w:p>
    <w:p>
      <w:pPr>
        <w:spacing w:before="0" w:after="40"/>
        <w:jc w:val="both"/>
      </w:pPr>
      <w:r>
        <w:rPr/>
        <w:t>c. It was very hot, so we went to the pool.</w:t>
      </w:r>
    </w:p>
    <w:p>
      <w:pPr>
        <w:spacing w:before="0" w:after="40"/>
        <w:jc w:val="both"/>
      </w:pPr>
      <w:r>
        <w:rPr/>
        <w:t>d. The test was long, but it wasn't difficult.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What kind of text is it? Circle the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איזה סוג טקסט זה? הקיפו את התשובה.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 نوع هذا النص؟ ضع دائرة حول الإجابة.</w:t>
      </w:r>
    </w:p>
    <w:p>
      <w:pPr>
        <w:spacing w:before="0" w:after="20"/>
        <w:jc w:val="both"/>
      </w:pPr>
      <w:r>
        <w:rPr/>
        <w:t>a. «SALE! All bikes 20% off. Only this week!»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an ad</w:t>
      </w:r>
    </w:p>
    <w:p>
      <w:pPr>
        <w:spacing w:before="0" w:after="20"/>
        <w:jc w:val="both"/>
      </w:pPr>
      <w:r>
        <w:rPr/>
        <w:t>b. «Hi Tom, thanks for the birthday present! Love, Ben»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message</w:t>
      </w:r>
    </w:p>
    <w:p>
      <w:pPr>
        <w:spacing w:before="0" w:after="20"/>
        <w:jc w:val="both"/>
      </w:pPr>
      <w:r>
        <w:rPr/>
        <w:t>c. «Once upon a time, a little fox lived in a forest…»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story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Read the email. Complete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המייל. השלימו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الرسالة الإلكترونية. أكمل الجمل.</w:t>
      </w:r>
    </w:p>
    <w:p>
      <w:pPr>
        <w:spacing w:before="0" w:after="40"/>
        <w:jc w:val="both"/>
      </w:pPr>
      <w:r>
        <w:rPr/>
        <w:t>a. Omer is writing to his grandpa.</w:t>
      </w:r>
    </w:p>
    <w:p>
      <w:pPr>
        <w:spacing w:before="0" w:after="40"/>
        <w:jc w:val="both"/>
      </w:pPr>
      <w:r>
        <w:rPr/>
        <w:t>b. Every morning the children run around the track.</w:t>
      </w:r>
    </w:p>
    <w:p>
      <w:pPr>
        <w:spacing w:before="0" w:after="40"/>
        <w:jc w:val="both"/>
      </w:pPr>
      <w:r>
        <w:rPr/>
        <w:t>c. Omer's team won the basketball game.</w:t>
      </w:r>
    </w:p>
    <w:p>
      <w:pPr>
        <w:spacing w:before="0" w:after="40"/>
        <w:jc w:val="both"/>
      </w:pPr>
      <w:r>
        <w:rPr/>
        <w:t>d. Omer is coming home on Thursday.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Write the evidence from the email.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כתבו את הראיה מהמייל.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اكتب الدليل من الرسالة.</w:t>
      </w:r>
    </w:p>
    <w:p>
      <w:pPr>
        <w:spacing w:before="0" w:after="40"/>
        <w:jc w:val="both"/>
      </w:pPr>
      <w:r>
        <w:rPr/>
        <w:t>a. Omer thinks the camp food is better than Grandpa's food. – False – «it isn't as good as your food»</w:t>
      </w:r>
    </w:p>
    <w:p>
      <w:pPr>
        <w:spacing w:before="0" w:after="40"/>
        <w:jc w:val="both"/>
      </w:pPr>
      <w:r>
        <w:rPr/>
        <w:t>b. Omer made new friends at camp. – True</w:t>
      </w:r>
    </w:p>
    <w:p>
      <w:pPr>
        <w:spacing w:before="0" w:after="40"/>
        <w:jc w:val="both"/>
      </w:pPr>
      <w:r>
        <w:rPr/>
        <w:t>c. Omer and Grandpa went fishing last summer.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Find the parts of Omer's email.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החלקים של המייל של עומר.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أجزاء رسالة عومر الإلكترونية.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Omer's words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Greeting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Hi Grandpa,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Opening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How are you? I'm writing to you from the sports camp…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 question to Grandpa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Can we go fishing on Friday?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Closing + name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Love, Omer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Find in the email: write the linking word and the idea it connects.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במייל: כתבו את מילת הקישור ואת הרעיון שהיא מחברת.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في الرسالة: اكتب كلمة الربط والفكرة التي تربطها.</w:t>
      </w:r>
    </w:p>
    <w:p>
      <w:pPr>
        <w:spacing w:before="0" w:after="100"/>
        <w:jc w:val="both"/>
      </w:pPr>
      <w:r>
        <w:rPr/>
        <w:t>a. a result (so)  → My team won, so we got ice cream.</w:t>
      </w:r>
    </w:p>
    <w:p>
      <w:pPr>
        <w:spacing w:before="0" w:after="100"/>
        <w:jc w:val="both"/>
      </w:pPr>
      <w:r>
        <w:rPr/>
        <w:t>b. a contrast (but)  → The food is OK, but it isn't as good as your food.</w:t>
      </w:r>
    </w:p>
    <w:p>
      <w:pPr>
        <w:spacing w:before="0" w:after="100"/>
        <w:jc w:val="both"/>
      </w:pPr>
      <w:r>
        <w:rPr/>
        <w:t>c. adding information (and)  → My counselor is very funny, and I made two new friends.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Think about the email and circle the best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חשבו על המייל והקיפו את התשובה הטובה ביותר.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فكّر في الرسالة وضع دائرة حول أفضل إجابة.</w:t>
      </w:r>
    </w:p>
    <w:p>
      <w:pPr>
        <w:spacing w:before="0" w:after="20"/>
        <w:jc w:val="both"/>
      </w:pPr>
      <w:r>
        <w:rPr/>
        <w:t>a. How does Omer feel about the camp?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happy</w:t>
      </w:r>
    </w:p>
    <w:p>
      <w:pPr>
        <w:spacing w:before="0" w:after="20"/>
        <w:jc w:val="both"/>
      </w:pPr>
      <w:r>
        <w:rPr/>
        <w:t>b. Why does Omer mention the soup?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misses Grandpa.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Join the two sentences with the word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חברו את שני המשפטים בעזרת המילה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اربط الجملتين بالكلمة التي بين القوسين.</w:t>
      </w:r>
    </w:p>
    <w:p>
      <w:pPr>
        <w:spacing w:before="0" w:after="100"/>
        <w:jc w:val="both"/>
      </w:pPr>
      <w:r>
        <w:rPr/>
        <w:t>a. I was thirsty. I drank water. (so)  → I was thirsty, so I drank water.</w:t>
      </w:r>
    </w:p>
    <w:p>
      <w:pPr>
        <w:spacing w:before="0" w:after="100"/>
        <w:jc w:val="both"/>
      </w:pPr>
      <w:r>
        <w:rPr/>
        <w:t>b. Noam can't come. He is sick. (because)  → Noam can't come because he is sick.</w:t>
      </w:r>
    </w:p>
    <w:p>
      <w:pPr>
        <w:spacing w:before="0" w:after="100"/>
        <w:jc w:val="both"/>
      </w:pPr>
      <w:r>
        <w:rPr/>
        <w:t>c. The movie was long. It was exciting. (but)  → The movie was long, but it was exciting.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Put the parts of an email in the correct order. Write the numbers 1–5.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חלקי המייל בסדר הנכון. כתבו את המספרים 1–5.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أجزاء الرسالة الإلكترونية بالترتيب الصحيح. اكتب الأرقام 1–5.</w:t>
      </w:r>
    </w:p>
    <w:p>
      <w:pPr>
        <w:spacing w:before="0" w:after="40"/>
        <w:jc w:val="both"/>
      </w:pPr>
      <w:r>
        <w:rPr/>
        <w:t>a. Love, Tamar → 5</w:t>
      </w:r>
    </w:p>
    <w:p>
      <w:pPr>
        <w:spacing w:before="0" w:after="40"/>
        <w:jc w:val="both"/>
      </w:pPr>
      <w:r>
        <w:rPr/>
        <w:t>b. Hi Maya, → 2</w:t>
      </w:r>
    </w:p>
    <w:p>
      <w:pPr>
        <w:spacing w:before="0" w:after="40"/>
        <w:jc w:val="both"/>
      </w:pPr>
      <w:r>
        <w:rPr/>
        <w:t>c. Subject: My weekend → 1</w:t>
      </w:r>
    </w:p>
    <w:p>
      <w:pPr>
        <w:spacing w:before="0" w:after="40"/>
        <w:jc w:val="both"/>
      </w:pPr>
      <w:r>
        <w:rPr/>
        <w:t>d. How are you? → 3</w:t>
      </w:r>
    </w:p>
    <w:p>
      <w:pPr>
        <w:spacing w:before="0" w:after="40"/>
        <w:jc w:val="both"/>
      </w:pPr>
      <w:r>
        <w:rPr/>
        <w:t>e. On Saturday I went to a concert. It was amazing! → 4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an email (4 lines) to Omer. Answer his email and ask him two questions about the camp.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מייל (4 שורות) לעומר. ענו על המייל שלו ושאלו אותו שתי שאלות על המחנה.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رسالة إلكترونية (4 أسطر) إلى عومر. ردّ على رسالته واسأله سؤالين عن المخيّم.</w:t>
      </w:r>
    </w:p>
    <w:p>
      <w:pPr>
        <w:spacing w:before="0" w:after="80"/>
        <w:jc w:val="both"/>
      </w:pPr>
      <w:r>
        <w:rPr>
          <w:color w:val="0F7A4F"/>
        </w:rPr>
        <w:t>Possible answer: Hi Omer, thanks for your email! I'm happy you're having fun. Do you like the swimming lessons? Who is the best player on your team? See you soon! Grandpa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