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both"/>
      </w:pPr>
    </w:p>
    <w:p>
      <w:pPr>
        <w:spacing w:before="0" w:after="80"/>
        <w:jc w:val="both"/>
      </w:pPr>
    </w:p>
    <w:p>
      <w:pPr>
        <w:spacing w:before="0" w:after="80"/>
        <w:jc w:val="both"/>
      </w:pPr>
    </w:p>
    <w:p>
      <w:pPr>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english_g6.jpg"/>
                    <pic:cNvPicPr/>
                  </pic:nvPicPr>
                  <pic:blipFill>
                    <a:blip r:embed="rId10"/>
                    <a:stretch>
                      <a:fillRect/>
                    </a:stretch>
                  </pic:blipFill>
                  <pic:spPr>
                    <a:xfrm>
                      <a:off x="0" y="0"/>
                      <a:ext cx="3600000" cy="3600000"/>
                    </a:xfrm>
                    <a:prstGeom prst="rect"/>
                  </pic:spPr>
                </pic:pic>
              </a:graphicData>
            </a:graphic>
          </wp:inline>
        </w:drawing>
      </w:r>
    </w:p>
    <w:p>
      <w:pPr>
        <w:spacing w:before="240" w:after="80"/>
        <w:jc w:val="center"/>
      </w:pPr>
      <w:r>
        <w:rPr>
          <w:rFonts w:ascii="Arial" w:hAnsi="Arial" w:cs="Arial"/>
          <w:color w:val="1E3A8A"/>
          <w:sz w:val="36"/>
          <w:szCs w:val="36"/>
        </w:rPr>
        <w:t>Workbook</w:t>
      </w:r>
    </w:p>
    <w:p>
      <w:pPr>
        <w:spacing w:before="0" w:after="80"/>
        <w:jc w:val="center"/>
      </w:pPr>
      <w:r>
        <w:rPr>
          <w:rFonts w:ascii="Arial Black" w:hAnsi="Arial Black" w:cs="Arial Black"/>
          <w:b/>
          <w:bCs/>
          <w:color w:val="1E3A8A"/>
          <w:sz w:val="88"/>
          <w:szCs w:val="88"/>
        </w:rPr>
        <w:t>English</w:t>
      </w:r>
    </w:p>
    <w:p>
      <w:pPr>
        <w:spacing w:before="0" w:after="80"/>
        <w:jc w:val="center"/>
      </w:pPr>
      <w:r>
        <w:rPr>
          <w:sz w:val="44"/>
          <w:szCs w:val="44"/>
        </w:rPr>
        <w:t>Grade 6</w:t>
      </w:r>
    </w:p>
    <w:p>
      <w:pPr>
        <w:spacing w:before="0" w:after="80"/>
        <w:jc w:val="both"/>
      </w:pPr>
      <w:r>
        <w:br w:type="page"/>
      </w:r>
    </w:p>
    <w:p>
      <w:pPr>
        <w:spacing w:before="0" w:after="40"/>
        <w:jc w:val="both"/>
      </w:pPr>
      <w:r>
        <w:rPr>
          <w:rFonts w:ascii="Arial Black" w:hAnsi="Arial Black" w:cs="Arial Black"/>
          <w:b/>
          <w:bCs/>
          <w:color w:val="1E3A8A"/>
          <w:sz w:val="48"/>
          <w:szCs w:val="48"/>
        </w:rPr>
        <w:t>Contents</w:t>
      </w:r>
    </w:p>
    <w:p>
      <w:pPr>
        <w:bidi/>
        <w:spacing w:before="0" w:after="0"/>
        <w:jc w:val="both"/>
      </w:pPr>
      <w:r>
        <w:rPr>
          <w:rFonts w:ascii="Arial" w:hAnsi="Arial" w:cs="Arial"/>
          <w:color w:val="6B7280"/>
          <w:sz w:val="22"/>
          <w:szCs w:val="22"/>
          <w:rtl/>
          <w:lang w:val="en-US" w:bidi="he-IL"/>
        </w:rPr>
        <w:t xml:space="preserve">תוכן העניינים</w:t>
      </w:r>
    </w:p>
    <w:p>
      <w:pPr>
        <w:bidi/>
        <w:spacing w:before="0" w:after="120"/>
        <w:jc w:val="both"/>
      </w:pPr>
      <w:r>
        <w:rPr>
          <w:rFonts w:ascii="Arial" w:hAnsi="Arial" w:cs="Arial"/>
          <w:color w:val="6B7280"/>
          <w:sz w:val="23"/>
          <w:szCs w:val="23"/>
          <w:rtl/>
          <w:lang w:val="en-US" w:bidi="ar-SA"/>
        </w:rPr>
        <w:t xml:space="preserve">المحتويات</w:t>
      </w:r>
    </w:p>
    <w:tbl>
      <w:tblPr>
        <w:tblStyle w:val="TableGrid"/>
        <w:tblW w:type="auto" w:w="0"/>
        <w:tblLook w:firstColumn="1" w:firstRow="1" w:lastColumn="0" w:lastRow="0" w:noHBand="0" w:noVBand="1" w:val="04A0"/>
      </w:tblPr>
      <w:tblGrid>
        <w:gridCol w:w="9978"/>
      </w:tblGrid>
      <w:tr>
        <w:tc>
          <w:tcPr>
            <w:tcW w:type="dxa" w:w="9978"/>
            <w:shd w:val="clear" w:color="auto" w:fill="1e3a8a"/>
          </w:tcPr>
          <w:p>
            <w:pPr>
              <w:spacing w:before="0" w:after="40"/>
              <w:jc w:val="both"/>
            </w:pPr>
            <w:r>
              <w:rPr>
                <w:b/>
                <w:bCs/>
                <w:color w:val="FFFFFF"/>
              </w:rPr>
              <w:t>Topic</w:t>
            </w:r>
          </w:p>
        </w:tc>
      </w:tr>
      <w:tr>
        <w:tc>
          <w:tcPr>
            <w:tcW w:type="dxa" w:w="9978"/>
          </w:tcPr>
          <w:p>
            <w:pPr>
              <w:spacing w:before="0" w:after="40"/>
              <w:jc w:val="both"/>
            </w:pPr>
            <w:r>
              <w:rPr/>
              <w:t>Introduction</w:t>
            </w:r>
          </w:p>
        </w:tc>
      </w:tr>
      <w:tr>
        <w:tc>
          <w:tcPr>
            <w:tcW w:type="dxa" w:w="9978"/>
          </w:tcPr>
          <w:p>
            <w:pPr>
              <w:spacing w:before="0" w:after="40"/>
              <w:jc w:val="both"/>
            </w:pPr>
            <w:r>
              <w:rPr/>
              <w:t>Unit 1: Present simple or present progressive?</w:t>
            </w:r>
          </w:p>
        </w:tc>
      </w:tr>
      <w:tr>
        <w:tc>
          <w:tcPr>
            <w:tcW w:type="dxa" w:w="9978"/>
          </w:tcPr>
          <w:p>
            <w:pPr>
              <w:spacing w:before="0" w:after="40"/>
              <w:jc w:val="both"/>
            </w:pPr>
            <w:r>
              <w:rPr/>
              <w:t>Unit 2: Past simple: negatives and questions</w:t>
            </w:r>
          </w:p>
        </w:tc>
      </w:tr>
      <w:tr>
        <w:tc>
          <w:tcPr>
            <w:tcW w:type="dxa" w:w="9978"/>
          </w:tcPr>
          <w:p>
            <w:pPr>
              <w:spacing w:before="0" w:after="40"/>
              <w:jc w:val="both"/>
            </w:pPr>
            <w:r>
              <w:rPr/>
              <w:t>Unit 3: "Going to" for future plans</w:t>
            </w:r>
          </w:p>
        </w:tc>
      </w:tr>
      <w:tr>
        <w:tc>
          <w:tcPr>
            <w:tcW w:type="dxa" w:w="9978"/>
          </w:tcPr>
          <w:p>
            <w:pPr>
              <w:spacing w:before="0" w:after="40"/>
              <w:jc w:val="both"/>
            </w:pPr>
            <w:r>
              <w:rPr/>
              <w:t>Unit 4: Comparatives and superlatives</w:t>
            </w:r>
          </w:p>
        </w:tc>
      </w:tr>
      <w:tr>
        <w:tc>
          <w:tcPr>
            <w:tcW w:type="dxa" w:w="9978"/>
          </w:tcPr>
          <w:p>
            <w:pPr>
              <w:spacing w:before="0" w:after="40"/>
              <w:jc w:val="both"/>
            </w:pPr>
            <w:r>
              <w:rPr/>
              <w:t>Unit 5: Modal verbs: can, could, must, should</w:t>
            </w:r>
          </w:p>
        </w:tc>
      </w:tr>
      <w:tr>
        <w:tc>
          <w:tcPr>
            <w:tcW w:type="dxa" w:w="9978"/>
          </w:tcPr>
          <w:p>
            <w:pPr>
              <w:spacing w:before="0" w:after="40"/>
              <w:jc w:val="both"/>
            </w:pPr>
            <w:r>
              <w:rPr/>
              <w:t>Unit 6: Asking questions: Wh-questions review</w:t>
            </w:r>
          </w:p>
        </w:tc>
      </w:tr>
      <w:tr>
        <w:tc>
          <w:tcPr>
            <w:tcW w:type="dxa" w:w="9978"/>
          </w:tcPr>
          <w:p>
            <w:pPr>
              <w:spacing w:before="0" w:after="40"/>
              <w:jc w:val="both"/>
            </w:pPr>
            <w:r>
              <w:rPr/>
              <w:t>Unit 7: Reading comprehension and writing an email</w:t>
            </w:r>
          </w:p>
        </w:tc>
      </w:tr>
      <w:tr>
        <w:tc>
          <w:tcPr>
            <w:tcW w:type="dxa" w:w="9978"/>
          </w:tcPr>
          <w:p>
            <w:pPr>
              <w:spacing w:before="0" w:after="40"/>
              <w:jc w:val="both"/>
            </w:pPr>
            <w:r>
              <w:rPr/>
              <w:t>Review – What did we learn?</w:t>
            </w:r>
          </w:p>
        </w:tc>
      </w:tr>
    </w:tbl>
    <w:p>
      <w:pPr>
        <w:spacing w:before="0" w:after="40"/>
        <w:jc w:val="both"/>
      </w:pPr>
    </w:p>
    <w:p>
      <w:pPr>
        <w:spacing w:before="0" w:after="80"/>
        <w:jc w:val="both"/>
      </w:pPr>
      <w:r>
        <w:br w:type="page"/>
      </w:r>
    </w:p>
    <w:p>
      <w:pPr>
        <w:spacing w:before="0" w:after="40"/>
        <w:jc w:val="both"/>
      </w:pPr>
      <w:r>
        <w:rPr>
          <w:rFonts w:ascii="Arial Black" w:hAnsi="Arial Black" w:cs="Arial Black"/>
          <w:b/>
          <w:bCs/>
          <w:color w:val="1E3A8A"/>
          <w:sz w:val="48"/>
          <w:szCs w:val="48"/>
        </w:rPr>
        <w:t>Introduction</w:t>
      </w:r>
    </w:p>
    <w:p>
      <w:pPr>
        <w:bidi/>
        <w:spacing w:before="0" w:after="0"/>
        <w:jc w:val="both"/>
      </w:pPr>
      <w:r>
        <w:rPr>
          <w:rFonts w:ascii="Arial" w:hAnsi="Arial" w:cs="Arial"/>
          <w:color w:val="6B7280"/>
          <w:sz w:val="22"/>
          <w:szCs w:val="22"/>
          <w:rtl/>
          <w:lang w:val="en-US" w:bidi="he-IL"/>
        </w:rPr>
        <w:t xml:space="preserve">מבוא</w:t>
      </w:r>
    </w:p>
    <w:p>
      <w:pPr>
        <w:bidi/>
        <w:spacing w:before="0" w:after="120"/>
        <w:jc w:val="both"/>
      </w:pPr>
      <w:r>
        <w:rPr>
          <w:rFonts w:ascii="Arial" w:hAnsi="Arial" w:cs="Arial"/>
          <w:color w:val="6B7280"/>
          <w:sz w:val="23"/>
          <w:szCs w:val="23"/>
          <w:rtl/>
          <w:lang w:val="en-US" w:bidi="ar-SA"/>
        </w:rPr>
        <w:t xml:space="preserve">مقدّمة</w:t>
      </w:r>
    </w:p>
    <w:p>
      <w:pPr>
        <w:spacing w:before="0" w:after="20"/>
        <w:jc w:val="both"/>
      </w:pPr>
      <w:r>
        <w:rPr/>
        <w:t>Hello, sixth graders!</w:t>
      </w:r>
    </w:p>
    <w:p>
      <w:pPr>
        <w:bidi/>
        <w:spacing w:before="0" w:after="0"/>
        <w:jc w:val="both"/>
      </w:pPr>
      <w:r>
        <w:rPr>
          <w:rFonts w:ascii="Arial" w:hAnsi="Arial" w:cs="Arial"/>
          <w:color w:val="6B7280"/>
          <w:sz w:val="20"/>
          <w:szCs w:val="20"/>
          <w:rtl/>
          <w:lang w:val="en-US" w:bidi="he-IL"/>
        </w:rPr>
        <w:t xml:space="preserve">שלום, תלמידי כיתה ו'!</w:t>
      </w:r>
    </w:p>
    <w:p>
      <w:pPr>
        <w:bidi/>
        <w:spacing w:before="0" w:after="120"/>
        <w:jc w:val="both"/>
      </w:pPr>
      <w:r>
        <w:rPr>
          <w:rFonts w:ascii="Arial" w:hAnsi="Arial" w:cs="Arial"/>
          <w:color w:val="6B7280"/>
          <w:sz w:val="21"/>
          <w:szCs w:val="21"/>
          <w:rtl/>
          <w:lang w:val="en-US" w:bidi="ar-SA"/>
        </w:rPr>
        <w:t xml:space="preserve">مرحبًا يا طلاب الصف السادس!</w:t>
      </w:r>
    </w:p>
    <w:p>
      <w:pPr>
        <w:spacing w:before="0" w:after="20"/>
        <w:jc w:val="both"/>
      </w:pPr>
      <w:r>
        <w:rPr/>
        <w:t>This is your last year in elementary school, and your English is getting stronger every day. In this book you are going to talk about now, the past and the future, compare things, give advice and follow rules, ask good questions, and write your own emails.</w:t>
      </w:r>
    </w:p>
    <w:p>
      <w:pPr>
        <w:bidi/>
        <w:spacing w:before="0" w:after="0"/>
        <w:jc w:val="both"/>
      </w:pPr>
      <w:r>
        <w:rPr>
          <w:rFonts w:ascii="Arial" w:hAnsi="Arial" w:cs="Arial"/>
          <w:color w:val="6B7280"/>
          <w:sz w:val="20"/>
          <w:szCs w:val="20"/>
          <w:rtl/>
          <w:lang w:val="en-US" w:bidi="he-IL"/>
        </w:rPr>
        <w:t xml:space="preserve">זו השנה האחרונה שלכם בבית הספר היסודי, והאנגלית שלכם מתחזקת מיום ליום. בחוברת הזאת תדברו על ההווה, העבר והעתיד, תשוו בין דברים, תיתנו עצות ותמלאו כללים, תשאלו שאלות טובות ותכתבו מיילים משלכם.</w:t>
      </w:r>
    </w:p>
    <w:p>
      <w:pPr>
        <w:bidi/>
        <w:spacing w:before="0" w:after="120"/>
        <w:jc w:val="both"/>
      </w:pPr>
      <w:r>
        <w:rPr>
          <w:rFonts w:ascii="Arial" w:hAnsi="Arial" w:cs="Arial"/>
          <w:color w:val="6B7280"/>
          <w:sz w:val="21"/>
          <w:szCs w:val="21"/>
          <w:rtl/>
          <w:lang w:val="en-US" w:bidi="ar-SA"/>
        </w:rPr>
        <w:t xml:space="preserve">هذه سنتك الأخيرة في المدرسة الابتدائية، ولغتك الإنجليزية تقوى يومًا بعد يوم. في هذا الكتاب ستتحدث عن الحاضر والماضي والمستقبل، وتقارن بين الأشياء، وتقدّم النصائح وتتّبع القواعد، وتطرح أسئلة جيدة، وتكتب رسائلك الإلكترونية بنفسك.</w:t>
      </w:r>
    </w:p>
    <w:p>
      <w:pPr>
        <w:spacing w:before="0" w:after="20"/>
        <w:jc w:val="both"/>
      </w:pPr>
      <w:r>
        <w:rPr/>
        <w:t>Each unit has short explanations with examples, a «Remember!» tip and lots of practice. At the end you will find a review and the answers. Good luck, and enjoy!</w:t>
      </w:r>
    </w:p>
    <w:p>
      <w:pPr>
        <w:bidi/>
        <w:spacing w:before="0" w:after="0"/>
        <w:jc w:val="both"/>
      </w:pPr>
      <w:r>
        <w:rPr>
          <w:rFonts w:ascii="Arial" w:hAnsi="Arial" w:cs="Arial"/>
          <w:color w:val="6B7280"/>
          <w:sz w:val="20"/>
          <w:szCs w:val="20"/>
          <w:rtl/>
          <w:lang w:val="en-US" w:bidi="he-IL"/>
        </w:rPr>
        <w:t xml:space="preserve">בכל יחידה יש הסברים קצרים עם דוגמאות, טיפ ‎«Remember!»‎ והרבה תרגול. בסוף תמצאו חזרה ותשובות. בהצלחה ותיהנו!</w:t>
      </w:r>
    </w:p>
    <w:p>
      <w:pPr>
        <w:bidi/>
        <w:spacing w:before="0" w:after="120"/>
        <w:jc w:val="both"/>
      </w:pPr>
      <w:r>
        <w:rPr>
          <w:rFonts w:ascii="Arial" w:hAnsi="Arial" w:cs="Arial"/>
          <w:color w:val="6B7280"/>
          <w:sz w:val="21"/>
          <w:szCs w:val="21"/>
          <w:rtl/>
          <w:lang w:val="en-US" w:bidi="ar-SA"/>
        </w:rPr>
        <w:t xml:space="preserve">في كل وحدة شروح قصيرة مع أمثلة، ونصيحة ‎«Remember!»‎ وتمارين كثيرة. في النهاية ستجد مراجعة والإجابات. بالتوفيق، واستمتع!</w:t>
      </w:r>
    </w:p>
    <w:p>
      <w:pPr>
        <w:spacing w:before="0" w:after="80"/>
        <w:jc w:val="both"/>
      </w:pPr>
      <w:r>
        <w:br w:type="page"/>
      </w:r>
    </w:p>
    <w:p>
      <w:pPr>
        <w:spacing w:before="0" w:after="120"/>
        <w:jc w:val="both"/>
      </w:pPr>
      <w:r>
        <w:rPr>
          <w:rFonts w:ascii="Arial" w:hAnsi="Arial" w:cs="Arial"/>
          <w:color w:val="5B6476"/>
          <w:sz w:val="20"/>
          <w:szCs w:val="20"/>
        </w:rPr>
        <w:t>English · Grade 6   |   Unit 1</w:t>
      </w:r>
    </w:p>
    <w:p>
      <w:pPr>
        <w:spacing w:before="0" w:after="40"/>
        <w:jc w:val="both"/>
      </w:pPr>
      <w:r>
        <w:rPr>
          <w:rFonts w:ascii="Arial Black" w:hAnsi="Arial Black" w:cs="Arial Black"/>
          <w:b/>
          <w:bCs/>
          <w:color w:val="1E3A8A"/>
          <w:sz w:val="44"/>
          <w:szCs w:val="44"/>
        </w:rPr>
        <w:t>Unit 1: Present simple or present progressive?</w:t>
      </w:r>
    </w:p>
    <w:p>
      <w:pPr>
        <w:bidi/>
        <w:spacing w:before="0" w:after="0"/>
        <w:jc w:val="both"/>
      </w:pPr>
      <w:r>
        <w:rPr>
          <w:rFonts w:ascii="Arial" w:hAnsi="Arial" w:cs="Arial"/>
          <w:color w:val="6B7280"/>
          <w:sz w:val="22"/>
          <w:szCs w:val="22"/>
          <w:rtl/>
          <w:lang w:val="en-US" w:bidi="he-IL"/>
        </w:rPr>
        <w:t xml:space="preserve">‎Present simple‎ או ‎present progressive?‎</w:t>
      </w:r>
    </w:p>
    <w:p>
      <w:pPr>
        <w:bidi/>
        <w:spacing w:before="0" w:after="120"/>
        <w:jc w:val="both"/>
      </w:pPr>
      <w:r>
        <w:rPr>
          <w:rFonts w:ascii="Arial" w:hAnsi="Arial" w:cs="Arial"/>
          <w:color w:val="6B7280"/>
          <w:sz w:val="23"/>
          <w:szCs w:val="23"/>
          <w:rtl/>
          <w:lang w:val="en-US" w:bidi="ar-SA"/>
        </w:rPr>
        <w:t xml:space="preserve">‎Present simple‎ أم ‎present progressive‎؟</w:t>
      </w:r>
    </w:p>
    <w:p>
      <w:pPr>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english_g6_t01.jpg"/>
                    <pic:cNvPicPr/>
                  </pic:nvPicPr>
                  <pic:blipFill>
                    <a:blip r:embed="rId11"/>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1E3A8A"/>
          <w:sz w:val="28"/>
          <w:szCs w:val="28"/>
        </w:rPr>
        <w:t>◆ Two present tenses</w:t>
      </w:r>
    </w:p>
    <w:p>
      <w:pPr>
        <w:bidi/>
        <w:spacing w:before="0" w:after="0"/>
        <w:jc w:val="both"/>
      </w:pPr>
      <w:r>
        <w:rPr>
          <w:rFonts w:ascii="Arial" w:hAnsi="Arial" w:cs="Arial"/>
          <w:color w:val="6B7280"/>
          <w:sz w:val="20"/>
          <w:szCs w:val="20"/>
          <w:rtl/>
          <w:lang w:val="en-US" w:bidi="he-IL"/>
        </w:rPr>
        <w:t xml:space="preserve">שני זמני הווה</w:t>
      </w:r>
    </w:p>
    <w:p>
      <w:pPr>
        <w:bidi/>
        <w:spacing w:before="0" w:after="40"/>
        <w:jc w:val="both"/>
      </w:pPr>
      <w:r>
        <w:rPr>
          <w:rFonts w:ascii="Arial" w:hAnsi="Arial" w:cs="Arial"/>
          <w:color w:val="6B7280"/>
          <w:sz w:val="21"/>
          <w:szCs w:val="21"/>
          <w:rtl/>
          <w:lang w:val="en-US" w:bidi="ar-SA"/>
        </w:rPr>
        <w:t xml:space="preserve">زمنان للحاضر</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Tense</w:t>
            </w:r>
          </w:p>
        </w:tc>
        <w:tc>
          <w:tcPr>
            <w:tcW w:type="dxa" w:w="3326"/>
            <w:shd w:val="clear" w:color="auto" w:fill="1e3a8a"/>
          </w:tcPr>
          <w:p>
            <w:pPr>
              <w:spacing w:before="0" w:after="40"/>
              <w:jc w:val="both"/>
            </w:pPr>
            <w:r>
              <w:rPr>
                <w:b/>
                <w:bCs/>
                <w:color w:val="FFFFFF"/>
              </w:rPr>
              <w:t>When?</w:t>
            </w:r>
          </w:p>
        </w:tc>
        <w:tc>
          <w:tcPr>
            <w:tcW w:type="dxa" w:w="3326"/>
            <w:shd w:val="clear" w:color="auto" w:fill="1e3a8a"/>
          </w:tcPr>
          <w:p>
            <w:pPr>
              <w:spacing w:before="0" w:after="40"/>
              <w:jc w:val="both"/>
            </w:pPr>
            <w:r>
              <w:rPr>
                <w:b/>
                <w:bCs/>
                <w:color w:val="FFFFFF"/>
              </w:rPr>
              <w:t>Example</w:t>
            </w:r>
          </w:p>
        </w:tc>
      </w:tr>
      <w:tr>
        <w:tc>
          <w:tcPr>
            <w:tcW w:type="dxa" w:w="3326"/>
          </w:tcPr>
          <w:p>
            <w:pPr>
              <w:spacing w:before="0" w:after="40"/>
              <w:jc w:val="both"/>
            </w:pPr>
            <w:r>
              <w:rPr/>
              <w:t>Present simple</w:t>
            </w:r>
          </w:p>
        </w:tc>
        <w:tc>
          <w:tcPr>
            <w:tcW w:type="dxa" w:w="3326"/>
          </w:tcPr>
          <w:p>
            <w:pPr>
              <w:spacing w:before="0" w:after="40"/>
              <w:jc w:val="both"/>
            </w:pPr>
            <w:r>
              <w:rPr/>
              <w:t>habits, facts, routines</w:t>
            </w:r>
          </w:p>
        </w:tc>
        <w:tc>
          <w:tcPr>
            <w:tcW w:type="dxa" w:w="3326"/>
          </w:tcPr>
          <w:p>
            <w:pPr>
              <w:spacing w:before="0" w:after="40"/>
              <w:jc w:val="both"/>
            </w:pPr>
            <w:r>
              <w:rPr/>
              <w:t>Omer swims every Sunday.</w:t>
            </w:r>
          </w:p>
        </w:tc>
      </w:tr>
      <w:tr>
        <w:tc>
          <w:tcPr>
            <w:tcW w:type="dxa" w:w="3326"/>
          </w:tcPr>
          <w:p>
            <w:pPr>
              <w:spacing w:before="0" w:after="40"/>
              <w:jc w:val="both"/>
            </w:pPr>
            <w:r>
              <w:rPr/>
              <w:t>Present progressive</w:t>
            </w:r>
          </w:p>
        </w:tc>
        <w:tc>
          <w:tcPr>
            <w:tcW w:type="dxa" w:w="3326"/>
          </w:tcPr>
          <w:p>
            <w:pPr>
              <w:spacing w:before="0" w:after="40"/>
              <w:jc w:val="both"/>
            </w:pPr>
            <w:r>
              <w:rPr/>
              <w:t>now, at this moment</w:t>
            </w:r>
          </w:p>
        </w:tc>
        <w:tc>
          <w:tcPr>
            <w:tcW w:type="dxa" w:w="3326"/>
          </w:tcPr>
          <w:p>
            <w:pPr>
              <w:spacing w:before="0" w:after="40"/>
              <w:jc w:val="both"/>
            </w:pPr>
            <w:r>
              <w:rPr/>
              <w:t>Omer is swimming now.</w:t>
            </w:r>
          </w:p>
        </w:tc>
      </w:tr>
    </w:tbl>
    <w:p>
      <w:pPr>
        <w:spacing w:before="0" w:after="40"/>
        <w:jc w:val="both"/>
      </w:pPr>
    </w:p>
    <w:p>
      <w:pPr>
        <w:spacing w:before="120" w:after="40"/>
        <w:jc w:val="both"/>
      </w:pPr>
      <w:r>
        <w:rPr>
          <w:rFonts w:ascii="Arial Black" w:hAnsi="Arial Black" w:cs="Arial Black"/>
          <w:b/>
          <w:bCs/>
          <w:color w:val="1E3A8A"/>
          <w:sz w:val="28"/>
          <w:szCs w:val="28"/>
        </w:rPr>
        <w:t>◆ How do we build them?</w:t>
      </w:r>
    </w:p>
    <w:p>
      <w:pPr>
        <w:bidi/>
        <w:spacing w:before="0" w:after="0"/>
        <w:jc w:val="both"/>
      </w:pPr>
      <w:r>
        <w:rPr>
          <w:rFonts w:ascii="Arial" w:hAnsi="Arial" w:cs="Arial"/>
          <w:color w:val="6B7280"/>
          <w:sz w:val="20"/>
          <w:szCs w:val="20"/>
          <w:rtl/>
          <w:lang w:val="en-US" w:bidi="he-IL"/>
        </w:rPr>
        <w:t xml:space="preserve">איך בונים אותם?</w:t>
      </w:r>
    </w:p>
    <w:p>
      <w:pPr>
        <w:bidi/>
        <w:spacing w:before="0" w:after="40"/>
        <w:jc w:val="both"/>
      </w:pPr>
      <w:r>
        <w:rPr>
          <w:rFonts w:ascii="Arial" w:hAnsi="Arial" w:cs="Arial"/>
          <w:color w:val="6B7280"/>
          <w:sz w:val="21"/>
          <w:szCs w:val="21"/>
          <w:rtl/>
          <w:lang w:val="en-US" w:bidi="ar-SA"/>
        </w:rPr>
        <w:t xml:space="preserve">كيف نبنيهما؟</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r>
          </w:p>
        </w:tc>
        <w:tc>
          <w:tcPr>
            <w:tcW w:type="dxa" w:w="3326"/>
            <w:shd w:val="clear" w:color="auto" w:fill="1e3a8a"/>
          </w:tcPr>
          <w:p>
            <w:pPr>
              <w:spacing w:before="0" w:after="40"/>
              <w:jc w:val="both"/>
            </w:pPr>
            <w:r>
              <w:rPr>
                <w:b/>
                <w:bCs/>
                <w:color w:val="FFFFFF"/>
              </w:rPr>
              <w:t>Present simple</w:t>
            </w:r>
          </w:p>
        </w:tc>
        <w:tc>
          <w:tcPr>
            <w:tcW w:type="dxa" w:w="3326"/>
            <w:shd w:val="clear" w:color="auto" w:fill="1e3a8a"/>
          </w:tcPr>
          <w:p>
            <w:pPr>
              <w:spacing w:before="0" w:after="40"/>
              <w:jc w:val="both"/>
            </w:pPr>
            <w:r>
              <w:rPr>
                <w:b/>
                <w:bCs/>
                <w:color w:val="FFFFFF"/>
              </w:rPr>
              <w:t>Present progressive</w:t>
            </w:r>
          </w:p>
        </w:tc>
      </w:tr>
      <w:tr>
        <w:tc>
          <w:tcPr>
            <w:tcW w:type="dxa" w:w="3326"/>
          </w:tcPr>
          <w:p>
            <w:pPr>
              <w:spacing w:before="0" w:after="40"/>
              <w:jc w:val="both"/>
            </w:pPr>
            <w:r>
              <w:rPr/>
              <w:t>+</w:t>
            </w:r>
          </w:p>
        </w:tc>
        <w:tc>
          <w:tcPr>
            <w:tcW w:type="dxa" w:w="3326"/>
          </w:tcPr>
          <w:p>
            <w:pPr>
              <w:spacing w:before="0" w:after="40"/>
              <w:jc w:val="both"/>
            </w:pPr>
            <w:r>
              <w:rPr/>
              <w:t>She reads.</w:t>
            </w:r>
          </w:p>
        </w:tc>
        <w:tc>
          <w:tcPr>
            <w:tcW w:type="dxa" w:w="3326"/>
          </w:tcPr>
          <w:p>
            <w:pPr>
              <w:spacing w:before="0" w:after="40"/>
              <w:jc w:val="both"/>
            </w:pPr>
            <w:r>
              <w:rPr/>
              <w:t>She is reading.</w:t>
            </w:r>
          </w:p>
        </w:tc>
      </w:tr>
      <w:tr>
        <w:tc>
          <w:tcPr>
            <w:tcW w:type="dxa" w:w="3326"/>
          </w:tcPr>
          <w:p>
            <w:pPr>
              <w:spacing w:before="0" w:after="40"/>
              <w:jc w:val="both"/>
            </w:pPr>
            <w:r>
              <w:rPr/>
              <w:t>–</w:t>
            </w:r>
          </w:p>
        </w:tc>
        <w:tc>
          <w:tcPr>
            <w:tcW w:type="dxa" w:w="3326"/>
          </w:tcPr>
          <w:p>
            <w:pPr>
              <w:spacing w:before="0" w:after="40"/>
              <w:jc w:val="both"/>
            </w:pPr>
            <w:r>
              <w:rPr/>
              <w:t>She doesn't read.</w:t>
            </w:r>
          </w:p>
        </w:tc>
        <w:tc>
          <w:tcPr>
            <w:tcW w:type="dxa" w:w="3326"/>
          </w:tcPr>
          <w:p>
            <w:pPr>
              <w:spacing w:before="0" w:after="40"/>
              <w:jc w:val="both"/>
            </w:pPr>
            <w:r>
              <w:rPr/>
              <w:t>She isn't reading.</w:t>
            </w:r>
          </w:p>
        </w:tc>
      </w:tr>
      <w:tr>
        <w:tc>
          <w:tcPr>
            <w:tcW w:type="dxa" w:w="3326"/>
          </w:tcPr>
          <w:p>
            <w:pPr>
              <w:spacing w:before="0" w:after="40"/>
              <w:jc w:val="both"/>
            </w:pPr>
            <w:r>
              <w:rPr/>
              <w:t>?</w:t>
            </w:r>
          </w:p>
        </w:tc>
        <w:tc>
          <w:tcPr>
            <w:tcW w:type="dxa" w:w="3326"/>
          </w:tcPr>
          <w:p>
            <w:pPr>
              <w:spacing w:before="0" w:after="40"/>
              <w:jc w:val="both"/>
            </w:pPr>
            <w:r>
              <w:rPr/>
              <w:t>Does she read?</w:t>
            </w:r>
          </w:p>
        </w:tc>
        <w:tc>
          <w:tcPr>
            <w:tcW w:type="dxa" w:w="3326"/>
          </w:tcPr>
          <w:p>
            <w:pPr>
              <w:spacing w:before="0" w:after="40"/>
              <w:jc w:val="both"/>
            </w:pPr>
            <w:r>
              <w:rPr/>
              <w:t>Is she reading?</w:t>
            </w:r>
          </w:p>
        </w:tc>
      </w:tr>
    </w:tbl>
    <w:p>
      <w:pPr>
        <w:spacing w:before="0" w:after="40"/>
        <w:jc w:val="both"/>
      </w:pPr>
    </w:p>
    <w:p>
      <w:pPr>
        <w:spacing w:before="120" w:after="40"/>
        <w:jc w:val="both"/>
      </w:pPr>
      <w:r>
        <w:rPr>
          <w:rFonts w:ascii="Arial Black" w:hAnsi="Arial Black" w:cs="Arial Black"/>
          <w:b/>
          <w:bCs/>
          <w:color w:val="1E3A8A"/>
          <w:sz w:val="28"/>
          <w:szCs w:val="28"/>
        </w:rPr>
        <w:t>◆ Time words</w:t>
      </w:r>
    </w:p>
    <w:p>
      <w:pPr>
        <w:bidi/>
        <w:spacing w:before="0" w:after="0"/>
        <w:jc w:val="both"/>
      </w:pPr>
      <w:r>
        <w:rPr>
          <w:rFonts w:ascii="Arial" w:hAnsi="Arial" w:cs="Arial"/>
          <w:color w:val="6B7280"/>
          <w:sz w:val="20"/>
          <w:szCs w:val="20"/>
          <w:rtl/>
          <w:lang w:val="en-US" w:bidi="he-IL"/>
        </w:rPr>
        <w:t xml:space="preserve">מילות זמן</w:t>
      </w:r>
    </w:p>
    <w:p>
      <w:pPr>
        <w:bidi/>
        <w:spacing w:before="0" w:after="40"/>
        <w:jc w:val="both"/>
      </w:pPr>
      <w:r>
        <w:rPr>
          <w:rFonts w:ascii="Arial" w:hAnsi="Arial" w:cs="Arial"/>
          <w:color w:val="6B7280"/>
          <w:sz w:val="21"/>
          <w:szCs w:val="21"/>
          <w:rtl/>
          <w:lang w:val="en-US" w:bidi="ar-SA"/>
        </w:rPr>
        <w:t xml:space="preserve">كلمات الزمن</w:t>
      </w:r>
    </w:p>
    <w:p>
      <w:pPr>
        <w:spacing w:before="0" w:after="20"/>
        <w:jc w:val="both"/>
      </w:pPr>
      <w:r>
        <w:rPr/>
        <w:t>1. Present simple: always, usually, often, sometimes, never, every day, on Mondays.</w:t>
      </w:r>
    </w:p>
    <w:p>
      <w:pPr>
        <w:spacing w:before="0" w:after="20"/>
        <w:jc w:val="both"/>
      </w:pPr>
      <w:r>
        <w:rPr/>
        <w:t>2. Present progressive: now, right now, at the moment, today, Look!, Listen!</w:t>
      </w:r>
    </w:p>
    <w:p>
      <w:pPr>
        <w:spacing w:before="120" w:after="40"/>
        <w:jc w:val="both"/>
      </w:pPr>
      <w:r>
        <w:rPr>
          <w:rFonts w:ascii="Arial Black" w:hAnsi="Arial Black" w:cs="Arial Black"/>
          <w:b/>
          <w:bCs/>
          <w:color w:val="1E3A8A"/>
          <w:sz w:val="28"/>
          <w:szCs w:val="28"/>
        </w:rPr>
        <w:t>◆ Spelling of -ing</w:t>
      </w:r>
    </w:p>
    <w:p>
      <w:pPr>
        <w:bidi/>
        <w:spacing w:before="0" w:after="0"/>
        <w:jc w:val="both"/>
      </w:pPr>
      <w:r>
        <w:rPr>
          <w:rFonts w:ascii="Arial" w:hAnsi="Arial" w:cs="Arial"/>
          <w:color w:val="6B7280"/>
          <w:sz w:val="20"/>
          <w:szCs w:val="20"/>
          <w:rtl/>
          <w:lang w:val="en-US" w:bidi="he-IL"/>
        </w:rPr>
        <w:t xml:space="preserve">כתיב של -‎ing‎</w:t>
      </w:r>
    </w:p>
    <w:p>
      <w:pPr>
        <w:bidi/>
        <w:spacing w:before="0" w:after="40"/>
        <w:jc w:val="both"/>
      </w:pPr>
      <w:r>
        <w:rPr>
          <w:rFonts w:ascii="Arial" w:hAnsi="Arial" w:cs="Arial"/>
          <w:color w:val="6B7280"/>
          <w:sz w:val="21"/>
          <w:szCs w:val="21"/>
          <w:rtl/>
          <w:lang w:val="en-US" w:bidi="ar-SA"/>
        </w:rPr>
        <w:t xml:space="preserve">إملاء -‎ing‎</w:t>
      </w:r>
    </w:p>
    <w:p>
      <w:pPr>
        <w:spacing w:before="0" w:after="20"/>
        <w:jc w:val="both"/>
      </w:pPr>
      <w:r>
        <w:rPr/>
        <w:t>1. play – playing, read – reading</w:t>
      </w:r>
    </w:p>
    <w:p>
      <w:pPr>
        <w:spacing w:before="0" w:after="20"/>
        <w:jc w:val="both"/>
      </w:pPr>
      <w:r>
        <w:rPr/>
        <w:t>2. write – writing (drop the e)</w:t>
      </w:r>
    </w:p>
    <w:p>
      <w:pPr>
        <w:bidi/>
        <w:spacing w:before="0" w:after="0"/>
        <w:jc w:val="both"/>
      </w:pPr>
      <w:r>
        <w:rPr>
          <w:rFonts w:ascii="Arial" w:hAnsi="Arial" w:cs="Arial"/>
          <w:color w:val="6B7280"/>
          <w:sz w:val="20"/>
          <w:szCs w:val="20"/>
          <w:rtl/>
          <w:lang w:val="en-US" w:bidi="he-IL"/>
        </w:rPr>
        <w:t xml:space="preserve">‎write – writing (‎מורידים את ה-‎e)‎</w:t>
      </w:r>
    </w:p>
    <w:p>
      <w:pPr>
        <w:bidi/>
        <w:spacing w:before="0" w:after="40"/>
        <w:jc w:val="both"/>
      </w:pPr>
      <w:r>
        <w:rPr>
          <w:rFonts w:ascii="Arial" w:hAnsi="Arial" w:cs="Arial"/>
          <w:color w:val="6B7280"/>
          <w:sz w:val="21"/>
          <w:szCs w:val="21"/>
          <w:rtl/>
          <w:lang w:val="en-US" w:bidi="ar-SA"/>
        </w:rPr>
        <w:t xml:space="preserve">‎write – writing (‎نحذف الـ ‎e)‎</w:t>
      </w:r>
    </w:p>
    <w:p>
      <w:pPr>
        <w:spacing w:before="0" w:after="20"/>
        <w:jc w:val="both"/>
      </w:pPr>
      <w:r>
        <w:rPr/>
        <w:t>3. swim – swimming, run – running (double the last letter)</w:t>
      </w:r>
    </w:p>
    <w:p>
      <w:pPr>
        <w:bidi/>
        <w:spacing w:before="0" w:after="0"/>
        <w:jc w:val="both"/>
      </w:pPr>
      <w:r>
        <w:rPr>
          <w:rFonts w:ascii="Arial" w:hAnsi="Arial" w:cs="Arial"/>
          <w:color w:val="6B7280"/>
          <w:sz w:val="20"/>
          <w:szCs w:val="20"/>
          <w:rtl/>
          <w:lang w:val="en-US" w:bidi="he-IL"/>
        </w:rPr>
        <w:t xml:space="preserve">‎swim – swimming, run – running (‎מכפילים את האות האחרונה)</w:t>
      </w:r>
    </w:p>
    <w:p>
      <w:pPr>
        <w:bidi/>
        <w:spacing w:before="0" w:after="40"/>
        <w:jc w:val="both"/>
      </w:pPr>
      <w:r>
        <w:rPr>
          <w:rFonts w:ascii="Arial" w:hAnsi="Arial" w:cs="Arial"/>
          <w:color w:val="6B7280"/>
          <w:sz w:val="21"/>
          <w:szCs w:val="21"/>
          <w:rtl/>
          <w:lang w:val="en-US" w:bidi="ar-SA"/>
        </w:rPr>
        <w:t xml:space="preserve">‎swim – swimming, run – running (‎نضاعف الحرف الأخير)</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09500"/>
                  <wp:docPr id="3" name="Picture 3"/>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336375"/>
                  <wp:docPr id="4" name="Picture 4"/>
                  <wp:cNvGraphicFramePr>
                    <a:graphicFrameLocks noChangeAspect="1"/>
                  </wp:cNvGraphicFramePr>
                  <a:graphic>
                    <a:graphicData uri="http://schemas.openxmlformats.org/drawingml/2006/picture">
                      <pic:pic>
                        <pic:nvPicPr>
                          <pic:cNvPr id="0" name="bike.png"/>
                          <pic:cNvPicPr/>
                        </pic:nvPicPr>
                        <pic:blipFill>
                          <a:blip r:embed="rId13"/>
                          <a:stretch>
                            <a:fillRect/>
                          </a:stretch>
                        </pic:blipFill>
                        <pic:spPr>
                          <a:xfrm>
                            <a:off x="0" y="0"/>
                            <a:ext cx="468000" cy="336375"/>
                          </a:xfrm>
                          <a:prstGeom prst="rect"/>
                        </pic:spPr>
                      </pic:pic>
                    </a:graphicData>
                  </a:graphic>
                </wp:inline>
              </w:drawing>
            </w:r>
          </w:p>
          <w:p>
            <w:pPr>
              <w:spacing w:before="0" w:after="0"/>
              <w:jc w:val="center"/>
            </w:pPr>
            <w:r>
              <w:rPr>
                <w:b/>
                <w:bCs/>
                <w:sz w:val="23"/>
                <w:szCs w:val="23"/>
              </w:rPr>
              <w:t>bike</w:t>
            </w:r>
          </w:p>
          <w:p>
            <w:pPr>
              <w:bidi/>
              <w:spacing w:before="0" w:after="0"/>
              <w:jc w:val="center"/>
            </w:pPr>
            <w:r>
              <w:rPr>
                <w:rFonts w:ascii="Arial" w:hAnsi="Arial" w:cs="Arial"/>
                <w:color w:val="6B7280"/>
                <w:sz w:val="17"/>
                <w:szCs w:val="17"/>
                <w:rtl/>
                <w:lang w:val="en-US" w:bidi="he-IL"/>
              </w:rPr>
              <w:t xml:space="preserve">אופניים</w:t>
            </w:r>
          </w:p>
          <w:p>
            <w:pPr>
              <w:bidi/>
              <w:spacing w:before="0" w:after="0"/>
              <w:jc w:val="center"/>
            </w:pPr>
            <w:r>
              <w:rPr>
                <w:rFonts w:ascii="Arial" w:hAnsi="Arial" w:cs="Arial"/>
                <w:color w:val="6B7280"/>
                <w:sz w:val="17"/>
                <w:szCs w:val="17"/>
                <w:rtl/>
                <w:lang w:val="en-US" w:bidi="ar-SA"/>
              </w:rPr>
              <w:t xml:space="preserve">دراجة</w:t>
            </w:r>
          </w:p>
        </w:tc>
        <w:tc>
          <w:tcPr>
            <w:tcW w:type="dxa" w:w="1663"/>
          </w:tcPr>
          <w:p>
            <w:pPr>
              <w:spacing w:before="0" w:after="0"/>
              <w:jc w:val="center"/>
            </w:pPr>
            <w:r>
              <w:drawing>
                <wp:inline xmlns:a="http://schemas.openxmlformats.org/drawingml/2006/main" xmlns:pic="http://schemas.openxmlformats.org/drawingml/2006/picture">
                  <wp:extent cx="468000" cy="463125"/>
                  <wp:docPr id="5" name="Picture 5"/>
                  <wp:cNvGraphicFramePr>
                    <a:graphicFrameLocks noChangeAspect="1"/>
                  </wp:cNvGraphicFramePr>
                  <a:graphic>
                    <a:graphicData uri="http://schemas.openxmlformats.org/drawingml/2006/picture">
                      <pic:pic>
                        <pic:nvPicPr>
                          <pic:cNvPr id="0" name="ball.png"/>
                          <pic:cNvPicPr/>
                        </pic:nvPicPr>
                        <pic:blipFill>
                          <a:blip r:embed="rId14"/>
                          <a:stretch>
                            <a:fillRect/>
                          </a:stretch>
                        </pic:blipFill>
                        <pic:spPr>
                          <a:xfrm>
                            <a:off x="0" y="0"/>
                            <a:ext cx="468000" cy="463125"/>
                          </a:xfrm>
                          <a:prstGeom prst="rect"/>
                        </pic:spPr>
                      </pic:pic>
                    </a:graphicData>
                  </a:graphic>
                </wp:inline>
              </w:drawing>
            </w:r>
          </w:p>
          <w:p>
            <w:pPr>
              <w:spacing w:before="0" w:after="0"/>
              <w:jc w:val="center"/>
            </w:pPr>
            <w:r>
              <w:rPr>
                <w:b/>
                <w:bCs/>
                <w:sz w:val="23"/>
                <w:szCs w:val="23"/>
              </w:rPr>
              <w:t>ball</w:t>
            </w:r>
          </w:p>
          <w:p>
            <w:pPr>
              <w:bidi/>
              <w:spacing w:before="0" w:after="0"/>
              <w:jc w:val="center"/>
            </w:pPr>
            <w:r>
              <w:rPr>
                <w:rFonts w:ascii="Arial" w:hAnsi="Arial" w:cs="Arial"/>
                <w:color w:val="6B7280"/>
                <w:sz w:val="17"/>
                <w:szCs w:val="17"/>
                <w:rtl/>
                <w:lang w:val="en-US" w:bidi="he-IL"/>
              </w:rPr>
              <w:t xml:space="preserve">כדור</w:t>
            </w:r>
          </w:p>
          <w:p>
            <w:pPr>
              <w:bidi/>
              <w:spacing w:before="0" w:after="0"/>
              <w:jc w:val="center"/>
            </w:pPr>
            <w:r>
              <w:rPr>
                <w:rFonts w:ascii="Arial" w:hAnsi="Arial" w:cs="Arial"/>
                <w:color w:val="6B7280"/>
                <w:sz w:val="17"/>
                <w:szCs w:val="17"/>
                <w:rtl/>
                <w:lang w:val="en-US" w:bidi="ar-SA"/>
              </w:rPr>
              <w:t xml:space="preserve">كرة</w:t>
            </w:r>
          </w:p>
        </w:tc>
        <w:tc>
          <w:tcPr>
            <w:tcW w:type="dxa" w:w="1663"/>
          </w:tcPr>
          <w:p>
            <w:pPr>
              <w:spacing w:before="0" w:after="0"/>
              <w:jc w:val="center"/>
            </w:pPr>
            <w:r>
              <w:drawing>
                <wp:inline xmlns:a="http://schemas.openxmlformats.org/drawingml/2006/main" xmlns:pic="http://schemas.openxmlformats.org/drawingml/2006/picture">
                  <wp:extent cx="468000" cy="316875"/>
                  <wp:docPr id="6" name="Picture 6"/>
                  <wp:cNvGraphicFramePr>
                    <a:graphicFrameLocks noChangeAspect="1"/>
                  </wp:cNvGraphicFramePr>
                  <a:graphic>
                    <a:graphicData uri="http://schemas.openxmlformats.org/drawingml/2006/picture">
                      <pic:pic>
                        <pic:nvPicPr>
                          <pic:cNvPr id="0" name="bus.png"/>
                          <pic:cNvPicPr/>
                        </pic:nvPicPr>
                        <pic:blipFill>
                          <a:blip r:embed="rId15"/>
                          <a:stretch>
                            <a:fillRect/>
                          </a:stretch>
                        </pic:blipFill>
                        <pic:spPr>
                          <a:xfrm>
                            <a:off x="0" y="0"/>
                            <a:ext cx="468000" cy="316875"/>
                          </a:xfrm>
                          <a:prstGeom prst="rect"/>
                        </pic:spPr>
                      </pic:pic>
                    </a:graphicData>
                  </a:graphic>
                </wp:inline>
              </w:drawing>
            </w:r>
          </w:p>
          <w:p>
            <w:pPr>
              <w:spacing w:before="0" w:after="0"/>
              <w:jc w:val="center"/>
            </w:pPr>
            <w:r>
              <w:rPr>
                <w:b/>
                <w:bCs/>
                <w:sz w:val="23"/>
                <w:szCs w:val="23"/>
              </w:rPr>
              <w:t>bus</w:t>
            </w:r>
          </w:p>
          <w:p>
            <w:pPr>
              <w:bidi/>
              <w:spacing w:before="0" w:after="0"/>
              <w:jc w:val="center"/>
            </w:pPr>
            <w:r>
              <w:rPr>
                <w:rFonts w:ascii="Arial" w:hAnsi="Arial" w:cs="Arial"/>
                <w:color w:val="6B7280"/>
                <w:sz w:val="17"/>
                <w:szCs w:val="17"/>
                <w:rtl/>
                <w:lang w:val="en-US" w:bidi="he-IL"/>
              </w:rPr>
              <w:t xml:space="preserve">אוטובוס</w:t>
            </w:r>
          </w:p>
          <w:p>
            <w:pPr>
              <w:bidi/>
              <w:spacing w:before="0" w:after="0"/>
              <w:jc w:val="center"/>
            </w:pPr>
            <w:r>
              <w:rPr>
                <w:rFonts w:ascii="Arial" w:hAnsi="Arial" w:cs="Arial"/>
                <w:color w:val="6B7280"/>
                <w:sz w:val="17"/>
                <w:szCs w:val="17"/>
                <w:rtl/>
                <w:lang w:val="en-US" w:bidi="ar-SA"/>
              </w:rPr>
              <w:t xml:space="preserve">حافلة</w:t>
            </w:r>
          </w:p>
        </w:tc>
        <w:tc>
          <w:tcPr>
            <w:tcW w:type="dxa" w:w="1663"/>
          </w:tcPr>
          <w:p>
            <w:pPr>
              <w:spacing w:before="0" w:after="0"/>
              <w:jc w:val="center"/>
            </w:pPr>
            <w:r>
              <w:drawing>
                <wp:inline xmlns:a="http://schemas.openxmlformats.org/drawingml/2006/main" xmlns:pic="http://schemas.openxmlformats.org/drawingml/2006/picture">
                  <wp:extent cx="468000" cy="380250"/>
                  <wp:docPr id="7" name="Picture 7"/>
                  <wp:cNvGraphicFramePr>
                    <a:graphicFrameLocks noChangeAspect="1"/>
                  </wp:cNvGraphicFramePr>
                  <a:graphic>
                    <a:graphicData uri="http://schemas.openxmlformats.org/drawingml/2006/picture">
                      <pic:pic>
                        <pic:nvPicPr>
                          <pic:cNvPr id="0" name="computer.png"/>
                          <pic:cNvPicPr/>
                        </pic:nvPicPr>
                        <pic:blipFill>
                          <a:blip r:embed="rId16"/>
                          <a:stretch>
                            <a:fillRect/>
                          </a:stretch>
                        </pic:blipFill>
                        <pic:spPr>
                          <a:xfrm>
                            <a:off x="0" y="0"/>
                            <a:ext cx="468000" cy="380250"/>
                          </a:xfrm>
                          <a:prstGeom prst="rect"/>
                        </pic:spPr>
                      </pic:pic>
                    </a:graphicData>
                  </a:graphic>
                </wp:inline>
              </w:drawing>
            </w:r>
          </w:p>
          <w:p>
            <w:pPr>
              <w:spacing w:before="0" w:after="0"/>
              <w:jc w:val="center"/>
            </w:pPr>
            <w:r>
              <w:rPr>
                <w:b/>
                <w:bCs/>
                <w:sz w:val="23"/>
                <w:szCs w:val="23"/>
              </w:rPr>
              <w:t>computer</w:t>
            </w:r>
          </w:p>
          <w:p>
            <w:pPr>
              <w:bidi/>
              <w:spacing w:before="0" w:after="0"/>
              <w:jc w:val="center"/>
            </w:pPr>
            <w:r>
              <w:rPr>
                <w:rFonts w:ascii="Arial" w:hAnsi="Arial" w:cs="Arial"/>
                <w:color w:val="6B7280"/>
                <w:sz w:val="17"/>
                <w:szCs w:val="17"/>
                <w:rtl/>
                <w:lang w:val="en-US" w:bidi="he-IL"/>
              </w:rPr>
              <w:t xml:space="preserve">מחשב</w:t>
            </w:r>
          </w:p>
          <w:p>
            <w:pPr>
              <w:bidi/>
              <w:spacing w:before="0" w:after="0"/>
              <w:jc w:val="center"/>
            </w:pPr>
            <w:r>
              <w:rPr>
                <w:rFonts w:ascii="Arial" w:hAnsi="Arial" w:cs="Arial"/>
                <w:color w:val="6B7280"/>
                <w:sz w:val="17"/>
                <w:szCs w:val="17"/>
                <w:rtl/>
                <w:lang w:val="en-US" w:bidi="ar-SA"/>
              </w:rPr>
              <w:t xml:space="preserve">حاسوب</w:t>
            </w:r>
          </w:p>
        </w:tc>
        <w:tc>
          <w:tcPr>
            <w:tcW w:type="dxa" w:w="1663"/>
          </w:tcPr>
          <w:p>
            <w:pPr>
              <w:spacing w:before="0" w:after="0"/>
              <w:jc w:val="center"/>
            </w:pPr>
            <w:r>
              <w:drawing>
                <wp:inline xmlns:a="http://schemas.openxmlformats.org/drawingml/2006/main" xmlns:pic="http://schemas.openxmlformats.org/drawingml/2006/picture">
                  <wp:extent cx="468000" cy="477957"/>
                  <wp:docPr id="8" name="Picture 8"/>
                  <wp:cNvGraphicFramePr>
                    <a:graphicFrameLocks noChangeAspect="1"/>
                  </wp:cNvGraphicFramePr>
                  <a:graphic>
                    <a:graphicData uri="http://schemas.openxmlformats.org/drawingml/2006/picture">
                      <pic:pic>
                        <pic:nvPicPr>
                          <pic:cNvPr id="0" name="tennis.png"/>
                          <pic:cNvPicPr/>
                        </pic:nvPicPr>
                        <pic:blipFill>
                          <a:blip r:embed="rId17"/>
                          <a:stretch>
                            <a:fillRect/>
                          </a:stretch>
                        </pic:blipFill>
                        <pic:spPr>
                          <a:xfrm>
                            <a:off x="0" y="0"/>
                            <a:ext cx="468000" cy="477957"/>
                          </a:xfrm>
                          <a:prstGeom prst="rect"/>
                        </pic:spPr>
                      </pic:pic>
                    </a:graphicData>
                  </a:graphic>
                </wp:inline>
              </w:drawing>
            </w:r>
          </w:p>
          <w:p>
            <w:pPr>
              <w:spacing w:before="0" w:after="0"/>
              <w:jc w:val="center"/>
            </w:pPr>
            <w:r>
              <w:rPr>
                <w:b/>
                <w:bCs/>
                <w:sz w:val="23"/>
                <w:szCs w:val="23"/>
              </w:rPr>
              <w:t>tennis</w:t>
            </w:r>
          </w:p>
          <w:p>
            <w:pPr>
              <w:bidi/>
              <w:spacing w:before="0" w:after="0"/>
              <w:jc w:val="center"/>
            </w:pPr>
            <w:r>
              <w:rPr>
                <w:rFonts w:ascii="Arial" w:hAnsi="Arial" w:cs="Arial"/>
                <w:color w:val="6B7280"/>
                <w:sz w:val="17"/>
                <w:szCs w:val="17"/>
                <w:rtl/>
                <w:lang w:val="en-US" w:bidi="he-IL"/>
              </w:rPr>
              <w:t xml:space="preserve">טניס</w:t>
            </w:r>
          </w:p>
          <w:p>
            <w:pPr>
              <w:bidi/>
              <w:spacing w:before="0" w:after="0"/>
              <w:jc w:val="center"/>
            </w:pPr>
            <w:r>
              <w:rPr>
                <w:rFonts w:ascii="Arial" w:hAnsi="Arial" w:cs="Arial"/>
                <w:color w:val="6B7280"/>
                <w:sz w:val="17"/>
                <w:szCs w:val="17"/>
                <w:rtl/>
                <w:lang w:val="en-US" w:bidi="ar-SA"/>
              </w:rPr>
              <w:t xml:space="preserve">تنس</w:t>
            </w:r>
          </w:p>
        </w:tc>
      </w:tr>
    </w:tbl>
    <w:p>
      <w:pPr>
        <w:spacing w:before="0" w:after="80"/>
        <w:jc w:val="both"/>
      </w:pPr>
    </w:p>
    <w:p>
      <w:pPr>
        <w:spacing w:before="160" w:after="20"/>
        <w:jc w:val="both"/>
      </w:pPr>
      <w:r>
        <w:rPr>
          <w:b/>
          <w:bCs/>
          <w:sz w:val="26"/>
          <w:szCs w:val="26"/>
        </w:rPr>
        <w:t>1. Add -s or -es to the verb.</w:t>
      </w:r>
    </w:p>
    <w:p>
      <w:pPr>
        <w:bidi/>
        <w:spacing w:before="0" w:after="0"/>
        <w:jc w:val="both"/>
      </w:pPr>
      <w:r>
        <w:rPr>
          <w:rFonts w:ascii="Arial" w:hAnsi="Arial" w:cs="Arial"/>
          <w:color w:val="6B7280"/>
          <w:sz w:val="20"/>
          <w:szCs w:val="20"/>
          <w:rtl/>
          <w:lang w:val="en-US" w:bidi="he-IL"/>
        </w:rPr>
        <w:t xml:space="preserve">הוסיפו לפועל -‎s‎ או -‎es‎.</w:t>
      </w:r>
    </w:p>
    <w:p>
      <w:pPr>
        <w:bidi/>
        <w:spacing w:before="0" w:after="80"/>
        <w:jc w:val="both"/>
      </w:pPr>
      <w:r>
        <w:rPr>
          <w:rFonts w:ascii="Arial" w:hAnsi="Arial" w:cs="Arial"/>
          <w:color w:val="6B7280"/>
          <w:sz w:val="21"/>
          <w:szCs w:val="21"/>
          <w:rtl/>
          <w:lang w:val="en-US" w:bidi="ar-SA"/>
        </w:rPr>
        <w:t xml:space="preserve">أضف إلى الفعل -‎s‎ أو -‎es‎.</w:t>
      </w:r>
    </w:p>
    <w:p>
      <w:pPr>
        <w:spacing w:before="0" w:after="60"/>
        <w:jc w:val="both"/>
      </w:pPr>
      <w:r>
        <w:rPr/>
        <w:t>a. he walk__________</w:t>
      </w:r>
    </w:p>
    <w:p>
      <w:pPr>
        <w:spacing w:before="0" w:after="60"/>
        <w:jc w:val="both"/>
      </w:pPr>
      <w:r>
        <w:rPr/>
        <w:t>b. she wash__________</w:t>
      </w:r>
    </w:p>
    <w:p>
      <w:pPr>
        <w:spacing w:before="0" w:after="60"/>
        <w:jc w:val="both"/>
      </w:pPr>
      <w:r>
        <w:rPr/>
        <w:t>c. it fix__________</w:t>
      </w:r>
    </w:p>
    <w:p>
      <w:pPr>
        <w:spacing w:before="0" w:after="60"/>
        <w:jc w:val="both"/>
      </w:pPr>
      <w:r>
        <w:rPr/>
        <w:t>d. he read__________</w:t>
      </w:r>
    </w:p>
    <w:p>
      <w:pPr>
        <w:spacing w:before="0" w:after="60"/>
        <w:jc w:val="both"/>
      </w:pPr>
      <w:r>
        <w:rPr/>
        <w:t>e. she go__________</w:t>
      </w:r>
    </w:p>
    <w:p>
      <w:pPr>
        <w:spacing w:before="0" w:after="60"/>
        <w:jc w:val="both"/>
      </w:pPr>
      <w:r>
        <w:rPr/>
        <w:t>f. he catch__________</w:t>
      </w:r>
    </w:p>
    <w:p>
      <w:pPr>
        <w:spacing w:before="160" w:after="20"/>
        <w:jc w:val="both"/>
      </w:pPr>
      <w:r>
        <w:rPr>
          <w:b/>
          <w:bCs/>
          <w:sz w:val="26"/>
          <w:szCs w:val="26"/>
        </w:rPr>
        <w:t>2. Match the beginnings and the endings.</w:t>
      </w:r>
    </w:p>
    <w:p>
      <w:pPr>
        <w:bidi/>
        <w:spacing w:before="0" w:after="0"/>
        <w:jc w:val="both"/>
      </w:pPr>
      <w:r>
        <w:rPr>
          <w:rFonts w:ascii="Arial" w:hAnsi="Arial" w:cs="Arial"/>
          <w:color w:val="6B7280"/>
          <w:sz w:val="20"/>
          <w:szCs w:val="20"/>
          <w:rtl/>
          <w:lang w:val="en-US" w:bidi="he-IL"/>
        </w:rPr>
        <w:t xml:space="preserve">התאימו בין תחילת המשפט לסופו.</w:t>
      </w:r>
    </w:p>
    <w:p>
      <w:pPr>
        <w:bidi/>
        <w:spacing w:before="0" w:after="80"/>
        <w:jc w:val="both"/>
      </w:pPr>
      <w:r>
        <w:rPr>
          <w:rFonts w:ascii="Arial" w:hAnsi="Arial" w:cs="Arial"/>
          <w:color w:val="6B7280"/>
          <w:sz w:val="21"/>
          <w:szCs w:val="21"/>
          <w:rtl/>
          <w:lang w:val="en-US" w:bidi="ar-SA"/>
        </w:rPr>
        <w:t xml:space="preserve">صِل بداية كل جملة بنهايتها.</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Column A</w:t>
            </w:r>
          </w:p>
        </w:tc>
        <w:tc>
          <w:tcPr>
            <w:tcW w:type="dxa" w:w="4989"/>
            <w:shd w:val="clear" w:color="auto" w:fill="1e3a8a"/>
          </w:tcPr>
          <w:p>
            <w:pPr>
              <w:spacing w:before="0" w:after="40"/>
              <w:jc w:val="both"/>
            </w:pPr>
            <w:r>
              <w:rPr>
                <w:b/>
                <w:bCs/>
                <w:color w:val="FFFFFF"/>
              </w:rPr>
              <w:t>Column B</w:t>
            </w:r>
          </w:p>
        </w:tc>
      </w:tr>
      <w:tr>
        <w:tc>
          <w:tcPr>
            <w:tcW w:type="dxa" w:w="4989"/>
          </w:tcPr>
          <w:p>
            <w:pPr>
              <w:spacing w:before="0" w:after="40"/>
              <w:jc w:val="both"/>
            </w:pPr>
            <w:r>
              <w:rPr/>
              <w:t>1. Every evening Shira</w:t>
            </w:r>
          </w:p>
        </w:tc>
        <w:tc>
          <w:tcPr>
            <w:tcW w:type="dxa" w:w="4989"/>
          </w:tcPr>
          <w:p>
            <w:pPr>
              <w:spacing w:before="0" w:after="40"/>
              <w:jc w:val="both"/>
            </w:pPr>
            <w:r>
              <w:rPr/>
              <w:t>[   ] are baking a cake.</w:t>
            </w:r>
          </w:p>
        </w:tc>
      </w:tr>
      <w:tr>
        <w:tc>
          <w:tcPr>
            <w:tcW w:type="dxa" w:w="4989"/>
          </w:tcPr>
          <w:p>
            <w:pPr>
              <w:spacing w:before="0" w:after="40"/>
              <w:jc w:val="both"/>
            </w:pPr>
            <w:r>
              <w:rPr/>
              <w:t>2. Right now the girls</w:t>
            </w:r>
          </w:p>
        </w:tc>
        <w:tc>
          <w:tcPr>
            <w:tcW w:type="dxa" w:w="4989"/>
          </w:tcPr>
          <w:p>
            <w:pPr>
              <w:spacing w:before="0" w:after="40"/>
              <w:jc w:val="both"/>
            </w:pPr>
            <w:r>
              <w:rPr/>
              <w:t>[   ] have a piano lesson.</w:t>
            </w:r>
          </w:p>
        </w:tc>
      </w:tr>
      <w:tr>
        <w:tc>
          <w:tcPr>
            <w:tcW w:type="dxa" w:w="4989"/>
          </w:tcPr>
          <w:p>
            <w:pPr>
              <w:spacing w:before="0" w:after="40"/>
              <w:jc w:val="both"/>
            </w:pPr>
            <w:r>
              <w:rPr/>
              <w:t>3. On Tuesdays I</w:t>
            </w:r>
          </w:p>
        </w:tc>
        <w:tc>
          <w:tcPr>
            <w:tcW w:type="dxa" w:w="4989"/>
          </w:tcPr>
          <w:p>
            <w:pPr>
              <w:spacing w:before="0" w:after="40"/>
              <w:jc w:val="both"/>
            </w:pPr>
            <w:r>
              <w:rPr/>
              <w:t>[   ] is knocking on the door.</w:t>
            </w:r>
          </w:p>
        </w:tc>
      </w:tr>
      <w:tr>
        <w:tc>
          <w:tcPr>
            <w:tcW w:type="dxa" w:w="4989"/>
          </w:tcPr>
          <w:p>
            <w:pPr>
              <w:spacing w:before="0" w:after="40"/>
              <w:jc w:val="both"/>
            </w:pPr>
            <w:r>
              <w:rPr/>
              <w:t>4. Listen! Someone</w:t>
            </w:r>
          </w:p>
        </w:tc>
        <w:tc>
          <w:tcPr>
            <w:tcW w:type="dxa" w:w="4989"/>
          </w:tcPr>
          <w:p>
            <w:pPr>
              <w:spacing w:before="0" w:after="40"/>
              <w:jc w:val="both"/>
            </w:pPr>
            <w:r>
              <w:rPr/>
              <w:t>[   ] live in Haifa.</w:t>
            </w:r>
          </w:p>
        </w:tc>
      </w:tr>
      <w:tr>
        <w:tc>
          <w:tcPr>
            <w:tcW w:type="dxa" w:w="4989"/>
          </w:tcPr>
          <w:p>
            <w:pPr>
              <w:spacing w:before="0" w:after="40"/>
              <w:jc w:val="both"/>
            </w:pPr>
            <w:r>
              <w:rPr/>
              <w:t>5. My grandparents</w:t>
            </w:r>
          </w:p>
        </w:tc>
        <w:tc>
          <w:tcPr>
            <w:tcW w:type="dxa" w:w="4989"/>
          </w:tcPr>
          <w:p>
            <w:pPr>
              <w:spacing w:before="0" w:after="40"/>
              <w:jc w:val="both"/>
            </w:pPr>
            <w:r>
              <w:rPr/>
              <w:t>[   ] feeds her cat.</w:t>
            </w:r>
          </w:p>
        </w:tc>
      </w:tr>
    </w:tbl>
    <w:p>
      <w:pPr>
        <w:spacing w:before="0" w:after="40"/>
        <w:jc w:val="both"/>
      </w:pPr>
    </w:p>
    <w:p>
      <w:pPr>
        <w:spacing w:before="160" w:after="20"/>
        <w:jc w:val="both"/>
      </w:pPr>
      <w:r>
        <w:rPr>
          <w:b/>
          <w:bCs/>
          <w:sz w:val="26"/>
          <w:szCs w:val="26"/>
        </w:rPr>
        <w:t>3. Sort the sentences: habit or happening now?</w:t>
      </w:r>
    </w:p>
    <w:p>
      <w:pPr>
        <w:bidi/>
        <w:spacing w:before="0" w:after="0"/>
        <w:jc w:val="both"/>
      </w:pPr>
      <w:r>
        <w:rPr>
          <w:rFonts w:ascii="Arial" w:hAnsi="Arial" w:cs="Arial"/>
          <w:color w:val="6B7280"/>
          <w:sz w:val="20"/>
          <w:szCs w:val="20"/>
          <w:rtl/>
          <w:lang w:val="en-US" w:bidi="he-IL"/>
        </w:rPr>
        <w:t xml:space="preserve">מיינו את המשפטים: הרגל או קורה עכשיו?</w:t>
      </w:r>
    </w:p>
    <w:p>
      <w:pPr>
        <w:bidi/>
        <w:spacing w:before="0" w:after="80"/>
        <w:jc w:val="both"/>
      </w:pPr>
      <w:r>
        <w:rPr>
          <w:rFonts w:ascii="Arial" w:hAnsi="Arial" w:cs="Arial"/>
          <w:color w:val="6B7280"/>
          <w:sz w:val="21"/>
          <w:szCs w:val="21"/>
          <w:rtl/>
          <w:lang w:val="en-US" w:bidi="ar-SA"/>
        </w:rPr>
        <w:t xml:space="preserve">صنّف الجمل: عادة أم يحدث الآن؟</w:t>
      </w:r>
    </w:p>
    <w:p>
      <w:pPr>
        <w:spacing w:before="0" w:after="80"/>
        <w:jc w:val="both"/>
      </w:pPr>
      <w:r>
        <w:rPr>
          <w:color w:val="1E3A8A"/>
          <w:sz w:val="24"/>
          <w:szCs w:val="24"/>
        </w:rPr>
        <w:t>Words: Ben rides his bike to school.  |  Ben is riding his bike now.  |  We often visit the zoo.  |  Look! The monkey is eating a banana.  |  Tamar never drinks soda.  |  The teacher is writing on the board.</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Habit</w:t>
            </w:r>
          </w:p>
        </w:tc>
        <w:tc>
          <w:tcPr>
            <w:tcW w:type="dxa" w:w="4989"/>
            <w:shd w:val="clear" w:color="auto" w:fill="1e3a8a"/>
          </w:tcPr>
          <w:p>
            <w:pPr>
              <w:spacing w:before="0" w:after="40"/>
              <w:jc w:val="both"/>
            </w:pPr>
            <w:r>
              <w:rPr>
                <w:b/>
                <w:bCs/>
                <w:color w:val="FFFFFF"/>
              </w:rPr>
              <w:t>Now</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Circle the correct form.</w:t>
      </w:r>
    </w:p>
    <w:p>
      <w:pPr>
        <w:bidi/>
        <w:spacing w:before="0" w:after="0"/>
        <w:jc w:val="both"/>
      </w:pPr>
      <w:r>
        <w:rPr>
          <w:rFonts w:ascii="Arial" w:hAnsi="Arial" w:cs="Arial"/>
          <w:color w:val="6B7280"/>
          <w:sz w:val="20"/>
          <w:szCs w:val="20"/>
          <w:rtl/>
          <w:lang w:val="en-US" w:bidi="he-IL"/>
        </w:rPr>
        <w:t xml:space="preserve">הקיפו את הצורה הנכונה.</w:t>
      </w:r>
    </w:p>
    <w:p>
      <w:pPr>
        <w:bidi/>
        <w:spacing w:before="0" w:after="80"/>
        <w:jc w:val="both"/>
      </w:pPr>
      <w:r>
        <w:rPr>
          <w:rFonts w:ascii="Arial" w:hAnsi="Arial" w:cs="Arial"/>
          <w:color w:val="6B7280"/>
          <w:sz w:val="21"/>
          <w:szCs w:val="21"/>
          <w:rtl/>
          <w:lang w:val="en-US" w:bidi="ar-SA"/>
        </w:rPr>
        <w:t xml:space="preserve">ضع دائرة حول الصيغة الصحيحة.</w:t>
      </w:r>
    </w:p>
    <w:p>
      <w:pPr>
        <w:spacing w:before="0" w:after="20"/>
        <w:jc w:val="both"/>
      </w:pPr>
      <w:r>
        <w:rPr/>
        <w:t>a. My dad ___ to work by train.</w:t>
      </w:r>
    </w:p>
    <w:p>
      <w:pPr>
        <w:spacing w:before="0" w:after="80"/>
        <w:jc w:val="both"/>
      </w:pPr>
      <w:r>
        <w:rPr/>
        <w:t xml:space="preserve">   ○ is going usually      ○ usually goes</w:t>
      </w:r>
    </w:p>
    <w:p>
      <w:pPr>
        <w:spacing w:before="0" w:after="20"/>
        <w:jc w:val="both"/>
      </w:pPr>
      <w:r>
        <w:rPr/>
        <w:t>b. Why ___ you ___? Are you sad?</w:t>
      </w:r>
    </w:p>
    <w:p>
      <w:pPr>
        <w:spacing w:before="0" w:after="80"/>
        <w:jc w:val="both"/>
      </w:pPr>
      <w:r>
        <w:rPr/>
        <w:t xml:space="preserve">   ○ are … crying      ○ do … cry</w:t>
      </w:r>
    </w:p>
    <w:p>
      <w:pPr>
        <w:spacing w:before="0" w:after="20"/>
        <w:jc w:val="both"/>
      </w:pPr>
      <w:r>
        <w:rPr/>
        <w:t>c. Water ___ at 100 degrees.</w:t>
      </w:r>
    </w:p>
    <w:p>
      <w:pPr>
        <w:spacing w:before="0" w:after="80"/>
        <w:jc w:val="both"/>
      </w:pPr>
      <w:r>
        <w:rPr/>
        <w:t xml:space="preserve">   ○ is boiling      ○ boils</w:t>
      </w:r>
    </w:p>
    <w:p>
      <w:pPr>
        <w:spacing w:before="0" w:after="20"/>
        <w:jc w:val="both"/>
      </w:pPr>
      <w:r>
        <w:rPr/>
        <w:t>d. I can't come now. I ___ my room.</w:t>
      </w:r>
    </w:p>
    <w:p>
      <w:pPr>
        <w:spacing w:before="0" w:after="80"/>
        <w:jc w:val="both"/>
      </w:pPr>
      <w:r>
        <w:rPr/>
        <w:t xml:space="preserve">   ○ am cleaning      ○ clean</w:t>
      </w:r>
    </w:p>
    <w:p>
      <w:pPr>
        <w:spacing w:before="160" w:after="20"/>
        <w:jc w:val="both"/>
      </w:pPr>
      <w:r>
        <w:rPr>
          <w:b/>
          <w:bCs/>
          <w:sz w:val="26"/>
          <w:szCs w:val="26"/>
        </w:rPr>
        <w:t>5. Complete with the present progressive.</w:t>
      </w:r>
    </w:p>
    <w:p>
      <w:pPr>
        <w:bidi/>
        <w:spacing w:before="0" w:after="0"/>
        <w:jc w:val="both"/>
      </w:pPr>
      <w:r>
        <w:rPr>
          <w:rFonts w:ascii="Arial" w:hAnsi="Arial" w:cs="Arial"/>
          <w:color w:val="6B7280"/>
          <w:sz w:val="20"/>
          <w:szCs w:val="20"/>
          <w:rtl/>
          <w:lang w:val="en-US" w:bidi="he-IL"/>
        </w:rPr>
        <w:t xml:space="preserve">השלימו ב־‎present progressive‎.</w:t>
      </w:r>
    </w:p>
    <w:p>
      <w:pPr>
        <w:bidi/>
        <w:spacing w:before="0" w:after="80"/>
        <w:jc w:val="both"/>
      </w:pPr>
      <w:r>
        <w:rPr>
          <w:rFonts w:ascii="Arial" w:hAnsi="Arial" w:cs="Arial"/>
          <w:color w:val="6B7280"/>
          <w:sz w:val="21"/>
          <w:szCs w:val="21"/>
          <w:rtl/>
          <w:lang w:val="en-US" w:bidi="ar-SA"/>
        </w:rPr>
        <w:t xml:space="preserve">أكمل بصيغة ‎present progressive‎.</w:t>
      </w:r>
    </w:p>
    <w:p>
      <w:pPr>
        <w:spacing w:before="0" w:after="60"/>
        <w:jc w:val="both"/>
      </w:pPr>
      <w:r>
        <w:rPr/>
        <w:t>a. Omer __________ (wear) a red shirt today.</w:t>
      </w:r>
    </w:p>
    <w:p>
      <w:pPr>
        <w:spacing w:before="0" w:after="60"/>
        <w:jc w:val="both"/>
      </w:pPr>
      <w:r>
        <w:rPr/>
        <w:t>b. The birds __________ (sing) in the tree.</w:t>
      </w:r>
    </w:p>
    <w:p>
      <w:pPr>
        <w:spacing w:before="0" w:after="60"/>
        <w:jc w:val="both"/>
      </w:pPr>
      <w:r>
        <w:rPr/>
        <w:t>c. I __________ (make) a card for Mom.</w:t>
      </w:r>
    </w:p>
    <w:p>
      <w:pPr>
        <w:spacing w:before="0" w:after="60"/>
        <w:jc w:val="both"/>
      </w:pPr>
      <w:r>
        <w:rPr/>
        <w:t>d. Look! Itay __________ (climb) the wall.</w:t>
      </w:r>
    </w:p>
    <w:p>
      <w:pPr>
        <w:spacing w:before="160" w:after="20"/>
        <w:jc w:val="both"/>
      </w:pPr>
      <w:r>
        <w:rPr>
          <w:b/>
          <w:bCs/>
          <w:sz w:val="26"/>
          <w:szCs w:val="26"/>
        </w:rPr>
        <w:t>6. Complete with do, does, don't or doesn't.</w:t>
      </w:r>
    </w:p>
    <w:p>
      <w:pPr>
        <w:bidi/>
        <w:spacing w:before="0" w:after="0"/>
        <w:jc w:val="both"/>
      </w:pPr>
      <w:r>
        <w:rPr>
          <w:rFonts w:ascii="Arial" w:hAnsi="Arial" w:cs="Arial"/>
          <w:color w:val="6B7280"/>
          <w:sz w:val="20"/>
          <w:szCs w:val="20"/>
          <w:rtl/>
          <w:lang w:val="en-US" w:bidi="he-IL"/>
        </w:rPr>
        <w:t xml:space="preserve">השלימו ב-‎do, does, don't‎ או ‎doesn't‎.</w:t>
      </w:r>
    </w:p>
    <w:p>
      <w:pPr>
        <w:bidi/>
        <w:spacing w:before="0" w:after="80"/>
        <w:jc w:val="both"/>
      </w:pPr>
      <w:r>
        <w:rPr>
          <w:rFonts w:ascii="Arial" w:hAnsi="Arial" w:cs="Arial"/>
          <w:color w:val="6B7280"/>
          <w:sz w:val="21"/>
          <w:szCs w:val="21"/>
          <w:rtl/>
          <w:lang w:val="en-US" w:bidi="ar-SA"/>
        </w:rPr>
        <w:t xml:space="preserve">أكمل بـ ‎do‎ أو ‎does‎ أو ‎don't‎ أو ‎doesn't‎.</w:t>
      </w:r>
    </w:p>
    <w:p>
      <w:pPr>
        <w:spacing w:before="0" w:after="80"/>
        <w:jc w:val="both"/>
      </w:pPr>
      <w:r>
        <w:rPr>
          <w:color w:val="1E3A8A"/>
          <w:sz w:val="24"/>
          <w:szCs w:val="24"/>
        </w:rPr>
        <w:t>Word bank: do  |  does  |  don't  |  doesn't</w:t>
      </w:r>
    </w:p>
    <w:p>
      <w:pPr>
        <w:spacing w:before="0" w:after="60"/>
        <w:jc w:val="both"/>
      </w:pPr>
      <w:r>
        <w:rPr/>
        <w:t>a. __________ you like ice cream? Yes, I do.</w:t>
      </w:r>
    </w:p>
    <w:p>
      <w:pPr>
        <w:spacing w:before="0" w:after="60"/>
        <w:jc w:val="both"/>
      </w:pPr>
      <w:r>
        <w:rPr/>
        <w:t>b. Maya __________ eat meat. She is a vegetarian.</w:t>
      </w:r>
    </w:p>
    <w:p>
      <w:pPr>
        <w:spacing w:before="0" w:after="60"/>
        <w:jc w:val="both"/>
      </w:pPr>
      <w:r>
        <w:rPr/>
        <w:t>c. __________ your brother play the drums?</w:t>
      </w:r>
    </w:p>
    <w:p>
      <w:pPr>
        <w:spacing w:before="0" w:after="60"/>
        <w:jc w:val="both"/>
      </w:pPr>
      <w:r>
        <w:rPr/>
        <w:t>d. We __________ have school on Saturday.</w:t>
      </w:r>
    </w:p>
    <w:p>
      <w:pPr>
        <w:spacing w:before="160" w:after="20"/>
        <w:jc w:val="both"/>
      </w:pPr>
      <w:r>
        <w:rPr>
          <w:b/>
          <w:bCs/>
          <w:sz w:val="26"/>
          <w:szCs w:val="26"/>
        </w:rPr>
        <w:t>7. Write questions and short answers.</w:t>
      </w:r>
    </w:p>
    <w:p>
      <w:pPr>
        <w:bidi/>
        <w:spacing w:before="0" w:after="0"/>
        <w:jc w:val="both"/>
      </w:pPr>
      <w:r>
        <w:rPr>
          <w:rFonts w:ascii="Arial" w:hAnsi="Arial" w:cs="Arial"/>
          <w:color w:val="6B7280"/>
          <w:sz w:val="20"/>
          <w:szCs w:val="20"/>
          <w:rtl/>
          <w:lang w:val="en-US" w:bidi="he-IL"/>
        </w:rPr>
        <w:t xml:space="preserve">כתבו שאלות ותשובות קצרות.</w:t>
      </w:r>
    </w:p>
    <w:p>
      <w:pPr>
        <w:bidi/>
        <w:spacing w:before="0" w:after="80"/>
        <w:jc w:val="both"/>
      </w:pPr>
      <w:r>
        <w:rPr>
          <w:rFonts w:ascii="Arial" w:hAnsi="Arial" w:cs="Arial"/>
          <w:color w:val="6B7280"/>
          <w:sz w:val="21"/>
          <w:szCs w:val="21"/>
          <w:rtl/>
          <w:lang w:val="en-US" w:bidi="ar-SA"/>
        </w:rPr>
        <w:t xml:space="preserve">اكتب أسئلة وإجابات قصيرة.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Sentence</w:t>
            </w:r>
          </w:p>
        </w:tc>
        <w:tc>
          <w:tcPr>
            <w:tcW w:type="dxa" w:w="3326"/>
            <w:shd w:val="clear" w:color="auto" w:fill="1e3a8a"/>
          </w:tcPr>
          <w:p>
            <w:pPr>
              <w:spacing w:before="0" w:after="40"/>
              <w:jc w:val="both"/>
            </w:pPr>
            <w:r>
              <w:rPr>
                <w:b/>
                <w:bCs/>
                <w:color w:val="FFFFFF"/>
              </w:rPr>
              <w:t>Question</w:t>
            </w:r>
          </w:p>
        </w:tc>
        <w:tc>
          <w:tcPr>
            <w:tcW w:type="dxa" w:w="3326"/>
            <w:shd w:val="clear" w:color="auto" w:fill="1e3a8a"/>
          </w:tcPr>
          <w:p>
            <w:pPr>
              <w:spacing w:before="0" w:after="40"/>
              <w:jc w:val="both"/>
            </w:pPr>
            <w:r>
              <w:rPr>
                <w:b/>
                <w:bCs/>
                <w:color w:val="FFFFFF"/>
              </w:rPr>
              <w:t>Short answer</w:t>
            </w:r>
          </w:p>
        </w:tc>
      </w:tr>
      <w:tr>
        <w:tc>
          <w:tcPr>
            <w:tcW w:type="dxa" w:w="3326"/>
          </w:tcPr>
          <w:p>
            <w:pPr>
              <w:spacing w:before="0" w:after="40"/>
              <w:jc w:val="both"/>
            </w:pPr>
            <w:r>
              <w:rPr/>
              <w:t>Noam is reading.</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They play chess.</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She is not dancing.</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8. Circle the time word, then complete with the correct form of the verb.</w:t>
      </w:r>
    </w:p>
    <w:p>
      <w:pPr>
        <w:bidi/>
        <w:spacing w:before="0" w:after="0"/>
        <w:jc w:val="both"/>
      </w:pPr>
      <w:r>
        <w:rPr>
          <w:rFonts w:ascii="Arial" w:hAnsi="Arial" w:cs="Arial"/>
          <w:color w:val="6B7280"/>
          <w:sz w:val="20"/>
          <w:szCs w:val="20"/>
          <w:rtl/>
          <w:lang w:val="en-US" w:bidi="he-IL"/>
        </w:rPr>
        <w:t xml:space="preserve">הקיפו את מילת הזמן, ואז השלימו בצורה הנכונה של הפועל.</w:t>
      </w:r>
    </w:p>
    <w:p>
      <w:pPr>
        <w:bidi/>
        <w:spacing w:before="0" w:after="80"/>
        <w:jc w:val="both"/>
      </w:pPr>
      <w:r>
        <w:rPr>
          <w:rFonts w:ascii="Arial" w:hAnsi="Arial" w:cs="Arial"/>
          <w:color w:val="6B7280"/>
          <w:sz w:val="21"/>
          <w:szCs w:val="21"/>
          <w:rtl/>
          <w:lang w:val="en-US" w:bidi="ar-SA"/>
        </w:rPr>
        <w:t xml:space="preserve">ضع دائرة حول كلمة الزمن، ثم أكمل بالصيغة الصحيحة للفعل.</w:t>
      </w:r>
    </w:p>
    <w:p>
      <w:pPr>
        <w:spacing w:before="0" w:after="60"/>
        <w:jc w:val="both"/>
      </w:pPr>
      <w:r>
        <w:rPr/>
        <w:t>a. We sometimes __________ (go) camping in the summer.</w:t>
      </w:r>
    </w:p>
    <w:p>
      <w:pPr>
        <w:spacing w:before="0" w:after="60"/>
        <w:jc w:val="both"/>
      </w:pPr>
      <w:r>
        <w:rPr/>
        <w:t>b. At the moment Dad __________ (wash) the car.</w:t>
      </w:r>
    </w:p>
    <w:p>
      <w:pPr>
        <w:spacing w:before="0" w:after="60"/>
        <w:jc w:val="both"/>
      </w:pPr>
      <w:r>
        <w:rPr/>
        <w:t>c. Daniel __________ (not / eat) breakfast every day.</w:t>
      </w:r>
    </w:p>
    <w:p>
      <w:pPr>
        <w:spacing w:before="0" w:after="60"/>
        <w:jc w:val="both"/>
      </w:pPr>
      <w:r>
        <w:rPr/>
        <w:t>d. Today Yoav __________ (help) his grandma in the garden.</w:t>
      </w:r>
    </w:p>
    <w:p>
      <w:pPr>
        <w:spacing w:before="120" w:after="40"/>
        <w:jc w:val="center"/>
      </w:pPr>
      <w:r>
        <w:rPr>
          <w:rFonts w:ascii="Arial Black" w:hAnsi="Arial Black" w:cs="Arial Black"/>
          <w:b/>
          <w:bCs/>
          <w:color w:val="1E3A8A"/>
          <w:sz w:val="30"/>
          <w:szCs w:val="30"/>
        </w:rPr>
        <w:t>A Message from the Class Trip</w:t>
      </w:r>
    </w:p>
    <w:p>
      <w:pPr>
        <w:spacing w:before="0" w:after="80"/>
        <w:jc w:val="both"/>
      </w:pPr>
      <w:r>
        <w:rPr/>
        <w:t>Hi Grandma!</w:t>
      </w:r>
    </w:p>
    <w:p>
      <w:pPr>
        <w:spacing w:before="0" w:after="80"/>
        <w:jc w:val="both"/>
      </w:pPr>
      <w:r>
        <w:rPr/>
        <w:t>I am writing to you from the class trip in the Galilee. It is three o'clock and we are sitting near a river. Some of my friends are swimming, and Omer is taking photos of everyone. The teacher is reading a map.</w:t>
      </w:r>
    </w:p>
    <w:p>
      <w:pPr>
        <w:spacing w:before="0" w:after="80"/>
        <w:jc w:val="both"/>
      </w:pPr>
      <w:r>
        <w:rPr/>
        <w:t>At home I usually play computer games in the afternoon, but on the trip there are no computers. Every morning we wake up at six and walk for four hours. I don't love the early mornings, but I love the views!</w:t>
      </w:r>
    </w:p>
    <w:p>
      <w:pPr>
        <w:spacing w:before="0" w:after="80"/>
        <w:jc w:val="both"/>
      </w:pPr>
      <w:r>
        <w:rPr/>
        <w:t>Right now I am eating an orange and drinking cold water. See you on Friday!</w:t>
      </w:r>
    </w:p>
    <w:p>
      <w:pPr>
        <w:spacing w:before="0" w:after="80"/>
        <w:jc w:val="both"/>
      </w:pPr>
      <w:r>
        <w:rPr/>
        <w:t>Love, Tom</w:t>
      </w:r>
    </w:p>
    <w:p>
      <w:pPr>
        <w:spacing w:before="160" w:after="20"/>
        <w:jc w:val="both"/>
      </w:pPr>
      <w:r>
        <w:rPr>
          <w:b/>
          <w:bCs/>
          <w:sz w:val="26"/>
          <w:szCs w:val="26"/>
        </w:rPr>
        <w:t>9. Read the message and circle the correct answer.</w:t>
      </w:r>
    </w:p>
    <w:p>
      <w:pPr>
        <w:bidi/>
        <w:spacing w:before="0" w:after="0"/>
        <w:jc w:val="both"/>
      </w:pPr>
      <w:r>
        <w:rPr>
          <w:rFonts w:ascii="Arial" w:hAnsi="Arial" w:cs="Arial"/>
          <w:color w:val="6B7280"/>
          <w:sz w:val="20"/>
          <w:szCs w:val="20"/>
          <w:rtl/>
          <w:lang w:val="en-US" w:bidi="he-IL"/>
        </w:rPr>
        <w:t xml:space="preserve">קראו את ההודעה והקיפו את התשובה הנכונה.</w:t>
      </w:r>
    </w:p>
    <w:p>
      <w:pPr>
        <w:bidi/>
        <w:spacing w:before="0" w:after="80"/>
        <w:jc w:val="both"/>
      </w:pPr>
      <w:r>
        <w:rPr>
          <w:rFonts w:ascii="Arial" w:hAnsi="Arial" w:cs="Arial"/>
          <w:color w:val="6B7280"/>
          <w:sz w:val="21"/>
          <w:szCs w:val="21"/>
          <w:rtl/>
          <w:lang w:val="en-US" w:bidi="ar-SA"/>
        </w:rPr>
        <w:t xml:space="preserve">اقرأ الرسالة وضع دائرة حول الإجابة الصحيحة.</w:t>
      </w:r>
    </w:p>
    <w:p>
      <w:pPr>
        <w:spacing w:before="0" w:after="20"/>
        <w:jc w:val="both"/>
      </w:pPr>
      <w:r>
        <w:rPr/>
        <w:t>a. Where is Tom now?</w:t>
      </w:r>
    </w:p>
    <w:p>
      <w:pPr>
        <w:spacing w:before="0" w:after="80"/>
        <w:jc w:val="both"/>
      </w:pPr>
      <w:r>
        <w:rPr/>
        <w:t xml:space="preserve">   ○ at home      ○ near a river      ○ in the classroom</w:t>
      </w:r>
    </w:p>
    <w:p>
      <w:pPr>
        <w:spacing w:before="0" w:after="20"/>
        <w:jc w:val="both"/>
      </w:pPr>
      <w:r>
        <w:rPr/>
        <w:t>b. What is the teacher doing?</w:t>
      </w:r>
    </w:p>
    <w:p>
      <w:pPr>
        <w:spacing w:before="0" w:after="80"/>
        <w:jc w:val="both"/>
      </w:pPr>
      <w:r>
        <w:rPr/>
        <w:t xml:space="preserve">   ○ taking photos      ○ swimming      ○ reading a map</w:t>
      </w:r>
    </w:p>
    <w:p>
      <w:pPr>
        <w:spacing w:before="0" w:after="20"/>
        <w:jc w:val="both"/>
      </w:pPr>
      <w:r>
        <w:rPr/>
        <w:t>c. When does Tom wake up on the trip?</w:t>
      </w:r>
    </w:p>
    <w:p>
      <w:pPr>
        <w:spacing w:before="0" w:after="80"/>
        <w:jc w:val="both"/>
      </w:pPr>
      <w:r>
        <w:rPr/>
        <w:t xml:space="preserve">   ○ at six      ○ at three      ○ at four</w:t>
      </w:r>
    </w:p>
    <w:p>
      <w:pPr>
        <w:spacing w:before="160" w:after="20"/>
        <w:jc w:val="both"/>
      </w:pPr>
      <w:r>
        <w:rPr>
          <w:b/>
          <w:bCs/>
          <w:sz w:val="26"/>
          <w:szCs w:val="26"/>
        </w:rPr>
        <w:t>10. Answer according to the text. Complete the sentences.</w:t>
      </w:r>
    </w:p>
    <w:p>
      <w:pPr>
        <w:bidi/>
        <w:spacing w:before="0" w:after="0"/>
        <w:jc w:val="both"/>
      </w:pPr>
      <w:r>
        <w:rPr>
          <w:rFonts w:ascii="Arial" w:hAnsi="Arial" w:cs="Arial"/>
          <w:color w:val="6B7280"/>
          <w:sz w:val="20"/>
          <w:szCs w:val="20"/>
          <w:rtl/>
          <w:lang w:val="en-US" w:bidi="he-IL"/>
        </w:rPr>
        <w:t xml:space="preserve">ענו לפי הטקסט. השלימו את המשפטים.</w:t>
      </w:r>
    </w:p>
    <w:p>
      <w:pPr>
        <w:bidi/>
        <w:spacing w:before="0" w:after="80"/>
        <w:jc w:val="both"/>
      </w:pPr>
      <w:r>
        <w:rPr>
          <w:rFonts w:ascii="Arial" w:hAnsi="Arial" w:cs="Arial"/>
          <w:color w:val="6B7280"/>
          <w:sz w:val="21"/>
          <w:szCs w:val="21"/>
          <w:rtl/>
          <w:lang w:val="en-US" w:bidi="ar-SA"/>
        </w:rPr>
        <w:t xml:space="preserve">أجب حسب النص. أكمل الجمل.</w:t>
      </w:r>
    </w:p>
    <w:p>
      <w:pPr>
        <w:spacing w:before="0" w:after="60"/>
        <w:jc w:val="both"/>
      </w:pPr>
      <w:r>
        <w:rPr/>
        <w:t>a. Omer is __________ photos of everyone.</w:t>
      </w:r>
    </w:p>
    <w:p>
      <w:pPr>
        <w:spacing w:before="0" w:after="60"/>
        <w:jc w:val="both"/>
      </w:pPr>
      <w:r>
        <w:rPr/>
        <w:t>b. At home Tom usually __________ computer games.</w:t>
      </w:r>
    </w:p>
    <w:p>
      <w:pPr>
        <w:spacing w:before="0" w:after="60"/>
        <w:jc w:val="both"/>
      </w:pPr>
      <w:r>
        <w:rPr/>
        <w:t>c. Every morning the children __________ for four hours.</w:t>
      </w:r>
    </w:p>
    <w:p>
      <w:pPr>
        <w:spacing w:before="0" w:after="60"/>
        <w:jc w:val="both"/>
      </w:pPr>
      <w:r>
        <w:rPr/>
        <w:t>d. Right now Tom is __________ an orange.</w:t>
      </w:r>
    </w:p>
    <w:p>
      <w:pPr>
        <w:spacing w:before="160" w:after="20"/>
        <w:jc w:val="both"/>
      </w:pPr>
      <w:r>
        <w:rPr>
          <w:b/>
          <w:bCs/>
          <w:sz w:val="26"/>
          <w:szCs w:val="26"/>
        </w:rPr>
        <w:t>11.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Tom loves the early mornings.      True / False</w:t>
      </w:r>
    </w:p>
    <w:p>
      <w:pPr>
        <w:spacing w:before="0" w:after="60"/>
        <w:jc w:val="both"/>
      </w:pPr>
      <w:r>
        <w:rPr/>
        <w:t>b. There are no computers on the trip.      True / False</w:t>
      </w:r>
    </w:p>
    <w:p>
      <w:pPr>
        <w:spacing w:before="0" w:after="60"/>
        <w:jc w:val="both"/>
      </w:pPr>
      <w:r>
        <w:rPr/>
        <w:t>c. Tom is drinking hot tea.      True / False</w:t>
      </w:r>
    </w:p>
    <w:p>
      <w:pPr>
        <w:spacing w:before="160" w:after="20"/>
        <w:jc w:val="both"/>
      </w:pPr>
      <w:r>
        <w:rPr>
          <w:b/>
          <w:bCs/>
          <w:sz w:val="26"/>
          <w:szCs w:val="26"/>
        </w:rPr>
        <w:t>12. Find the mistake and write the correct sentence.</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She play tennis every day.</w:t>
      </w:r>
    </w:p>
    <w:p>
      <w:pPr>
        <w:spacing w:before="0" w:after="100"/>
        <w:jc w:val="both"/>
      </w:pPr>
      <w:r>
        <w:rPr/>
        <w:t>b. Look! The boys is running.</w:t>
      </w:r>
    </w:p>
    <w:p>
      <w:pPr>
        <w:spacing w:before="0" w:after="100"/>
        <w:jc w:val="both"/>
      </w:pPr>
      <w:r>
        <w:rPr/>
        <w:t>c. Do Noa like music?</w:t>
      </w:r>
    </w:p>
    <w:p>
      <w:pPr>
        <w:spacing w:before="0" w:after="100"/>
        <w:jc w:val="both"/>
      </w:pPr>
      <w:r>
        <w:rPr/>
        <w:t>d. I am usually walking to school.</w:t>
      </w:r>
    </w:p>
    <w:p>
      <w:pPr>
        <w:spacing w:before="160" w:after="20"/>
        <w:jc w:val="both"/>
      </w:pPr>
      <w:r>
        <w:rPr>
          <w:b/>
          <w:bCs/>
          <w:sz w:val="26"/>
          <w:szCs w:val="26"/>
        </w:rPr>
        <w:t>13. Look around you. Write 4 sentences about what people are doing right now, and one sentence about what they usually do.</w:t>
      </w:r>
    </w:p>
    <w:p>
      <w:pPr>
        <w:bidi/>
        <w:spacing w:before="0" w:after="0"/>
        <w:jc w:val="both"/>
      </w:pPr>
      <w:r>
        <w:rPr>
          <w:rFonts w:ascii="Arial" w:hAnsi="Arial" w:cs="Arial"/>
          <w:color w:val="6B7280"/>
          <w:sz w:val="20"/>
          <w:szCs w:val="20"/>
          <w:rtl/>
          <w:lang w:val="en-US" w:bidi="he-IL"/>
        </w:rPr>
        <w:t xml:space="preserve">הסתכלו סביבכם. כתבו 4 משפטים על מה שאנשים עושים ממש עכשיו, ומשפט אחד על מה שהם עושים בדרך כלל.</w:t>
      </w:r>
    </w:p>
    <w:p>
      <w:pPr>
        <w:bidi/>
        <w:spacing w:before="0" w:after="80"/>
        <w:jc w:val="both"/>
      </w:pPr>
      <w:r>
        <w:rPr>
          <w:rFonts w:ascii="Arial" w:hAnsi="Arial" w:cs="Arial"/>
          <w:color w:val="6B7280"/>
          <w:sz w:val="21"/>
          <w:szCs w:val="21"/>
          <w:rtl/>
          <w:lang w:val="en-US" w:bidi="ar-SA"/>
        </w:rPr>
        <w:t xml:space="preserve">انظر حولك. اكتب 4 جمل عمّا يفعله الناس الآن، وجملة واحدة عمّا يفعلونه عادةً.</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6   |   Unit 2</w:t>
      </w:r>
    </w:p>
    <w:p>
      <w:pPr>
        <w:spacing w:before="0" w:after="40"/>
        <w:jc w:val="both"/>
      </w:pPr>
      <w:r>
        <w:rPr>
          <w:rFonts w:ascii="Arial Black" w:hAnsi="Arial Black" w:cs="Arial Black"/>
          <w:b/>
          <w:bCs/>
          <w:color w:val="1E3A8A"/>
          <w:sz w:val="44"/>
          <w:szCs w:val="44"/>
        </w:rPr>
        <w:t>Unit 2: Past simple: negatives and questions</w:t>
      </w:r>
    </w:p>
    <w:p>
      <w:pPr>
        <w:bidi/>
        <w:spacing w:before="0" w:after="0"/>
        <w:jc w:val="both"/>
      </w:pPr>
      <w:r>
        <w:rPr>
          <w:rFonts w:ascii="Arial" w:hAnsi="Arial" w:cs="Arial"/>
          <w:color w:val="6B7280"/>
          <w:sz w:val="22"/>
          <w:szCs w:val="22"/>
          <w:rtl/>
          <w:lang w:val="en-US" w:bidi="he-IL"/>
        </w:rPr>
        <w:t xml:space="preserve">‎Past simple‎: שלילה ושאלות</w:t>
      </w:r>
    </w:p>
    <w:p>
      <w:pPr>
        <w:bidi/>
        <w:spacing w:before="0" w:after="120"/>
        <w:jc w:val="both"/>
      </w:pPr>
      <w:r>
        <w:rPr>
          <w:rFonts w:ascii="Arial" w:hAnsi="Arial" w:cs="Arial"/>
          <w:color w:val="6B7280"/>
          <w:sz w:val="23"/>
          <w:szCs w:val="23"/>
          <w:rtl/>
          <w:lang w:val="en-US" w:bidi="ar-SA"/>
        </w:rPr>
        <w:t xml:space="preserve">‎Past simple‎: النفي والأسئلة</w:t>
      </w:r>
    </w:p>
    <w:p>
      <w:pPr>
        <w:spacing w:before="0" w:after="80"/>
        <w:jc w:val="center"/>
      </w:pPr>
      <w:r>
        <w:drawing>
          <wp:inline xmlns:a="http://schemas.openxmlformats.org/drawingml/2006/main" xmlns:pic="http://schemas.openxmlformats.org/drawingml/2006/picture">
            <wp:extent cx="3240000" cy="2160000"/>
            <wp:docPr id="9" name="Picture 9"/>
            <wp:cNvGraphicFramePr>
              <a:graphicFrameLocks noChangeAspect="1"/>
            </wp:cNvGraphicFramePr>
            <a:graphic>
              <a:graphicData uri="http://schemas.openxmlformats.org/drawingml/2006/picture">
                <pic:pic>
                  <pic:nvPicPr>
                    <pic:cNvPr id="0" name="english_g6_t02.jpg"/>
                    <pic:cNvPicPr/>
                  </pic:nvPicPr>
                  <pic:blipFill>
                    <a:blip r:embed="rId18"/>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1E3A8A"/>
          <w:sz w:val="28"/>
          <w:szCs w:val="28"/>
        </w:rPr>
        <w:t>◆ Three sentence types</w:t>
      </w:r>
    </w:p>
    <w:p>
      <w:pPr>
        <w:bidi/>
        <w:spacing w:before="0" w:after="0"/>
        <w:jc w:val="both"/>
      </w:pPr>
      <w:r>
        <w:rPr>
          <w:rFonts w:ascii="Arial" w:hAnsi="Arial" w:cs="Arial"/>
          <w:color w:val="6B7280"/>
          <w:sz w:val="20"/>
          <w:szCs w:val="20"/>
          <w:rtl/>
          <w:lang w:val="en-US" w:bidi="he-IL"/>
        </w:rPr>
        <w:t xml:space="preserve">שלושה סוגי משפטים</w:t>
      </w:r>
    </w:p>
    <w:p>
      <w:pPr>
        <w:bidi/>
        <w:spacing w:before="0" w:after="40"/>
        <w:jc w:val="both"/>
      </w:pPr>
      <w:r>
        <w:rPr>
          <w:rFonts w:ascii="Arial" w:hAnsi="Arial" w:cs="Arial"/>
          <w:color w:val="6B7280"/>
          <w:sz w:val="21"/>
          <w:szCs w:val="21"/>
          <w:rtl/>
          <w:lang w:val="en-US" w:bidi="ar-SA"/>
        </w:rPr>
        <w:t xml:space="preserve">ثلاثة أنواع من الجمل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r>
          </w:p>
        </w:tc>
        <w:tc>
          <w:tcPr>
            <w:tcW w:type="dxa" w:w="3326"/>
            <w:shd w:val="clear" w:color="auto" w:fill="1e3a8a"/>
          </w:tcPr>
          <w:p>
            <w:pPr>
              <w:spacing w:before="0" w:after="40"/>
              <w:jc w:val="both"/>
            </w:pPr>
            <w:r>
              <w:rPr>
                <w:b/>
                <w:bCs/>
                <w:color w:val="FFFFFF"/>
              </w:rPr>
              <w:t>Past simple</w:t>
            </w:r>
          </w:p>
        </w:tc>
        <w:tc>
          <w:tcPr>
            <w:tcW w:type="dxa" w:w="3326"/>
            <w:shd w:val="clear" w:color="auto" w:fill="1e3a8a"/>
          </w:tcPr>
          <w:p>
            <w:pPr>
              <w:spacing w:before="0" w:after="40"/>
              <w:jc w:val="both"/>
            </w:pPr>
            <w:r>
              <w:rPr>
                <w:b/>
                <w:bCs/>
                <w:color w:val="FFFFFF"/>
              </w:rPr>
              <w:t>Example</w:t>
            </w:r>
          </w:p>
        </w:tc>
      </w:tr>
      <w:tr>
        <w:tc>
          <w:tcPr>
            <w:tcW w:type="dxa" w:w="3326"/>
          </w:tcPr>
          <w:p>
            <w:pPr>
              <w:spacing w:before="0" w:after="40"/>
              <w:jc w:val="both"/>
            </w:pPr>
            <w:r>
              <w:rPr/>
              <w:t>+</w:t>
            </w:r>
          </w:p>
        </w:tc>
        <w:tc>
          <w:tcPr>
            <w:tcW w:type="dxa" w:w="3326"/>
          </w:tcPr>
          <w:p>
            <w:pPr>
              <w:spacing w:before="0" w:after="40"/>
              <w:jc w:val="both"/>
            </w:pPr>
            <w:r>
              <w:rPr/>
              <w:t>verb-ed / irregular</w:t>
            </w:r>
          </w:p>
        </w:tc>
        <w:tc>
          <w:tcPr>
            <w:tcW w:type="dxa" w:w="3326"/>
          </w:tcPr>
          <w:p>
            <w:pPr>
              <w:spacing w:before="0" w:after="40"/>
              <w:jc w:val="both"/>
            </w:pPr>
            <w:r>
              <w:rPr/>
              <w:t>Yoav played. Yoav went.</w:t>
            </w:r>
          </w:p>
        </w:tc>
      </w:tr>
      <w:tr>
        <w:tc>
          <w:tcPr>
            <w:tcW w:type="dxa" w:w="3326"/>
          </w:tcPr>
          <w:p>
            <w:pPr>
              <w:spacing w:before="0" w:after="40"/>
              <w:jc w:val="both"/>
            </w:pPr>
            <w:r>
              <w:rPr/>
              <w:t>–</w:t>
            </w:r>
          </w:p>
        </w:tc>
        <w:tc>
          <w:tcPr>
            <w:tcW w:type="dxa" w:w="3326"/>
          </w:tcPr>
          <w:p>
            <w:pPr>
              <w:spacing w:before="0" w:after="40"/>
              <w:jc w:val="both"/>
            </w:pPr>
            <w:r>
              <w:rPr/>
              <w:t>didn't + base form</w:t>
            </w:r>
          </w:p>
        </w:tc>
        <w:tc>
          <w:tcPr>
            <w:tcW w:type="dxa" w:w="3326"/>
          </w:tcPr>
          <w:p>
            <w:pPr>
              <w:spacing w:before="0" w:after="40"/>
              <w:jc w:val="both"/>
            </w:pPr>
            <w:r>
              <w:rPr/>
              <w:t>Yoav didn't play. Yoav didn't go.</w:t>
            </w:r>
          </w:p>
        </w:tc>
      </w:tr>
      <w:tr>
        <w:tc>
          <w:tcPr>
            <w:tcW w:type="dxa" w:w="3326"/>
          </w:tcPr>
          <w:p>
            <w:pPr>
              <w:spacing w:before="0" w:after="40"/>
              <w:jc w:val="both"/>
            </w:pPr>
            <w:r>
              <w:rPr/>
              <w:t>?</w:t>
            </w:r>
          </w:p>
        </w:tc>
        <w:tc>
          <w:tcPr>
            <w:tcW w:type="dxa" w:w="3326"/>
          </w:tcPr>
          <w:p>
            <w:pPr>
              <w:spacing w:before="0" w:after="40"/>
              <w:jc w:val="both"/>
            </w:pPr>
            <w:r>
              <w:rPr/>
              <w:t>Did + subject + base form?</w:t>
            </w:r>
          </w:p>
        </w:tc>
        <w:tc>
          <w:tcPr>
            <w:tcW w:type="dxa" w:w="3326"/>
          </w:tcPr>
          <w:p>
            <w:pPr>
              <w:spacing w:before="0" w:after="40"/>
              <w:jc w:val="both"/>
            </w:pPr>
            <w:r>
              <w:rPr/>
              <w:t>Did Yoav play? Did Yoav go?</w:t>
            </w:r>
          </w:p>
        </w:tc>
      </w:tr>
    </w:tbl>
    <w:p>
      <w:pPr>
        <w:spacing w:before="0" w:after="40"/>
        <w:jc w:val="both"/>
      </w:pPr>
    </w:p>
    <w:p>
      <w:pPr>
        <w:spacing w:before="120" w:after="40"/>
        <w:jc w:val="both"/>
      </w:pPr>
      <w:r>
        <w:rPr>
          <w:rFonts w:ascii="Arial Black" w:hAnsi="Arial Black" w:cs="Arial Black"/>
          <w:b/>
          <w:bCs/>
          <w:color w:val="1E3A8A"/>
          <w:sz w:val="28"/>
          <w:szCs w:val="28"/>
        </w:rPr>
        <w:t>◆ Short answers</w:t>
      </w:r>
    </w:p>
    <w:p>
      <w:pPr>
        <w:bidi/>
        <w:spacing w:before="0" w:after="0"/>
        <w:jc w:val="both"/>
      </w:pPr>
      <w:r>
        <w:rPr>
          <w:rFonts w:ascii="Arial" w:hAnsi="Arial" w:cs="Arial"/>
          <w:color w:val="6B7280"/>
          <w:sz w:val="20"/>
          <w:szCs w:val="20"/>
          <w:rtl/>
          <w:lang w:val="en-US" w:bidi="he-IL"/>
        </w:rPr>
        <w:t xml:space="preserve">תשובות קצרות</w:t>
      </w:r>
    </w:p>
    <w:p>
      <w:pPr>
        <w:bidi/>
        <w:spacing w:before="0" w:after="40"/>
        <w:jc w:val="both"/>
      </w:pPr>
      <w:r>
        <w:rPr>
          <w:rFonts w:ascii="Arial" w:hAnsi="Arial" w:cs="Arial"/>
          <w:color w:val="6B7280"/>
          <w:sz w:val="21"/>
          <w:szCs w:val="21"/>
          <w:rtl/>
          <w:lang w:val="en-US" w:bidi="ar-SA"/>
        </w:rPr>
        <w:t xml:space="preserve">الإجابات القصيرة</w:t>
      </w:r>
    </w:p>
    <w:p>
      <w:pPr>
        <w:spacing w:before="0" w:after="20"/>
        <w:jc w:val="both"/>
      </w:pPr>
      <w:r>
        <w:rPr/>
        <w:t>1. Did you see it? Yes, I did. / No, I didn't.</w:t>
      </w:r>
    </w:p>
    <w:p>
      <w:pPr>
        <w:spacing w:before="0" w:after="20"/>
        <w:jc w:val="both"/>
      </w:pPr>
      <w:r>
        <w:rPr/>
        <w:t>2. Did they win? Yes, they did. / No, they didn't.</w:t>
      </w:r>
    </w:p>
    <w:p>
      <w:pPr>
        <w:spacing w:before="120" w:after="40"/>
        <w:jc w:val="both"/>
      </w:pPr>
      <w:r>
        <w:rPr>
          <w:rFonts w:ascii="Arial Black" w:hAnsi="Arial Black" w:cs="Arial Black"/>
          <w:b/>
          <w:bCs/>
          <w:color w:val="1E3A8A"/>
          <w:sz w:val="28"/>
          <w:szCs w:val="28"/>
        </w:rPr>
        <w:t>◆ Common irregular verbs</w:t>
      </w:r>
    </w:p>
    <w:p>
      <w:pPr>
        <w:bidi/>
        <w:spacing w:before="0" w:after="0"/>
        <w:jc w:val="both"/>
      </w:pPr>
      <w:r>
        <w:rPr>
          <w:rFonts w:ascii="Arial" w:hAnsi="Arial" w:cs="Arial"/>
          <w:color w:val="6B7280"/>
          <w:sz w:val="20"/>
          <w:szCs w:val="20"/>
          <w:rtl/>
          <w:lang w:val="en-US" w:bidi="he-IL"/>
        </w:rPr>
        <w:t xml:space="preserve">פעלים יוצאי דופן נפוצים</w:t>
      </w:r>
    </w:p>
    <w:p>
      <w:pPr>
        <w:bidi/>
        <w:spacing w:before="0" w:after="40"/>
        <w:jc w:val="both"/>
      </w:pPr>
      <w:r>
        <w:rPr>
          <w:rFonts w:ascii="Arial" w:hAnsi="Arial" w:cs="Arial"/>
          <w:color w:val="6B7280"/>
          <w:sz w:val="21"/>
          <w:szCs w:val="21"/>
          <w:rtl/>
          <w:lang w:val="en-US" w:bidi="ar-SA"/>
        </w:rPr>
        <w:t xml:space="preserve">أفعال شاذّة شائعة</w:t>
      </w:r>
    </w:p>
    <w:tbl>
      <w:tblPr>
        <w:tblStyle w:val="TableGrid"/>
        <w:tblW w:type="auto" w:w="0"/>
        <w:tblLook w:firstColumn="1" w:firstRow="1" w:lastColumn="0" w:lastRow="0" w:noHBand="0" w:noVBand="1" w:val="04A0"/>
      </w:tblPr>
      <w:tblGrid>
        <w:gridCol w:w="2494"/>
        <w:gridCol w:w="2494"/>
        <w:gridCol w:w="2494"/>
        <w:gridCol w:w="2494"/>
      </w:tblGrid>
      <w:tr>
        <w:tc>
          <w:tcPr>
            <w:tcW w:type="dxa" w:w="2494"/>
            <w:shd w:val="clear" w:color="auto" w:fill="1e3a8a"/>
          </w:tcPr>
          <w:p>
            <w:pPr>
              <w:spacing w:before="0" w:after="40"/>
              <w:jc w:val="both"/>
            </w:pPr>
            <w:r>
              <w:rPr>
                <w:b/>
                <w:bCs/>
                <w:color w:val="FFFFFF"/>
              </w:rPr>
              <w:t>Base</w:t>
            </w:r>
          </w:p>
        </w:tc>
        <w:tc>
          <w:tcPr>
            <w:tcW w:type="dxa" w:w="2494"/>
            <w:shd w:val="clear" w:color="auto" w:fill="1e3a8a"/>
          </w:tcPr>
          <w:p>
            <w:pPr>
              <w:spacing w:before="0" w:after="40"/>
              <w:jc w:val="both"/>
            </w:pPr>
            <w:r>
              <w:rPr>
                <w:b/>
                <w:bCs/>
                <w:color w:val="FFFFFF"/>
              </w:rPr>
              <w:t>Past</w:t>
            </w:r>
          </w:p>
        </w:tc>
        <w:tc>
          <w:tcPr>
            <w:tcW w:type="dxa" w:w="2494"/>
            <w:shd w:val="clear" w:color="auto" w:fill="1e3a8a"/>
          </w:tcPr>
          <w:p>
            <w:pPr>
              <w:spacing w:before="0" w:after="40"/>
              <w:jc w:val="both"/>
            </w:pPr>
            <w:r>
              <w:rPr>
                <w:b/>
                <w:bCs/>
                <w:color w:val="FFFFFF"/>
              </w:rPr>
              <w:t>Base</w:t>
            </w:r>
          </w:p>
        </w:tc>
        <w:tc>
          <w:tcPr>
            <w:tcW w:type="dxa" w:w="2494"/>
            <w:shd w:val="clear" w:color="auto" w:fill="1e3a8a"/>
          </w:tcPr>
          <w:p>
            <w:pPr>
              <w:spacing w:before="0" w:after="40"/>
              <w:jc w:val="both"/>
            </w:pPr>
            <w:r>
              <w:rPr>
                <w:b/>
                <w:bCs/>
                <w:color w:val="FFFFFF"/>
              </w:rPr>
              <w:t>Past</w:t>
            </w:r>
          </w:p>
        </w:tc>
      </w:tr>
      <w:tr>
        <w:tc>
          <w:tcPr>
            <w:tcW w:type="dxa" w:w="2494"/>
          </w:tcPr>
          <w:p>
            <w:pPr>
              <w:spacing w:before="0" w:after="40"/>
              <w:jc w:val="both"/>
            </w:pPr>
            <w:r>
              <w:rPr/>
              <w:t>go</w:t>
            </w:r>
          </w:p>
        </w:tc>
        <w:tc>
          <w:tcPr>
            <w:tcW w:type="dxa" w:w="2494"/>
          </w:tcPr>
          <w:p>
            <w:pPr>
              <w:spacing w:before="0" w:after="40"/>
              <w:jc w:val="both"/>
            </w:pPr>
            <w:r>
              <w:rPr/>
              <w:t>went</w:t>
            </w:r>
          </w:p>
        </w:tc>
        <w:tc>
          <w:tcPr>
            <w:tcW w:type="dxa" w:w="2494"/>
          </w:tcPr>
          <w:p>
            <w:pPr>
              <w:spacing w:before="0" w:after="40"/>
              <w:jc w:val="both"/>
            </w:pPr>
            <w:r>
              <w:rPr/>
              <w:t>eat</w:t>
            </w:r>
          </w:p>
        </w:tc>
        <w:tc>
          <w:tcPr>
            <w:tcW w:type="dxa" w:w="2494"/>
          </w:tcPr>
          <w:p>
            <w:pPr>
              <w:spacing w:before="0" w:after="40"/>
              <w:jc w:val="both"/>
            </w:pPr>
            <w:r>
              <w:rPr/>
              <w:t>ate</w:t>
            </w:r>
          </w:p>
        </w:tc>
      </w:tr>
      <w:tr>
        <w:tc>
          <w:tcPr>
            <w:tcW w:type="dxa" w:w="2494"/>
          </w:tcPr>
          <w:p>
            <w:pPr>
              <w:spacing w:before="0" w:after="40"/>
              <w:jc w:val="both"/>
            </w:pPr>
            <w:r>
              <w:rPr/>
              <w:t>see</w:t>
            </w:r>
          </w:p>
        </w:tc>
        <w:tc>
          <w:tcPr>
            <w:tcW w:type="dxa" w:w="2494"/>
          </w:tcPr>
          <w:p>
            <w:pPr>
              <w:spacing w:before="0" w:after="40"/>
              <w:jc w:val="both"/>
            </w:pPr>
            <w:r>
              <w:rPr/>
              <w:t>saw</w:t>
            </w:r>
          </w:p>
        </w:tc>
        <w:tc>
          <w:tcPr>
            <w:tcW w:type="dxa" w:w="2494"/>
          </w:tcPr>
          <w:p>
            <w:pPr>
              <w:spacing w:before="0" w:after="40"/>
              <w:jc w:val="both"/>
            </w:pPr>
            <w:r>
              <w:rPr/>
              <w:t>buy</w:t>
            </w:r>
          </w:p>
        </w:tc>
        <w:tc>
          <w:tcPr>
            <w:tcW w:type="dxa" w:w="2494"/>
          </w:tcPr>
          <w:p>
            <w:pPr>
              <w:spacing w:before="0" w:after="40"/>
              <w:jc w:val="both"/>
            </w:pPr>
            <w:r>
              <w:rPr/>
              <w:t>bought</w:t>
            </w:r>
          </w:p>
        </w:tc>
      </w:tr>
      <w:tr>
        <w:tc>
          <w:tcPr>
            <w:tcW w:type="dxa" w:w="2494"/>
          </w:tcPr>
          <w:p>
            <w:pPr>
              <w:spacing w:before="0" w:after="40"/>
              <w:jc w:val="both"/>
            </w:pPr>
            <w:r>
              <w:rPr/>
              <w:t>have</w:t>
            </w:r>
          </w:p>
        </w:tc>
        <w:tc>
          <w:tcPr>
            <w:tcW w:type="dxa" w:w="2494"/>
          </w:tcPr>
          <w:p>
            <w:pPr>
              <w:spacing w:before="0" w:after="40"/>
              <w:jc w:val="both"/>
            </w:pPr>
            <w:r>
              <w:rPr/>
              <w:t>had</w:t>
            </w:r>
          </w:p>
        </w:tc>
        <w:tc>
          <w:tcPr>
            <w:tcW w:type="dxa" w:w="2494"/>
          </w:tcPr>
          <w:p>
            <w:pPr>
              <w:spacing w:before="0" w:after="40"/>
              <w:jc w:val="both"/>
            </w:pPr>
            <w:r>
              <w:rPr/>
              <w:t>take</w:t>
            </w:r>
          </w:p>
        </w:tc>
        <w:tc>
          <w:tcPr>
            <w:tcW w:type="dxa" w:w="2494"/>
          </w:tcPr>
          <w:p>
            <w:pPr>
              <w:spacing w:before="0" w:after="40"/>
              <w:jc w:val="both"/>
            </w:pPr>
            <w:r>
              <w:rPr/>
              <w:t>took</w:t>
            </w:r>
          </w:p>
        </w:tc>
      </w:tr>
      <w:tr>
        <w:tc>
          <w:tcPr>
            <w:tcW w:type="dxa" w:w="2494"/>
          </w:tcPr>
          <w:p>
            <w:pPr>
              <w:spacing w:before="0" w:after="40"/>
              <w:jc w:val="both"/>
            </w:pPr>
            <w:r>
              <w:rPr/>
              <w:t>make</w:t>
            </w:r>
          </w:p>
        </w:tc>
        <w:tc>
          <w:tcPr>
            <w:tcW w:type="dxa" w:w="2494"/>
          </w:tcPr>
          <w:p>
            <w:pPr>
              <w:spacing w:before="0" w:after="40"/>
              <w:jc w:val="both"/>
            </w:pPr>
            <w:r>
              <w:rPr/>
              <w:t>made</w:t>
            </w:r>
          </w:p>
        </w:tc>
        <w:tc>
          <w:tcPr>
            <w:tcW w:type="dxa" w:w="2494"/>
          </w:tcPr>
          <w:p>
            <w:pPr>
              <w:spacing w:before="0" w:after="40"/>
              <w:jc w:val="both"/>
            </w:pPr>
            <w:r>
              <w:rPr/>
              <w:t>write</w:t>
            </w:r>
          </w:p>
        </w:tc>
        <w:tc>
          <w:tcPr>
            <w:tcW w:type="dxa" w:w="2494"/>
          </w:tcPr>
          <w:p>
            <w:pPr>
              <w:spacing w:before="0" w:after="40"/>
              <w:jc w:val="both"/>
            </w:pPr>
            <w:r>
              <w:rPr/>
              <w:t>wrote</w:t>
            </w:r>
          </w:p>
        </w:tc>
      </w:tr>
    </w:tbl>
    <w:p>
      <w:pPr>
        <w:spacing w:before="0" w:after="40"/>
        <w:jc w:val="both"/>
      </w:pPr>
    </w:p>
    <w:p>
      <w:pPr>
        <w:spacing w:before="120" w:after="40"/>
        <w:jc w:val="both"/>
      </w:pPr>
      <w:r>
        <w:rPr>
          <w:rFonts w:ascii="Arial Black" w:hAnsi="Arial Black" w:cs="Arial Black"/>
          <w:b/>
          <w:bCs/>
          <w:color w:val="1E3A8A"/>
          <w:sz w:val="28"/>
          <w:szCs w:val="28"/>
        </w:rPr>
        <w:t>◆ Wh-questions</w:t>
      </w:r>
    </w:p>
    <w:p>
      <w:pPr>
        <w:bidi/>
        <w:spacing w:before="0" w:after="0"/>
        <w:jc w:val="both"/>
      </w:pPr>
      <w:r>
        <w:rPr>
          <w:rFonts w:ascii="Arial" w:hAnsi="Arial" w:cs="Arial"/>
          <w:color w:val="6B7280"/>
          <w:sz w:val="20"/>
          <w:szCs w:val="20"/>
          <w:rtl/>
          <w:lang w:val="en-US" w:bidi="he-IL"/>
        </w:rPr>
        <w:t xml:space="preserve">שאלות ‎Wh‎</w:t>
      </w:r>
    </w:p>
    <w:p>
      <w:pPr>
        <w:bidi/>
        <w:spacing w:before="0" w:after="40"/>
        <w:jc w:val="both"/>
      </w:pPr>
      <w:r>
        <w:rPr>
          <w:rFonts w:ascii="Arial" w:hAnsi="Arial" w:cs="Arial"/>
          <w:color w:val="6B7280"/>
          <w:sz w:val="21"/>
          <w:szCs w:val="21"/>
          <w:rtl/>
          <w:lang w:val="en-US" w:bidi="ar-SA"/>
        </w:rPr>
        <w:t xml:space="preserve">أسئلة ‎Wh‎</w:t>
      </w:r>
    </w:p>
    <w:p>
      <w:pPr>
        <w:spacing w:before="0" w:after="40"/>
        <w:jc w:val="both"/>
      </w:pPr>
      <w:r>
        <w:rPr/>
        <w:t>Question word + did + subject + base form.</w:t>
      </w:r>
    </w:p>
    <w:p>
      <w:pPr>
        <w:bidi/>
        <w:spacing w:before="0" w:after="0"/>
        <w:jc w:val="both"/>
      </w:pPr>
      <w:r>
        <w:rPr>
          <w:rFonts w:ascii="Arial" w:hAnsi="Arial" w:cs="Arial"/>
          <w:color w:val="6B7280"/>
          <w:sz w:val="20"/>
          <w:szCs w:val="20"/>
          <w:rtl/>
          <w:lang w:val="en-US" w:bidi="he-IL"/>
        </w:rPr>
        <w:t xml:space="preserve">מילת שאלה ‎+ did +‎ נושא + צורת בסיס.</w:t>
      </w:r>
    </w:p>
    <w:p>
      <w:pPr>
        <w:bidi/>
        <w:spacing w:before="0" w:after="40"/>
        <w:jc w:val="both"/>
      </w:pPr>
      <w:r>
        <w:rPr>
          <w:rFonts w:ascii="Arial" w:hAnsi="Arial" w:cs="Arial"/>
          <w:color w:val="6B7280"/>
          <w:sz w:val="21"/>
          <w:szCs w:val="21"/>
          <w:rtl/>
          <w:lang w:val="en-US" w:bidi="ar-SA"/>
        </w:rPr>
        <w:t xml:space="preserve">كلمة السؤال ‎+ did +‎ الفاعل + الصيغة الأساسية.</w:t>
      </w:r>
    </w:p>
    <w:p>
      <w:pPr>
        <w:spacing w:before="0" w:after="0"/>
        <w:jc w:val="both"/>
      </w:pPr>
      <w:r>
        <w:rPr>
          <w:color w:val="5B6476"/>
          <w:sz w:val="22"/>
          <w:szCs w:val="22"/>
        </w:rPr>
        <w:t>Examples:</w:t>
      </w:r>
    </w:p>
    <w:p>
      <w:pPr>
        <w:bidi/>
        <w:spacing w:before="0" w:after="0"/>
        <w:jc w:val="both"/>
      </w:pPr>
      <w:r>
        <w:rPr>
          <w:rFonts w:ascii="Arial" w:hAnsi="Arial" w:cs="Arial"/>
          <w:color w:val="6B7280"/>
          <w:sz w:val="20"/>
          <w:szCs w:val="20"/>
          <w:rtl/>
          <w:lang w:val="en-US" w:bidi="he-IL"/>
        </w:rPr>
        <w:t xml:space="preserve">דוגמאות:</w:t>
      </w:r>
    </w:p>
    <w:p>
      <w:pPr>
        <w:bidi/>
        <w:spacing w:before="0" w:after="40"/>
        <w:jc w:val="both"/>
      </w:pPr>
      <w:r>
        <w:rPr>
          <w:rFonts w:ascii="Arial" w:hAnsi="Arial" w:cs="Arial"/>
          <w:color w:val="6B7280"/>
          <w:sz w:val="21"/>
          <w:szCs w:val="21"/>
          <w:rtl/>
          <w:lang w:val="en-US" w:bidi="ar-SA"/>
        </w:rPr>
        <w:t xml:space="preserve">أمثلة:</w:t>
      </w:r>
    </w:p>
    <w:p>
      <w:pPr>
        <w:spacing w:before="0" w:after="120"/>
        <w:jc w:val="both"/>
      </w:pPr>
      <w:r>
        <w:rPr>
          <w:color w:val="334055"/>
          <w:sz w:val="24"/>
          <w:szCs w:val="24"/>
        </w:rPr>
        <w:t>What did you eat? · Why did Tom leave early?</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58250"/>
                  <wp:docPr id="10" name="Picture 10"/>
                  <wp:cNvGraphicFramePr>
                    <a:graphicFrameLocks noChangeAspect="1"/>
                  </wp:cNvGraphicFramePr>
                  <a:graphic>
                    <a:graphicData uri="http://schemas.openxmlformats.org/drawingml/2006/picture">
                      <pic:pic>
                        <pic:nvPicPr>
                          <pic:cNvPr id="0" name="phone.png"/>
                          <pic:cNvPicPr/>
                        </pic:nvPicPr>
                        <pic:blipFill>
                          <a:blip r:embed="rId19"/>
                          <a:stretch>
                            <a:fillRect/>
                          </a:stretch>
                        </pic:blipFill>
                        <pic:spPr>
                          <a:xfrm>
                            <a:off x="0" y="0"/>
                            <a:ext cx="468000" cy="458250"/>
                          </a:xfrm>
                          <a:prstGeom prst="rect"/>
                        </pic:spPr>
                      </pic:pic>
                    </a:graphicData>
                  </a:graphic>
                </wp:inline>
              </w:drawing>
            </w:r>
          </w:p>
          <w:p>
            <w:pPr>
              <w:spacing w:before="0" w:after="0"/>
              <w:jc w:val="center"/>
            </w:pPr>
            <w:r>
              <w:rPr>
                <w:b/>
                <w:bCs/>
                <w:sz w:val="23"/>
                <w:szCs w:val="23"/>
              </w:rPr>
              <w:t>phone</w:t>
            </w:r>
          </w:p>
          <w:p>
            <w:pPr>
              <w:bidi/>
              <w:spacing w:before="0" w:after="0"/>
              <w:jc w:val="center"/>
            </w:pPr>
            <w:r>
              <w:rPr>
                <w:rFonts w:ascii="Arial" w:hAnsi="Arial" w:cs="Arial"/>
                <w:color w:val="6B7280"/>
                <w:sz w:val="17"/>
                <w:szCs w:val="17"/>
                <w:rtl/>
                <w:lang w:val="en-US" w:bidi="he-IL"/>
              </w:rPr>
              <w:t xml:space="preserve">טלפון</w:t>
            </w:r>
          </w:p>
          <w:p>
            <w:pPr>
              <w:bidi/>
              <w:spacing w:before="0" w:after="0"/>
              <w:jc w:val="center"/>
            </w:pPr>
            <w:r>
              <w:rPr>
                <w:rFonts w:ascii="Arial" w:hAnsi="Arial" w:cs="Arial"/>
                <w:color w:val="6B7280"/>
                <w:sz w:val="17"/>
                <w:szCs w:val="17"/>
                <w:rtl/>
                <w:lang w:val="en-US" w:bidi="ar-SA"/>
              </w:rPr>
              <w:t xml:space="preserve">هاتف</w:t>
            </w:r>
          </w:p>
        </w:tc>
        <w:tc>
          <w:tcPr>
            <w:tcW w:type="dxa" w:w="1663"/>
          </w:tcPr>
          <w:p>
            <w:pPr>
              <w:spacing w:before="0" w:after="0"/>
              <w:jc w:val="center"/>
            </w:pPr>
            <w:r>
              <w:drawing>
                <wp:inline xmlns:a="http://schemas.openxmlformats.org/drawingml/2006/main" xmlns:pic="http://schemas.openxmlformats.org/drawingml/2006/picture">
                  <wp:extent cx="468000" cy="468000"/>
                  <wp:docPr id="11" name="Picture 11"/>
                  <wp:cNvGraphicFramePr>
                    <a:graphicFrameLocks noChangeAspect="1"/>
                  </wp:cNvGraphicFramePr>
                  <a:graphic>
                    <a:graphicData uri="http://schemas.openxmlformats.org/drawingml/2006/picture">
                      <pic:pic>
                        <pic:nvPicPr>
                          <pic:cNvPr id="0" name="park.png"/>
                          <pic:cNvPicPr/>
                        </pic:nvPicPr>
                        <pic:blipFill>
                          <a:blip r:embed="rId20"/>
                          <a:stretch>
                            <a:fillRect/>
                          </a:stretch>
                        </pic:blipFill>
                        <pic:spPr>
                          <a:xfrm>
                            <a:off x="0" y="0"/>
                            <a:ext cx="468000" cy="468000"/>
                          </a:xfrm>
                          <a:prstGeom prst="rect"/>
                        </pic:spPr>
                      </pic:pic>
                    </a:graphicData>
                  </a:graphic>
                </wp:inline>
              </w:drawing>
            </w:r>
          </w:p>
          <w:p>
            <w:pPr>
              <w:spacing w:before="0" w:after="0"/>
              <w:jc w:val="center"/>
            </w:pPr>
            <w:r>
              <w:rPr>
                <w:b/>
                <w:bCs/>
                <w:sz w:val="23"/>
                <w:szCs w:val="23"/>
              </w:rPr>
              <w:t>park</w:t>
            </w:r>
          </w:p>
          <w:p>
            <w:pPr>
              <w:bidi/>
              <w:spacing w:before="0" w:after="0"/>
              <w:jc w:val="center"/>
            </w:pPr>
            <w:r>
              <w:rPr>
                <w:rFonts w:ascii="Arial" w:hAnsi="Arial" w:cs="Arial"/>
                <w:color w:val="6B7280"/>
                <w:sz w:val="17"/>
                <w:szCs w:val="17"/>
                <w:rtl/>
                <w:lang w:val="en-US" w:bidi="he-IL"/>
              </w:rPr>
              <w:t xml:space="preserve">פארק</w:t>
            </w:r>
          </w:p>
          <w:p>
            <w:pPr>
              <w:bidi/>
              <w:spacing w:before="0" w:after="0"/>
              <w:jc w:val="center"/>
            </w:pPr>
            <w:r>
              <w:rPr>
                <w:rFonts w:ascii="Arial" w:hAnsi="Arial" w:cs="Arial"/>
                <w:color w:val="6B7280"/>
                <w:sz w:val="17"/>
                <w:szCs w:val="17"/>
                <w:rtl/>
                <w:lang w:val="en-US" w:bidi="ar-SA"/>
              </w:rPr>
              <w:t xml:space="preserve">حديقة عامة</w:t>
            </w:r>
          </w:p>
        </w:tc>
        <w:tc>
          <w:tcPr>
            <w:tcW w:type="dxa" w:w="1663"/>
          </w:tcPr>
          <w:p>
            <w:pPr>
              <w:spacing w:before="0" w:after="0"/>
              <w:jc w:val="center"/>
            </w:pPr>
            <w:r>
              <w:drawing>
                <wp:inline xmlns:a="http://schemas.openxmlformats.org/drawingml/2006/main" xmlns:pic="http://schemas.openxmlformats.org/drawingml/2006/picture">
                  <wp:extent cx="468000" cy="477957"/>
                  <wp:docPr id="12" name="Picture 12"/>
                  <wp:cNvGraphicFramePr>
                    <a:graphicFrameLocks noChangeAspect="1"/>
                  </wp:cNvGraphicFramePr>
                  <a:graphic>
                    <a:graphicData uri="http://schemas.openxmlformats.org/drawingml/2006/picture">
                      <pic:pic>
                        <pic:nvPicPr>
                          <pic:cNvPr id="0" name="bag.png"/>
                          <pic:cNvPicPr/>
                        </pic:nvPicPr>
                        <pic:blipFill>
                          <a:blip r:embed="rId21"/>
                          <a:stretch>
                            <a:fillRect/>
                          </a:stretch>
                        </pic:blipFill>
                        <pic:spPr>
                          <a:xfrm>
                            <a:off x="0" y="0"/>
                            <a:ext cx="468000" cy="477957"/>
                          </a:xfrm>
                          <a:prstGeom prst="rect"/>
                        </pic:spPr>
                      </pic:pic>
                    </a:graphicData>
                  </a:graphic>
                </wp:inline>
              </w:drawing>
            </w:r>
          </w:p>
          <w:p>
            <w:pPr>
              <w:spacing w:before="0" w:after="0"/>
              <w:jc w:val="center"/>
            </w:pPr>
            <w:r>
              <w:rPr>
                <w:b/>
                <w:bCs/>
                <w:sz w:val="23"/>
                <w:szCs w:val="23"/>
              </w:rPr>
              <w:t>bag</w:t>
            </w:r>
          </w:p>
          <w:p>
            <w:pPr>
              <w:bidi/>
              <w:spacing w:before="0" w:after="0"/>
              <w:jc w:val="center"/>
            </w:pPr>
            <w:r>
              <w:rPr>
                <w:rFonts w:ascii="Arial" w:hAnsi="Arial" w:cs="Arial"/>
                <w:color w:val="6B7280"/>
                <w:sz w:val="17"/>
                <w:szCs w:val="17"/>
                <w:rtl/>
                <w:lang w:val="en-US" w:bidi="he-IL"/>
              </w:rPr>
              <w:t xml:space="preserve">תיק</w:t>
            </w:r>
          </w:p>
          <w:p>
            <w:pPr>
              <w:bidi/>
              <w:spacing w:before="0" w:after="0"/>
              <w:jc w:val="center"/>
            </w:pPr>
            <w:r>
              <w:rPr>
                <w:rFonts w:ascii="Arial" w:hAnsi="Arial" w:cs="Arial"/>
                <w:color w:val="6B7280"/>
                <w:sz w:val="17"/>
                <w:szCs w:val="17"/>
                <w:rtl/>
                <w:lang w:val="en-US" w:bidi="ar-SA"/>
              </w:rPr>
              <w:t xml:space="preserve">حقيبة</w:t>
            </w:r>
          </w:p>
        </w:tc>
        <w:tc>
          <w:tcPr>
            <w:tcW w:type="dxa" w:w="1663"/>
          </w:tcPr>
          <w:p>
            <w:pPr>
              <w:spacing w:before="0" w:after="0"/>
              <w:jc w:val="center"/>
            </w:pPr>
            <w:r>
              <w:drawing>
                <wp:inline xmlns:a="http://schemas.openxmlformats.org/drawingml/2006/main" xmlns:pic="http://schemas.openxmlformats.org/drawingml/2006/picture">
                  <wp:extent cx="468000" cy="409500"/>
                  <wp:docPr id="13" name="Picture 13"/>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607136"/>
                  <wp:docPr id="14" name="Picture 14"/>
                  <wp:cNvGraphicFramePr>
                    <a:graphicFrameLocks noChangeAspect="1"/>
                  </wp:cNvGraphicFramePr>
                  <a:graphic>
                    <a:graphicData uri="http://schemas.openxmlformats.org/drawingml/2006/picture">
                      <pic:pic>
                        <pic:nvPicPr>
                          <pic:cNvPr id="0" name="cake.png"/>
                          <pic:cNvPicPr/>
                        </pic:nvPicPr>
                        <pic:blipFill>
                          <a:blip r:embed="rId22"/>
                          <a:stretch>
                            <a:fillRect/>
                          </a:stretch>
                        </pic:blipFill>
                        <pic:spPr>
                          <a:xfrm>
                            <a:off x="0" y="0"/>
                            <a:ext cx="468000" cy="607136"/>
                          </a:xfrm>
                          <a:prstGeom prst="rect"/>
                        </pic:spPr>
                      </pic:pic>
                    </a:graphicData>
                  </a:graphic>
                </wp:inline>
              </w:drawing>
            </w:r>
          </w:p>
          <w:p>
            <w:pPr>
              <w:spacing w:before="0" w:after="0"/>
              <w:jc w:val="center"/>
            </w:pPr>
            <w:r>
              <w:rPr>
                <w:b/>
                <w:bCs/>
                <w:sz w:val="23"/>
                <w:szCs w:val="23"/>
              </w:rPr>
              <w:t>cake</w:t>
            </w:r>
          </w:p>
          <w:p>
            <w:pPr>
              <w:bidi/>
              <w:spacing w:before="0" w:after="0"/>
              <w:jc w:val="center"/>
            </w:pPr>
            <w:r>
              <w:rPr>
                <w:rFonts w:ascii="Arial" w:hAnsi="Arial" w:cs="Arial"/>
                <w:color w:val="6B7280"/>
                <w:sz w:val="17"/>
                <w:szCs w:val="17"/>
                <w:rtl/>
                <w:lang w:val="en-US" w:bidi="he-IL"/>
              </w:rPr>
              <w:t xml:space="preserve">עוגה</w:t>
            </w:r>
          </w:p>
          <w:p>
            <w:pPr>
              <w:bidi/>
              <w:spacing w:before="0" w:after="0"/>
              <w:jc w:val="center"/>
            </w:pPr>
            <w:r>
              <w:rPr>
                <w:rFonts w:ascii="Arial" w:hAnsi="Arial" w:cs="Arial"/>
                <w:color w:val="6B7280"/>
                <w:sz w:val="17"/>
                <w:szCs w:val="17"/>
                <w:rtl/>
                <w:lang w:val="en-US" w:bidi="ar-SA"/>
              </w:rPr>
              <w:t xml:space="preserve">كعكة</w:t>
            </w:r>
          </w:p>
        </w:tc>
        <w:tc>
          <w:tcPr>
            <w:tcW w:type="dxa" w:w="1663"/>
          </w:tcPr>
          <w:p>
            <w:pPr>
              <w:spacing w:before="0" w:after="0"/>
              <w:jc w:val="center"/>
            </w:pPr>
            <w:r>
              <w:drawing>
                <wp:inline xmlns:a="http://schemas.openxmlformats.org/drawingml/2006/main" xmlns:pic="http://schemas.openxmlformats.org/drawingml/2006/picture">
                  <wp:extent cx="468000" cy="463125"/>
                  <wp:docPr id="15" name="Picture 15"/>
                  <wp:cNvGraphicFramePr>
                    <a:graphicFrameLocks noChangeAspect="1"/>
                  </wp:cNvGraphicFramePr>
                  <a:graphic>
                    <a:graphicData uri="http://schemas.openxmlformats.org/drawingml/2006/picture">
                      <pic:pic>
                        <pic:nvPicPr>
                          <pic:cNvPr id="0" name="basketball.png"/>
                          <pic:cNvPicPr/>
                        </pic:nvPicPr>
                        <pic:blipFill>
                          <a:blip r:embed="rId23"/>
                          <a:stretch>
                            <a:fillRect/>
                          </a:stretch>
                        </pic:blipFill>
                        <pic:spPr>
                          <a:xfrm>
                            <a:off x="0" y="0"/>
                            <a:ext cx="468000" cy="463125"/>
                          </a:xfrm>
                          <a:prstGeom prst="rect"/>
                        </pic:spPr>
                      </pic:pic>
                    </a:graphicData>
                  </a:graphic>
                </wp:inline>
              </w:drawing>
            </w:r>
          </w:p>
          <w:p>
            <w:pPr>
              <w:spacing w:before="0" w:after="0"/>
              <w:jc w:val="center"/>
            </w:pPr>
            <w:r>
              <w:rPr>
                <w:b/>
                <w:bCs/>
                <w:sz w:val="23"/>
                <w:szCs w:val="23"/>
              </w:rPr>
              <w:t>basketball</w:t>
            </w:r>
          </w:p>
          <w:p>
            <w:pPr>
              <w:bidi/>
              <w:spacing w:before="0" w:after="0"/>
              <w:jc w:val="center"/>
            </w:pPr>
            <w:r>
              <w:rPr>
                <w:rFonts w:ascii="Arial" w:hAnsi="Arial" w:cs="Arial"/>
                <w:color w:val="6B7280"/>
                <w:sz w:val="17"/>
                <w:szCs w:val="17"/>
                <w:rtl/>
                <w:lang w:val="en-US" w:bidi="he-IL"/>
              </w:rPr>
              <w:t xml:space="preserve">כדורסל</w:t>
            </w:r>
          </w:p>
          <w:p>
            <w:pPr>
              <w:bidi/>
              <w:spacing w:before="0" w:after="0"/>
              <w:jc w:val="center"/>
            </w:pPr>
            <w:r>
              <w:rPr>
                <w:rFonts w:ascii="Arial" w:hAnsi="Arial" w:cs="Arial"/>
                <w:color w:val="6B7280"/>
                <w:sz w:val="17"/>
                <w:szCs w:val="17"/>
                <w:rtl/>
                <w:lang w:val="en-US" w:bidi="ar-SA"/>
              </w:rPr>
              <w:t xml:space="preserve">كرة السلة</w:t>
            </w:r>
          </w:p>
        </w:tc>
      </w:tr>
    </w:tbl>
    <w:p>
      <w:pPr>
        <w:spacing w:before="0" w:after="80"/>
        <w:jc w:val="both"/>
      </w:pPr>
    </w:p>
    <w:p>
      <w:pPr>
        <w:spacing w:before="160" w:after="20"/>
        <w:jc w:val="both"/>
      </w:pPr>
      <w:r>
        <w:rPr>
          <w:b/>
          <w:bCs/>
          <w:sz w:val="26"/>
          <w:szCs w:val="26"/>
        </w:rPr>
        <w:t>1. Match the base form to the past form.</w:t>
      </w:r>
    </w:p>
    <w:p>
      <w:pPr>
        <w:bidi/>
        <w:spacing w:before="0" w:after="0"/>
        <w:jc w:val="both"/>
      </w:pPr>
      <w:r>
        <w:rPr>
          <w:rFonts w:ascii="Arial" w:hAnsi="Arial" w:cs="Arial"/>
          <w:color w:val="6B7280"/>
          <w:sz w:val="20"/>
          <w:szCs w:val="20"/>
          <w:rtl/>
          <w:lang w:val="en-US" w:bidi="he-IL"/>
        </w:rPr>
        <w:t xml:space="preserve">התאימו את צורת הבסיס לצורת העבר.</w:t>
      </w:r>
    </w:p>
    <w:p>
      <w:pPr>
        <w:bidi/>
        <w:spacing w:before="0" w:after="80"/>
        <w:jc w:val="both"/>
      </w:pPr>
      <w:r>
        <w:rPr>
          <w:rFonts w:ascii="Arial" w:hAnsi="Arial" w:cs="Arial"/>
          <w:color w:val="6B7280"/>
          <w:sz w:val="21"/>
          <w:szCs w:val="21"/>
          <w:rtl/>
          <w:lang w:val="en-US" w:bidi="ar-SA"/>
        </w:rPr>
        <w:t xml:space="preserve">صِل الصيغة الأساسية بصيغة الماضي.</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Column A</w:t>
            </w:r>
          </w:p>
        </w:tc>
        <w:tc>
          <w:tcPr>
            <w:tcW w:type="dxa" w:w="4989"/>
            <w:shd w:val="clear" w:color="auto" w:fill="1e3a8a"/>
          </w:tcPr>
          <w:p>
            <w:pPr>
              <w:spacing w:before="0" w:after="40"/>
              <w:jc w:val="both"/>
            </w:pPr>
            <w:r>
              <w:rPr>
                <w:b/>
                <w:bCs/>
                <w:color w:val="FFFFFF"/>
              </w:rPr>
              <w:t>Column B</w:t>
            </w:r>
          </w:p>
        </w:tc>
      </w:tr>
      <w:tr>
        <w:tc>
          <w:tcPr>
            <w:tcW w:type="dxa" w:w="4989"/>
          </w:tcPr>
          <w:p>
            <w:pPr>
              <w:spacing w:before="0" w:after="40"/>
              <w:jc w:val="both"/>
            </w:pPr>
            <w:r>
              <w:rPr/>
              <w:t>1. drink</w:t>
            </w:r>
          </w:p>
        </w:tc>
        <w:tc>
          <w:tcPr>
            <w:tcW w:type="dxa" w:w="4989"/>
          </w:tcPr>
          <w:p>
            <w:pPr>
              <w:spacing w:before="0" w:after="40"/>
              <w:jc w:val="both"/>
            </w:pPr>
            <w:r>
              <w:rPr/>
              <w:t>[   ] sat</w:t>
            </w:r>
          </w:p>
        </w:tc>
      </w:tr>
      <w:tr>
        <w:tc>
          <w:tcPr>
            <w:tcW w:type="dxa" w:w="4989"/>
          </w:tcPr>
          <w:p>
            <w:pPr>
              <w:spacing w:before="0" w:after="40"/>
              <w:jc w:val="both"/>
            </w:pPr>
            <w:r>
              <w:rPr/>
              <w:t>2. give</w:t>
            </w:r>
          </w:p>
        </w:tc>
        <w:tc>
          <w:tcPr>
            <w:tcW w:type="dxa" w:w="4989"/>
          </w:tcPr>
          <w:p>
            <w:pPr>
              <w:spacing w:before="0" w:after="40"/>
              <w:jc w:val="both"/>
            </w:pPr>
            <w:r>
              <w:rPr/>
              <w:t>[   ] sang</w:t>
            </w:r>
          </w:p>
        </w:tc>
      </w:tr>
      <w:tr>
        <w:tc>
          <w:tcPr>
            <w:tcW w:type="dxa" w:w="4989"/>
          </w:tcPr>
          <w:p>
            <w:pPr>
              <w:spacing w:before="0" w:after="40"/>
              <w:jc w:val="both"/>
            </w:pPr>
            <w:r>
              <w:rPr/>
              <w:t>3. find</w:t>
            </w:r>
          </w:p>
        </w:tc>
        <w:tc>
          <w:tcPr>
            <w:tcW w:type="dxa" w:w="4989"/>
          </w:tcPr>
          <w:p>
            <w:pPr>
              <w:spacing w:before="0" w:after="40"/>
              <w:jc w:val="both"/>
            </w:pPr>
            <w:r>
              <w:rPr/>
              <w:t>[   ] found</w:t>
            </w:r>
          </w:p>
        </w:tc>
      </w:tr>
      <w:tr>
        <w:tc>
          <w:tcPr>
            <w:tcW w:type="dxa" w:w="4989"/>
          </w:tcPr>
          <w:p>
            <w:pPr>
              <w:spacing w:before="0" w:after="40"/>
              <w:jc w:val="both"/>
            </w:pPr>
            <w:r>
              <w:rPr/>
              <w:t>4. sing</w:t>
            </w:r>
          </w:p>
        </w:tc>
        <w:tc>
          <w:tcPr>
            <w:tcW w:type="dxa" w:w="4989"/>
          </w:tcPr>
          <w:p>
            <w:pPr>
              <w:spacing w:before="0" w:after="40"/>
              <w:jc w:val="both"/>
            </w:pPr>
            <w:r>
              <w:rPr/>
              <w:t>[   ] told</w:t>
            </w:r>
          </w:p>
        </w:tc>
      </w:tr>
      <w:tr>
        <w:tc>
          <w:tcPr>
            <w:tcW w:type="dxa" w:w="4989"/>
          </w:tcPr>
          <w:p>
            <w:pPr>
              <w:spacing w:before="0" w:after="40"/>
              <w:jc w:val="both"/>
            </w:pPr>
            <w:r>
              <w:rPr/>
              <w:t>5. get</w:t>
            </w:r>
          </w:p>
        </w:tc>
        <w:tc>
          <w:tcPr>
            <w:tcW w:type="dxa" w:w="4989"/>
          </w:tcPr>
          <w:p>
            <w:pPr>
              <w:spacing w:before="0" w:after="40"/>
              <w:jc w:val="both"/>
            </w:pPr>
            <w:r>
              <w:rPr/>
              <w:t>[   ] got</w:t>
            </w:r>
          </w:p>
        </w:tc>
      </w:tr>
      <w:tr>
        <w:tc>
          <w:tcPr>
            <w:tcW w:type="dxa" w:w="4989"/>
          </w:tcPr>
          <w:p>
            <w:pPr>
              <w:spacing w:before="0" w:after="40"/>
              <w:jc w:val="both"/>
            </w:pPr>
            <w:r>
              <w:rPr/>
              <w:t>6. run</w:t>
            </w:r>
          </w:p>
        </w:tc>
        <w:tc>
          <w:tcPr>
            <w:tcW w:type="dxa" w:w="4989"/>
          </w:tcPr>
          <w:p>
            <w:pPr>
              <w:spacing w:before="0" w:after="40"/>
              <w:jc w:val="both"/>
            </w:pPr>
            <w:r>
              <w:rPr/>
              <w:t>[   ] ran</w:t>
            </w:r>
          </w:p>
        </w:tc>
      </w:tr>
      <w:tr>
        <w:tc>
          <w:tcPr>
            <w:tcW w:type="dxa" w:w="4989"/>
          </w:tcPr>
          <w:p>
            <w:pPr>
              <w:spacing w:before="0" w:after="40"/>
              <w:jc w:val="both"/>
            </w:pPr>
            <w:r>
              <w:rPr/>
              <w:t>7. sit</w:t>
            </w:r>
          </w:p>
        </w:tc>
        <w:tc>
          <w:tcPr>
            <w:tcW w:type="dxa" w:w="4989"/>
          </w:tcPr>
          <w:p>
            <w:pPr>
              <w:spacing w:before="0" w:after="40"/>
              <w:jc w:val="both"/>
            </w:pPr>
            <w:r>
              <w:rPr/>
              <w:t>[   ] gave</w:t>
            </w:r>
          </w:p>
        </w:tc>
      </w:tr>
      <w:tr>
        <w:tc>
          <w:tcPr>
            <w:tcW w:type="dxa" w:w="4989"/>
          </w:tcPr>
          <w:p>
            <w:pPr>
              <w:spacing w:before="0" w:after="40"/>
              <w:jc w:val="both"/>
            </w:pPr>
            <w:r>
              <w:rPr/>
              <w:t>8. tell</w:t>
            </w:r>
          </w:p>
        </w:tc>
        <w:tc>
          <w:tcPr>
            <w:tcW w:type="dxa" w:w="4989"/>
          </w:tcPr>
          <w:p>
            <w:pPr>
              <w:spacing w:before="0" w:after="40"/>
              <w:jc w:val="both"/>
            </w:pPr>
            <w:r>
              <w:rPr/>
              <w:t>[   ] drank</w:t>
            </w:r>
          </w:p>
        </w:tc>
      </w:tr>
    </w:tbl>
    <w:p>
      <w:pPr>
        <w:spacing w:before="0" w:after="40"/>
        <w:jc w:val="both"/>
      </w:pPr>
    </w:p>
    <w:p>
      <w:pPr>
        <w:spacing w:before="160" w:after="20"/>
        <w:jc w:val="both"/>
      </w:pPr>
      <w:r>
        <w:rPr>
          <w:b/>
          <w:bCs/>
          <w:sz w:val="26"/>
          <w:szCs w:val="26"/>
        </w:rPr>
        <w:t>2. Complete with the past simple of the verb in brackets.</w:t>
      </w:r>
    </w:p>
    <w:p>
      <w:pPr>
        <w:bidi/>
        <w:spacing w:before="0" w:after="0"/>
        <w:jc w:val="both"/>
      </w:pPr>
      <w:r>
        <w:rPr>
          <w:rFonts w:ascii="Arial" w:hAnsi="Arial" w:cs="Arial"/>
          <w:color w:val="6B7280"/>
          <w:sz w:val="20"/>
          <w:szCs w:val="20"/>
          <w:rtl/>
          <w:lang w:val="en-US" w:bidi="he-IL"/>
        </w:rPr>
        <w:t xml:space="preserve">השלימו ב־‎past simple‎ של הפועל שבסוגריים.</w:t>
      </w:r>
    </w:p>
    <w:p>
      <w:pPr>
        <w:bidi/>
        <w:spacing w:before="0" w:after="80"/>
        <w:jc w:val="both"/>
      </w:pPr>
      <w:r>
        <w:rPr>
          <w:rFonts w:ascii="Arial" w:hAnsi="Arial" w:cs="Arial"/>
          <w:color w:val="6B7280"/>
          <w:sz w:val="21"/>
          <w:szCs w:val="21"/>
          <w:rtl/>
          <w:lang w:val="en-US" w:bidi="ar-SA"/>
        </w:rPr>
        <w:t xml:space="preserve">أكمل بصيغة ‎past simple‎ للفعل الذي بين القوسين.</w:t>
      </w:r>
    </w:p>
    <w:p>
      <w:pPr>
        <w:spacing w:before="0" w:after="60"/>
        <w:jc w:val="both"/>
      </w:pPr>
      <w:r>
        <w:rPr/>
        <w:t>a. Yesterday we __________ (bake) cookies.</w:t>
      </w:r>
    </w:p>
    <w:p>
      <w:pPr>
        <w:spacing w:before="0" w:after="60"/>
        <w:jc w:val="both"/>
      </w:pPr>
      <w:r>
        <w:rPr/>
        <w:t>b. Noa __________ (lose) her pencil case.</w:t>
      </w:r>
    </w:p>
    <w:p>
      <w:pPr>
        <w:spacing w:before="0" w:after="60"/>
        <w:jc w:val="both"/>
      </w:pPr>
      <w:r>
        <w:rPr/>
        <w:t>c. The boys __________ (run) to the gate.</w:t>
      </w:r>
    </w:p>
    <w:p>
      <w:pPr>
        <w:spacing w:before="0" w:after="60"/>
        <w:jc w:val="both"/>
      </w:pPr>
      <w:r>
        <w:rPr/>
        <w:t>d. I __________ (cry) at the end of the movie.</w:t>
      </w:r>
    </w:p>
    <w:p>
      <w:pPr>
        <w:spacing w:before="0" w:after="60"/>
        <w:jc w:val="both"/>
      </w:pPr>
      <w:r>
        <w:rPr/>
        <w:t>e. Grandpa __________ (tell) us a funny story.</w:t>
      </w:r>
    </w:p>
    <w:p>
      <w:pPr>
        <w:spacing w:before="160" w:after="20"/>
        <w:jc w:val="both"/>
      </w:pPr>
      <w:r>
        <w:rPr>
          <w:b/>
          <w:bCs/>
          <w:sz w:val="26"/>
          <w:szCs w:val="26"/>
        </w:rPr>
        <w:t>3. Correct or not correct? Sort the sentences.</w:t>
      </w:r>
    </w:p>
    <w:p>
      <w:pPr>
        <w:bidi/>
        <w:spacing w:before="0" w:after="0"/>
        <w:jc w:val="both"/>
      </w:pPr>
      <w:r>
        <w:rPr>
          <w:rFonts w:ascii="Arial" w:hAnsi="Arial" w:cs="Arial"/>
          <w:color w:val="6B7280"/>
          <w:sz w:val="20"/>
          <w:szCs w:val="20"/>
          <w:rtl/>
          <w:lang w:val="en-US" w:bidi="he-IL"/>
        </w:rPr>
        <w:t xml:space="preserve">נכון או לא נכון? מיינו את המשפטים.</w:t>
      </w:r>
    </w:p>
    <w:p>
      <w:pPr>
        <w:bidi/>
        <w:spacing w:before="0" w:after="80"/>
        <w:jc w:val="both"/>
      </w:pPr>
      <w:r>
        <w:rPr>
          <w:rFonts w:ascii="Arial" w:hAnsi="Arial" w:cs="Arial"/>
          <w:color w:val="6B7280"/>
          <w:sz w:val="21"/>
          <w:szCs w:val="21"/>
          <w:rtl/>
          <w:lang w:val="en-US" w:bidi="ar-SA"/>
        </w:rPr>
        <w:t xml:space="preserve">صحيحة أم غير صحيحة؟ صنّف الجمل.</w:t>
      </w:r>
    </w:p>
    <w:p>
      <w:pPr>
        <w:spacing w:before="0" w:after="80"/>
        <w:jc w:val="both"/>
      </w:pPr>
      <w:r>
        <w:rPr>
          <w:color w:val="1E3A8A"/>
          <w:sz w:val="24"/>
          <w:szCs w:val="24"/>
        </w:rPr>
        <w:t>Words: He didn't go.  |  He didn't went.  |  Did you see it?  |  Did you saw it?  |  We didn't play.  |  She didn't ate.</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Correct</w:t>
            </w:r>
          </w:p>
        </w:tc>
        <w:tc>
          <w:tcPr>
            <w:tcW w:type="dxa" w:w="4989"/>
            <w:shd w:val="clear" w:color="auto" w:fill="1e3a8a"/>
          </w:tcPr>
          <w:p>
            <w:pPr>
              <w:spacing w:before="0" w:after="40"/>
              <w:jc w:val="both"/>
            </w:pPr>
            <w:r>
              <w:rPr>
                <w:b/>
                <w:bCs/>
                <w:color w:val="FFFFFF"/>
              </w:rPr>
              <w:t>Not correct</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Complete with did or didn't.</w:t>
      </w:r>
    </w:p>
    <w:p>
      <w:pPr>
        <w:bidi/>
        <w:spacing w:before="0" w:after="0"/>
        <w:jc w:val="both"/>
      </w:pPr>
      <w:r>
        <w:rPr>
          <w:rFonts w:ascii="Arial" w:hAnsi="Arial" w:cs="Arial"/>
          <w:color w:val="6B7280"/>
          <w:sz w:val="20"/>
          <w:szCs w:val="20"/>
          <w:rtl/>
          <w:lang w:val="en-US" w:bidi="he-IL"/>
        </w:rPr>
        <w:t xml:space="preserve">השלימו ב-‎did‎ או ‎didn't‎.</w:t>
      </w:r>
    </w:p>
    <w:p>
      <w:pPr>
        <w:bidi/>
        <w:spacing w:before="0" w:after="80"/>
        <w:jc w:val="both"/>
      </w:pPr>
      <w:r>
        <w:rPr>
          <w:rFonts w:ascii="Arial" w:hAnsi="Arial" w:cs="Arial"/>
          <w:color w:val="6B7280"/>
          <w:sz w:val="21"/>
          <w:szCs w:val="21"/>
          <w:rtl/>
          <w:lang w:val="en-US" w:bidi="ar-SA"/>
        </w:rPr>
        <w:t xml:space="preserve">أكمل بـ ‎did‎ أو ‎didn't‎.</w:t>
      </w:r>
    </w:p>
    <w:p>
      <w:pPr>
        <w:spacing w:before="0" w:after="80"/>
        <w:jc w:val="both"/>
      </w:pPr>
      <w:r>
        <w:rPr>
          <w:color w:val="1E3A8A"/>
          <w:sz w:val="24"/>
          <w:szCs w:val="24"/>
        </w:rPr>
        <w:t>Word bank: did  |  didn't</w:t>
      </w:r>
    </w:p>
    <w:p>
      <w:pPr>
        <w:spacing w:before="0" w:after="60"/>
        <w:jc w:val="both"/>
      </w:pPr>
      <w:r>
        <w:rPr/>
        <w:t>a. __________ you have a good time at the party? Yes, I did.</w:t>
      </w:r>
    </w:p>
    <w:p>
      <w:pPr>
        <w:spacing w:before="0" w:after="60"/>
        <w:jc w:val="both"/>
      </w:pPr>
      <w:r>
        <w:rPr/>
        <w:t>b. Omer was sick, so he __________ come to school.</w:t>
      </w:r>
    </w:p>
    <w:p>
      <w:pPr>
        <w:spacing w:before="0" w:after="60"/>
        <w:jc w:val="both"/>
      </w:pPr>
      <w:r>
        <w:rPr/>
        <w:t>c. I __________ hear the bell. Sorry I'm late!</w:t>
      </w:r>
    </w:p>
    <w:p>
      <w:pPr>
        <w:spacing w:before="0" w:after="60"/>
        <w:jc w:val="both"/>
      </w:pPr>
      <w:r>
        <w:rPr/>
        <w:t>d. What __________ your teacher say?</w:t>
      </w:r>
    </w:p>
    <w:p>
      <w:pPr>
        <w:spacing w:before="160" w:after="20"/>
        <w:jc w:val="both"/>
      </w:pPr>
      <w:r>
        <w:rPr>
          <w:b/>
          <w:bCs/>
          <w:sz w:val="26"/>
          <w:szCs w:val="26"/>
        </w:rPr>
        <w:t>5. Circle the correct question.</w:t>
      </w:r>
    </w:p>
    <w:p>
      <w:pPr>
        <w:bidi/>
        <w:spacing w:before="0" w:after="0"/>
        <w:jc w:val="both"/>
      </w:pPr>
      <w:r>
        <w:rPr>
          <w:rFonts w:ascii="Arial" w:hAnsi="Arial" w:cs="Arial"/>
          <w:color w:val="6B7280"/>
          <w:sz w:val="20"/>
          <w:szCs w:val="20"/>
          <w:rtl/>
          <w:lang w:val="en-US" w:bidi="he-IL"/>
        </w:rPr>
        <w:t xml:space="preserve">הקיפו את השאלה הנכונה.</w:t>
      </w:r>
    </w:p>
    <w:p>
      <w:pPr>
        <w:bidi/>
        <w:spacing w:before="0" w:after="80"/>
        <w:jc w:val="both"/>
      </w:pPr>
      <w:r>
        <w:rPr>
          <w:rFonts w:ascii="Arial" w:hAnsi="Arial" w:cs="Arial"/>
          <w:color w:val="6B7280"/>
          <w:sz w:val="21"/>
          <w:szCs w:val="21"/>
          <w:rtl/>
          <w:lang w:val="en-US" w:bidi="ar-SA"/>
        </w:rPr>
        <w:t xml:space="preserve">ضع دائرة حول السؤال الصحيح.</w:t>
      </w:r>
    </w:p>
    <w:p>
      <w:pPr>
        <w:spacing w:before="0" w:after="20"/>
        <w:jc w:val="both"/>
      </w:pPr>
      <w:r>
        <w:rPr/>
        <w:t>a. Which question is correct?</w:t>
      </w:r>
    </w:p>
    <w:p>
      <w:pPr>
        <w:spacing w:before="0" w:after="80"/>
        <w:jc w:val="both"/>
      </w:pPr>
      <w:r>
        <w:rPr/>
        <w:t xml:space="preserve">   ○ Where you went?      ○ Where did you go?      ○ Where did you went?</w:t>
      </w:r>
    </w:p>
    <w:p>
      <w:pPr>
        <w:spacing w:before="0" w:after="20"/>
        <w:jc w:val="both"/>
      </w:pPr>
      <w:r>
        <w:rPr/>
        <w:t>b. Which question is correct?</w:t>
      </w:r>
    </w:p>
    <w:p>
      <w:pPr>
        <w:spacing w:before="0" w:after="80"/>
        <w:jc w:val="both"/>
      </w:pPr>
      <w:r>
        <w:rPr/>
        <w:t xml:space="preserve">   ○ Did she buy a dress?      ○ Did she bought a dress?      ○ She did buy a dress?</w:t>
      </w:r>
    </w:p>
    <w:p>
      <w:pPr>
        <w:spacing w:before="0" w:after="20"/>
        <w:jc w:val="both"/>
      </w:pPr>
      <w:r>
        <w:rPr/>
        <w:t>c. Which question is correct?</w:t>
      </w:r>
    </w:p>
    <w:p>
      <w:pPr>
        <w:spacing w:before="0" w:after="80"/>
        <w:jc w:val="both"/>
      </w:pPr>
      <w:r>
        <w:rPr/>
        <w:t xml:space="preserve">   ○ What did they eat?      ○ What they ate?      ○ What did they ate?</w:t>
      </w:r>
    </w:p>
    <w:p>
      <w:pPr>
        <w:spacing w:before="0" w:after="20"/>
        <w:jc w:val="both"/>
      </w:pPr>
      <w:r>
        <w:rPr/>
        <w:t>d. Which question is correct?</w:t>
      </w:r>
    </w:p>
    <w:p>
      <w:pPr>
        <w:spacing w:before="0" w:after="80"/>
        <w:jc w:val="both"/>
      </w:pPr>
      <w:r>
        <w:rPr/>
        <w:t xml:space="preserve">   ○ Why did Tom left?      ○ Why Tom left?      ○ Why did Tom leave?</w:t>
      </w:r>
    </w:p>
    <w:p>
      <w:pPr>
        <w:spacing w:before="160" w:after="20"/>
        <w:jc w:val="both"/>
      </w:pPr>
      <w:r>
        <w:rPr>
          <w:b/>
          <w:bCs/>
          <w:sz w:val="26"/>
          <w:szCs w:val="26"/>
        </w:rPr>
        <w:t>6.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Positive</w:t>
            </w:r>
          </w:p>
        </w:tc>
        <w:tc>
          <w:tcPr>
            <w:tcW w:type="dxa" w:w="3326"/>
            <w:shd w:val="clear" w:color="auto" w:fill="1e3a8a"/>
          </w:tcPr>
          <w:p>
            <w:pPr>
              <w:spacing w:before="0" w:after="40"/>
              <w:jc w:val="both"/>
            </w:pPr>
            <w:r>
              <w:rPr>
                <w:b/>
                <w:bCs/>
                <w:color w:val="FFFFFF"/>
              </w:rPr>
              <w:t>Negative</w:t>
            </w:r>
          </w:p>
        </w:tc>
        <w:tc>
          <w:tcPr>
            <w:tcW w:type="dxa" w:w="3326"/>
            <w:shd w:val="clear" w:color="auto" w:fill="1e3a8a"/>
          </w:tcPr>
          <w:p>
            <w:pPr>
              <w:spacing w:before="0" w:after="40"/>
              <w:jc w:val="both"/>
            </w:pPr>
            <w:r>
              <w:rPr>
                <w:b/>
                <w:bCs/>
                <w:color w:val="FFFFFF"/>
              </w:rPr>
              <w:t>Question</w:t>
            </w:r>
          </w:p>
        </w:tc>
      </w:tr>
      <w:tr>
        <w:tc>
          <w:tcPr>
            <w:tcW w:type="dxa" w:w="3326"/>
          </w:tcPr>
          <w:p>
            <w:pPr>
              <w:spacing w:before="0" w:after="40"/>
              <w:jc w:val="both"/>
            </w:pPr>
            <w:r>
              <w:rPr/>
              <w:t>She swam.</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r>
          </w:p>
        </w:tc>
        <w:tc>
          <w:tcPr>
            <w:tcW w:type="dxa" w:w="3326"/>
          </w:tcPr>
          <w:p>
            <w:pPr>
              <w:spacing w:before="0" w:after="40"/>
              <w:jc w:val="both"/>
            </w:pPr>
            <w:r>
              <w:rPr/>
              <w:t>They didn't sing.</w:t>
            </w:r>
          </w:p>
        </w:tc>
        <w:tc>
          <w:tcPr>
            <w:tcW w:type="dxa" w:w="3326"/>
          </w:tcPr>
          <w:p>
            <w:pPr>
              <w:spacing w:before="0" w:after="40"/>
              <w:jc w:val="both"/>
            </w:pPr>
            <w:r>
              <w:rPr/>
            </w:r>
          </w:p>
        </w:tc>
      </w:tr>
      <w:tr>
        <w:tc>
          <w:tcPr>
            <w:tcW w:type="dxa" w:w="3326"/>
          </w:tcPr>
          <w:p>
            <w:pPr>
              <w:spacing w:before="0" w:after="40"/>
              <w:jc w:val="both"/>
            </w:pPr>
            <w:r>
              <w:rPr/>
            </w:r>
          </w:p>
        </w:tc>
        <w:tc>
          <w:tcPr>
            <w:tcW w:type="dxa" w:w="3326"/>
          </w:tcPr>
          <w:p>
            <w:pPr>
              <w:spacing w:before="0" w:after="40"/>
              <w:jc w:val="both"/>
            </w:pPr>
            <w:r>
              <w:rPr/>
            </w:r>
          </w:p>
        </w:tc>
        <w:tc>
          <w:tcPr>
            <w:tcW w:type="dxa" w:w="3326"/>
          </w:tcPr>
          <w:p>
            <w:pPr>
              <w:spacing w:before="0" w:after="40"/>
              <w:jc w:val="both"/>
            </w:pPr>
            <w:r>
              <w:rPr/>
              <w:t>Did you sleep well?</w:t>
            </w:r>
          </w:p>
        </w:tc>
      </w:tr>
      <w:tr>
        <w:tc>
          <w:tcPr>
            <w:tcW w:type="dxa" w:w="3326"/>
          </w:tcPr>
          <w:p>
            <w:pPr>
              <w:spacing w:before="0" w:after="40"/>
              <w:jc w:val="both"/>
            </w:pPr>
            <w:r>
              <w:rPr/>
              <w:t>He took a photo.</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7. Write the question. Use the word in brackets.</w:t>
      </w:r>
    </w:p>
    <w:p>
      <w:pPr>
        <w:bidi/>
        <w:spacing w:before="0" w:after="0"/>
        <w:jc w:val="both"/>
      </w:pPr>
      <w:r>
        <w:rPr>
          <w:rFonts w:ascii="Arial" w:hAnsi="Arial" w:cs="Arial"/>
          <w:color w:val="6B7280"/>
          <w:sz w:val="20"/>
          <w:szCs w:val="20"/>
          <w:rtl/>
          <w:lang w:val="en-US" w:bidi="he-IL"/>
        </w:rPr>
        <w:t xml:space="preserve">כתבו את השאלה. השתמשו במילה שבסוגריים.</w:t>
      </w:r>
    </w:p>
    <w:p>
      <w:pPr>
        <w:bidi/>
        <w:spacing w:before="0" w:after="80"/>
        <w:jc w:val="both"/>
      </w:pPr>
      <w:r>
        <w:rPr>
          <w:rFonts w:ascii="Arial" w:hAnsi="Arial" w:cs="Arial"/>
          <w:color w:val="6B7280"/>
          <w:sz w:val="21"/>
          <w:szCs w:val="21"/>
          <w:rtl/>
          <w:lang w:val="en-US" w:bidi="ar-SA"/>
        </w:rPr>
        <w:t xml:space="preserve">اكتب السؤال. استعمل الكلمة التي بين القوسين.</w:t>
      </w:r>
    </w:p>
    <w:p>
      <w:pPr>
        <w:spacing w:before="0" w:after="60"/>
        <w:jc w:val="both"/>
      </w:pPr>
      <w:r>
        <w:rPr/>
        <w:t>a. (Where) __________ you buy your shoes? At the mall.</w:t>
      </w:r>
    </w:p>
    <w:p>
      <w:pPr>
        <w:spacing w:before="0" w:after="60"/>
        <w:jc w:val="both"/>
      </w:pPr>
      <w:r>
        <w:rPr/>
        <w:t>b. (What) __________ Ariel see at the zoo? A lion.</w:t>
      </w:r>
    </w:p>
    <w:p>
      <w:pPr>
        <w:spacing w:before="0" w:after="60"/>
        <w:jc w:val="both"/>
      </w:pPr>
      <w:r>
        <w:rPr/>
        <w:t>c. (When) __________ the game start? At six.</w:t>
      </w:r>
    </w:p>
    <w:p>
      <w:pPr>
        <w:spacing w:before="0" w:after="60"/>
        <w:jc w:val="both"/>
      </w:pPr>
      <w:r>
        <w:rPr/>
        <w:t>d. (How) __________ you get to school? By bike.</w:t>
      </w:r>
    </w:p>
    <w:p>
      <w:pPr>
        <w:spacing w:before="160" w:after="20"/>
        <w:jc w:val="both"/>
      </w:pPr>
      <w:r>
        <w:rPr>
          <w:b/>
          <w:bCs/>
          <w:sz w:val="26"/>
          <w:szCs w:val="26"/>
        </w:rPr>
        <w:t>8. Find the mistake and write the correct sentence.</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I didn't saw the show.</w:t>
      </w:r>
    </w:p>
    <w:p>
      <w:pPr>
        <w:spacing w:before="0" w:after="100"/>
        <w:jc w:val="both"/>
      </w:pPr>
      <w:r>
        <w:rPr/>
        <w:t>b. Did Maya went home?</w:t>
      </w:r>
    </w:p>
    <w:p>
      <w:pPr>
        <w:spacing w:before="0" w:after="100"/>
        <w:jc w:val="both"/>
      </w:pPr>
      <w:r>
        <w:rPr/>
        <w:t>c. They don't come to the party yesterday.</w:t>
      </w:r>
    </w:p>
    <w:p>
      <w:pPr>
        <w:spacing w:before="0" w:after="100"/>
        <w:jc w:val="both"/>
      </w:pPr>
      <w:r>
        <w:rPr/>
        <w:t>d. Where you did put my book?</w:t>
      </w:r>
    </w:p>
    <w:p>
      <w:pPr>
        <w:spacing w:before="120" w:after="40"/>
        <w:jc w:val="center"/>
      </w:pPr>
      <w:r>
        <w:rPr>
          <w:rFonts w:ascii="Arial Black" w:hAnsi="Arial Black" w:cs="Arial Black"/>
          <w:b/>
          <w:bCs/>
          <w:color w:val="1E3A8A"/>
          <w:sz w:val="30"/>
          <w:szCs w:val="30"/>
        </w:rPr>
        <w:t>Daniel's Birthday</w:t>
      </w:r>
    </w:p>
    <w:p>
      <w:pPr>
        <w:spacing w:before="0" w:after="80"/>
        <w:jc w:val="both"/>
      </w:pPr>
      <w:r>
        <w:rPr/>
        <w:t>Last Friday was Daniel's twelfth birthday. In the morning, he didn't feel very happy. His friends didn't say anything at school, and nobody gave him a card.</w:t>
      </w:r>
    </w:p>
    <w:p>
      <w:pPr>
        <w:spacing w:before="0" w:after="80"/>
        <w:jc w:val="both"/>
      </w:pPr>
      <w:r>
        <w:rPr/>
        <w:t>In the afternoon his mom asked him to come to the community center. "Why?" asked Daniel. "Did I forget something?" She didn't answer. She just smiled.</w:t>
      </w:r>
    </w:p>
    <w:p>
      <w:pPr>
        <w:spacing w:before="0" w:after="80"/>
        <w:jc w:val="both"/>
      </w:pPr>
      <w:r>
        <w:rPr/>
        <w:t>When Daniel opened the door, all the lights went on. Everyone shouted, "Surprise!" His friends were there, and his grandparents, too. There was a big chocolate cake with twelve candles. Daniel's friends made a video for him, and they all watched it together. "Did you plan all this?" Daniel asked his mom. "Of course I did," she laughed.</w:t>
      </w:r>
    </w:p>
    <w:p>
      <w:pPr>
        <w:spacing w:before="160" w:after="20"/>
        <w:jc w:val="both"/>
      </w:pPr>
      <w:r>
        <w:rPr>
          <w:b/>
          <w:bCs/>
          <w:sz w:val="26"/>
          <w:szCs w:val="26"/>
        </w:rPr>
        <w:t>9. Read the text and circle the correct answer.</w:t>
      </w:r>
    </w:p>
    <w:p>
      <w:pPr>
        <w:bidi/>
        <w:spacing w:before="0" w:after="0"/>
        <w:jc w:val="both"/>
      </w:pPr>
      <w:r>
        <w:rPr>
          <w:rFonts w:ascii="Arial" w:hAnsi="Arial" w:cs="Arial"/>
          <w:color w:val="6B7280"/>
          <w:sz w:val="20"/>
          <w:szCs w:val="20"/>
          <w:rtl/>
          <w:lang w:val="en-US" w:bidi="he-IL"/>
        </w:rPr>
        <w:t xml:space="preserve">קראו את הטקסט והקיפו את התשובה הנכונה.</w:t>
      </w:r>
    </w:p>
    <w:p>
      <w:pPr>
        <w:bidi/>
        <w:spacing w:before="0" w:after="80"/>
        <w:jc w:val="both"/>
      </w:pPr>
      <w:r>
        <w:rPr>
          <w:rFonts w:ascii="Arial" w:hAnsi="Arial" w:cs="Arial"/>
          <w:color w:val="6B7280"/>
          <w:sz w:val="21"/>
          <w:szCs w:val="21"/>
          <w:rtl/>
          <w:lang w:val="en-US" w:bidi="ar-SA"/>
        </w:rPr>
        <w:t xml:space="preserve">اقرأ النص وضع دائرة حول الإجابة الصحيحة.</w:t>
      </w:r>
    </w:p>
    <w:p>
      <w:pPr>
        <w:spacing w:before="0" w:after="20"/>
        <w:jc w:val="both"/>
      </w:pPr>
      <w:r>
        <w:rPr/>
        <w:t>a. How old was Daniel last Friday?</w:t>
      </w:r>
    </w:p>
    <w:p>
      <w:pPr>
        <w:spacing w:before="0" w:after="80"/>
        <w:jc w:val="both"/>
      </w:pPr>
      <w:r>
        <w:rPr/>
        <w:t xml:space="preserve">   ○ eleven      ○ twelve      ○ thirteen</w:t>
      </w:r>
    </w:p>
    <w:p>
      <w:pPr>
        <w:spacing w:before="0" w:after="20"/>
        <w:jc w:val="both"/>
      </w:pPr>
      <w:r>
        <w:rPr/>
        <w:t>b. Why didn't Daniel feel happy in the morning?</w:t>
      </w:r>
    </w:p>
    <w:p>
      <w:pPr>
        <w:spacing w:before="0" w:after="80"/>
        <w:jc w:val="both"/>
      </w:pPr>
      <w:r>
        <w:rPr/>
        <w:t xml:space="preserve">   ○ He was sick.      ○ His friends didn't say anything.      ○ He lost his card.</w:t>
      </w:r>
    </w:p>
    <w:p>
      <w:pPr>
        <w:spacing w:before="0" w:after="20"/>
        <w:jc w:val="both"/>
      </w:pPr>
      <w:r>
        <w:rPr/>
        <w:t>c. What did Daniel's friends make for him?</w:t>
      </w:r>
    </w:p>
    <w:p>
      <w:pPr>
        <w:spacing w:before="0" w:after="80"/>
        <w:jc w:val="both"/>
      </w:pPr>
      <w:r>
        <w:rPr/>
        <w:t xml:space="preserve">   ○ a cake      ○ a card      ○ a video</w:t>
      </w:r>
    </w:p>
    <w:p>
      <w:pPr>
        <w:spacing w:before="160" w:after="20"/>
        <w:jc w:val="both"/>
      </w:pPr>
      <w:r>
        <w:rPr>
          <w:b/>
          <w:bCs/>
          <w:sz w:val="26"/>
          <w:szCs w:val="26"/>
        </w:rPr>
        <w:t>10.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Daniel's friends gave him a card at school.      True / False</w:t>
      </w:r>
    </w:p>
    <w:p>
      <w:pPr>
        <w:spacing w:before="0" w:after="60"/>
        <w:jc w:val="both"/>
      </w:pPr>
      <w:r>
        <w:rPr/>
        <w:t>b. Daniel's mom answered his question.      True / False</w:t>
      </w:r>
    </w:p>
    <w:p>
      <w:pPr>
        <w:spacing w:before="0" w:after="60"/>
        <w:jc w:val="both"/>
      </w:pPr>
      <w:r>
        <w:rPr/>
        <w:t>c. Daniel's grandparents came to the party.      True / False</w:t>
      </w:r>
    </w:p>
    <w:p>
      <w:pPr>
        <w:spacing w:before="160" w:after="20"/>
        <w:jc w:val="both"/>
      </w:pPr>
      <w:r>
        <w:rPr>
          <w:b/>
          <w:bCs/>
          <w:sz w:val="26"/>
          <w:szCs w:val="26"/>
        </w:rPr>
        <w:t>11. Complete the questions about the text.</w:t>
      </w:r>
    </w:p>
    <w:p>
      <w:pPr>
        <w:bidi/>
        <w:spacing w:before="0" w:after="0"/>
        <w:jc w:val="both"/>
      </w:pPr>
      <w:r>
        <w:rPr>
          <w:rFonts w:ascii="Arial" w:hAnsi="Arial" w:cs="Arial"/>
          <w:color w:val="6B7280"/>
          <w:sz w:val="20"/>
          <w:szCs w:val="20"/>
          <w:rtl/>
          <w:lang w:val="en-US" w:bidi="he-IL"/>
        </w:rPr>
        <w:t xml:space="preserve">השלימו את השאלות על הטקסט.</w:t>
      </w:r>
    </w:p>
    <w:p>
      <w:pPr>
        <w:bidi/>
        <w:spacing w:before="0" w:after="80"/>
        <w:jc w:val="both"/>
      </w:pPr>
      <w:r>
        <w:rPr>
          <w:rFonts w:ascii="Arial" w:hAnsi="Arial" w:cs="Arial"/>
          <w:color w:val="6B7280"/>
          <w:sz w:val="21"/>
          <w:szCs w:val="21"/>
          <w:rtl/>
          <w:lang w:val="en-US" w:bidi="ar-SA"/>
        </w:rPr>
        <w:t xml:space="preserve">أكمل الأسئلة حول النص.</w:t>
      </w:r>
    </w:p>
    <w:p>
      <w:pPr>
        <w:spacing w:before="0" w:after="60"/>
        <w:jc w:val="both"/>
      </w:pPr>
      <w:r>
        <w:rPr/>
        <w:t>a. Where __________ the party take place? At the community center.</w:t>
      </w:r>
    </w:p>
    <w:p>
      <w:pPr>
        <w:spacing w:before="0" w:after="60"/>
        <w:jc w:val="both"/>
      </w:pPr>
      <w:r>
        <w:rPr/>
        <w:t>b. __________ Daniel's mom plan the party? Yes, she did.</w:t>
      </w:r>
    </w:p>
    <w:p>
      <w:pPr>
        <w:spacing w:before="0" w:after="60"/>
        <w:jc w:val="both"/>
      </w:pPr>
      <w:r>
        <w:rPr/>
        <w:t>c. What __________ everyone shout? «Surprise!»</w:t>
      </w:r>
    </w:p>
    <w:p>
      <w:pPr>
        <w:spacing w:before="160" w:after="20"/>
        <w:jc w:val="both"/>
      </w:pPr>
      <w:r>
        <w:rPr>
          <w:b/>
          <w:bCs/>
          <w:sz w:val="26"/>
          <w:szCs w:val="26"/>
        </w:rPr>
        <w:t>12. Imagine you were at Daniel's party. Write 3–4 sentences: what did you do, and what didn't you do?</w:t>
      </w:r>
    </w:p>
    <w:p>
      <w:pPr>
        <w:bidi/>
        <w:spacing w:before="0" w:after="0"/>
        <w:jc w:val="both"/>
      </w:pPr>
      <w:r>
        <w:rPr>
          <w:rFonts w:ascii="Arial" w:hAnsi="Arial" w:cs="Arial"/>
          <w:color w:val="6B7280"/>
          <w:sz w:val="20"/>
          <w:szCs w:val="20"/>
          <w:rtl/>
          <w:lang w:val="en-US" w:bidi="he-IL"/>
        </w:rPr>
        <w:t xml:space="preserve">דמיינו שהייתם במסיבה של דניאל. כתבו 3–4 משפטים: מה עשיתם, ומה לא עשיתם?</w:t>
      </w:r>
    </w:p>
    <w:p>
      <w:pPr>
        <w:bidi/>
        <w:spacing w:before="0" w:after="80"/>
        <w:jc w:val="both"/>
      </w:pPr>
      <w:r>
        <w:rPr>
          <w:rFonts w:ascii="Arial" w:hAnsi="Arial" w:cs="Arial"/>
          <w:color w:val="6B7280"/>
          <w:sz w:val="21"/>
          <w:szCs w:val="21"/>
          <w:rtl/>
          <w:lang w:val="en-US" w:bidi="ar-SA"/>
        </w:rPr>
        <w:t xml:space="preserve">تخيّل أنك كنت في حفلة دانيال. اكتب 3–4 جمل: ماذا فعلت، وماذا لم تفعل؟</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13. Write 3 questions to ask a friend about his or her last vacation. Use did.</w:t>
      </w:r>
    </w:p>
    <w:p>
      <w:pPr>
        <w:bidi/>
        <w:spacing w:before="0" w:after="0"/>
        <w:jc w:val="both"/>
      </w:pPr>
      <w:r>
        <w:rPr>
          <w:rFonts w:ascii="Arial" w:hAnsi="Arial" w:cs="Arial"/>
          <w:color w:val="6B7280"/>
          <w:sz w:val="20"/>
          <w:szCs w:val="20"/>
          <w:rtl/>
          <w:lang w:val="en-US" w:bidi="he-IL"/>
        </w:rPr>
        <w:t xml:space="preserve">כתבו 3 שאלות לשאול חבר או חברה על החופשה האחרונה שלהם. השתמשו ב-‎did‎.</w:t>
      </w:r>
    </w:p>
    <w:p>
      <w:pPr>
        <w:bidi/>
        <w:spacing w:before="0" w:after="80"/>
        <w:jc w:val="both"/>
      </w:pPr>
      <w:r>
        <w:rPr>
          <w:rFonts w:ascii="Arial" w:hAnsi="Arial" w:cs="Arial"/>
          <w:color w:val="6B7280"/>
          <w:sz w:val="21"/>
          <w:szCs w:val="21"/>
          <w:rtl/>
          <w:lang w:val="en-US" w:bidi="ar-SA"/>
        </w:rPr>
        <w:t xml:space="preserve">اكتب 3 أسئلة تسأل بها صديقًا أو صديقة عن عطلته الأخيرة. استعمل ‎did‎.</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6   |   Unit 3</w:t>
      </w:r>
    </w:p>
    <w:p>
      <w:pPr>
        <w:spacing w:before="0" w:after="40"/>
        <w:jc w:val="both"/>
      </w:pPr>
      <w:r>
        <w:rPr>
          <w:rFonts w:ascii="Arial Black" w:hAnsi="Arial Black" w:cs="Arial Black"/>
          <w:b/>
          <w:bCs/>
          <w:color w:val="1E3A8A"/>
          <w:sz w:val="44"/>
          <w:szCs w:val="44"/>
        </w:rPr>
        <w:t>Unit 3: "Going to" for future plans</w:t>
      </w:r>
    </w:p>
    <w:p>
      <w:pPr>
        <w:bidi/>
        <w:spacing w:before="0" w:after="0"/>
        <w:jc w:val="both"/>
      </w:pPr>
      <w:r>
        <w:rPr>
          <w:rFonts w:ascii="Arial" w:hAnsi="Arial" w:cs="Arial"/>
          <w:color w:val="6B7280"/>
          <w:sz w:val="22"/>
          <w:szCs w:val="22"/>
          <w:rtl/>
          <w:lang w:val="en-US" w:bidi="he-IL"/>
        </w:rPr>
        <w:t xml:space="preserve">‎«going to»‎ לתוכניות לעתיד</w:t>
      </w:r>
    </w:p>
    <w:p>
      <w:pPr>
        <w:bidi/>
        <w:spacing w:before="0" w:after="120"/>
        <w:jc w:val="both"/>
      </w:pPr>
      <w:r>
        <w:rPr>
          <w:rFonts w:ascii="Arial" w:hAnsi="Arial" w:cs="Arial"/>
          <w:color w:val="6B7280"/>
          <w:sz w:val="23"/>
          <w:szCs w:val="23"/>
          <w:rtl/>
          <w:lang w:val="en-US" w:bidi="ar-SA"/>
        </w:rPr>
        <w:t xml:space="preserve">‎«going to»‎ للخطط المستقبلية</w:t>
      </w:r>
    </w:p>
    <w:p>
      <w:pPr>
        <w:spacing w:before="0" w:after="80"/>
        <w:jc w:val="center"/>
      </w:pPr>
      <w:r>
        <w:drawing>
          <wp:inline xmlns:a="http://schemas.openxmlformats.org/drawingml/2006/main" xmlns:pic="http://schemas.openxmlformats.org/drawingml/2006/picture">
            <wp:extent cx="3240000" cy="2160000"/>
            <wp:docPr id="16" name="Picture 16"/>
            <wp:cNvGraphicFramePr>
              <a:graphicFrameLocks noChangeAspect="1"/>
            </wp:cNvGraphicFramePr>
            <a:graphic>
              <a:graphicData uri="http://schemas.openxmlformats.org/drawingml/2006/picture">
                <pic:pic>
                  <pic:nvPicPr>
                    <pic:cNvPr id="0" name="english_g6_t03.jpg"/>
                    <pic:cNvPicPr/>
                  </pic:nvPicPr>
                  <pic:blipFill>
                    <a:blip r:embed="rId24"/>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1E3A8A"/>
          <w:sz w:val="28"/>
          <w:szCs w:val="28"/>
        </w:rPr>
        <w:t>◆ The form</w:t>
      </w:r>
    </w:p>
    <w:p>
      <w:pPr>
        <w:bidi/>
        <w:spacing w:before="0" w:after="0"/>
        <w:jc w:val="both"/>
      </w:pPr>
      <w:r>
        <w:rPr>
          <w:rFonts w:ascii="Arial" w:hAnsi="Arial" w:cs="Arial"/>
          <w:color w:val="6B7280"/>
          <w:sz w:val="20"/>
          <w:szCs w:val="20"/>
          <w:rtl/>
          <w:lang w:val="en-US" w:bidi="he-IL"/>
        </w:rPr>
        <w:t xml:space="preserve">המבנה</w:t>
      </w:r>
    </w:p>
    <w:p>
      <w:pPr>
        <w:bidi/>
        <w:spacing w:before="0" w:after="40"/>
        <w:jc w:val="both"/>
      </w:pPr>
      <w:r>
        <w:rPr>
          <w:rFonts w:ascii="Arial" w:hAnsi="Arial" w:cs="Arial"/>
          <w:color w:val="6B7280"/>
          <w:sz w:val="21"/>
          <w:szCs w:val="21"/>
          <w:rtl/>
          <w:lang w:val="en-US" w:bidi="ar-SA"/>
        </w:rPr>
        <w:t xml:space="preserve">الصيغة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r>
          </w:p>
        </w:tc>
        <w:tc>
          <w:tcPr>
            <w:tcW w:type="dxa" w:w="3326"/>
            <w:shd w:val="clear" w:color="auto" w:fill="1e3a8a"/>
          </w:tcPr>
          <w:p>
            <w:pPr>
              <w:spacing w:before="0" w:after="40"/>
              <w:jc w:val="both"/>
            </w:pPr>
            <w:r>
              <w:rPr>
                <w:b/>
                <w:bCs/>
                <w:color w:val="FFFFFF"/>
              </w:rPr>
              <w:t>Form</w:t>
            </w:r>
          </w:p>
        </w:tc>
        <w:tc>
          <w:tcPr>
            <w:tcW w:type="dxa" w:w="3326"/>
            <w:shd w:val="clear" w:color="auto" w:fill="1e3a8a"/>
          </w:tcPr>
          <w:p>
            <w:pPr>
              <w:spacing w:before="0" w:after="40"/>
              <w:jc w:val="both"/>
            </w:pPr>
            <w:r>
              <w:rPr>
                <w:b/>
                <w:bCs/>
                <w:color w:val="FFFFFF"/>
              </w:rPr>
              <w:t>Example</w:t>
            </w:r>
          </w:p>
        </w:tc>
      </w:tr>
      <w:tr>
        <w:tc>
          <w:tcPr>
            <w:tcW w:type="dxa" w:w="3326"/>
          </w:tcPr>
          <w:p>
            <w:pPr>
              <w:spacing w:before="0" w:after="40"/>
              <w:jc w:val="both"/>
            </w:pPr>
            <w:r>
              <w:rPr/>
              <w:t>+</w:t>
            </w:r>
          </w:p>
        </w:tc>
        <w:tc>
          <w:tcPr>
            <w:tcW w:type="dxa" w:w="3326"/>
          </w:tcPr>
          <w:p>
            <w:pPr>
              <w:spacing w:before="0" w:after="40"/>
              <w:jc w:val="both"/>
            </w:pPr>
            <w:r>
              <w:rPr/>
              <w:t>am / is / are + going to + verb</w:t>
            </w:r>
          </w:p>
        </w:tc>
        <w:tc>
          <w:tcPr>
            <w:tcW w:type="dxa" w:w="3326"/>
          </w:tcPr>
          <w:p>
            <w:pPr>
              <w:spacing w:before="0" w:after="40"/>
              <w:jc w:val="both"/>
            </w:pPr>
            <w:r>
              <w:rPr/>
              <w:t>He is going to travel.</w:t>
            </w:r>
          </w:p>
        </w:tc>
      </w:tr>
      <w:tr>
        <w:tc>
          <w:tcPr>
            <w:tcW w:type="dxa" w:w="3326"/>
          </w:tcPr>
          <w:p>
            <w:pPr>
              <w:spacing w:before="0" w:after="40"/>
              <w:jc w:val="both"/>
            </w:pPr>
            <w:r>
              <w:rPr/>
              <w:t>–</w:t>
            </w:r>
          </w:p>
        </w:tc>
        <w:tc>
          <w:tcPr>
            <w:tcW w:type="dxa" w:w="3326"/>
          </w:tcPr>
          <w:p>
            <w:pPr>
              <w:spacing w:before="0" w:after="40"/>
              <w:jc w:val="both"/>
            </w:pPr>
            <w:r>
              <w:rPr/>
              <w:t>am not / isn't / aren't + going to + verb</w:t>
            </w:r>
          </w:p>
        </w:tc>
        <w:tc>
          <w:tcPr>
            <w:tcW w:type="dxa" w:w="3326"/>
          </w:tcPr>
          <w:p>
            <w:pPr>
              <w:spacing w:before="0" w:after="40"/>
              <w:jc w:val="both"/>
            </w:pPr>
            <w:r>
              <w:rPr/>
              <w:t>He isn't going to travel.</w:t>
            </w:r>
          </w:p>
        </w:tc>
      </w:tr>
      <w:tr>
        <w:tc>
          <w:tcPr>
            <w:tcW w:type="dxa" w:w="3326"/>
          </w:tcPr>
          <w:p>
            <w:pPr>
              <w:spacing w:before="0" w:after="40"/>
              <w:jc w:val="both"/>
            </w:pPr>
            <w:r>
              <w:rPr/>
              <w:t>?</w:t>
            </w:r>
          </w:p>
        </w:tc>
        <w:tc>
          <w:tcPr>
            <w:tcW w:type="dxa" w:w="3326"/>
          </w:tcPr>
          <w:p>
            <w:pPr>
              <w:spacing w:before="0" w:after="40"/>
              <w:jc w:val="both"/>
            </w:pPr>
            <w:r>
              <w:rPr/>
              <w:t>Am / Is / Are + subject + going to + verb?</w:t>
            </w:r>
          </w:p>
        </w:tc>
        <w:tc>
          <w:tcPr>
            <w:tcW w:type="dxa" w:w="3326"/>
          </w:tcPr>
          <w:p>
            <w:pPr>
              <w:spacing w:before="0" w:after="40"/>
              <w:jc w:val="both"/>
            </w:pPr>
            <w:r>
              <w:rPr/>
              <w:t>Is he going to travel?</w:t>
            </w:r>
          </w:p>
        </w:tc>
      </w:tr>
    </w:tbl>
    <w:p>
      <w:pPr>
        <w:spacing w:before="0" w:after="40"/>
        <w:jc w:val="both"/>
      </w:pPr>
    </w:p>
    <w:p>
      <w:pPr>
        <w:spacing w:before="120" w:after="40"/>
        <w:jc w:val="both"/>
      </w:pPr>
      <w:r>
        <w:rPr>
          <w:rFonts w:ascii="Arial Black" w:hAnsi="Arial Black" w:cs="Arial Black"/>
          <w:b/>
          <w:bCs/>
          <w:color w:val="1E3A8A"/>
          <w:sz w:val="28"/>
          <w:szCs w:val="28"/>
        </w:rPr>
        <w:t>◆ Who takes what?</w:t>
      </w:r>
    </w:p>
    <w:p>
      <w:pPr>
        <w:bidi/>
        <w:spacing w:before="0" w:after="0"/>
        <w:jc w:val="both"/>
      </w:pPr>
      <w:r>
        <w:rPr>
          <w:rFonts w:ascii="Arial" w:hAnsi="Arial" w:cs="Arial"/>
          <w:color w:val="6B7280"/>
          <w:sz w:val="20"/>
          <w:szCs w:val="20"/>
          <w:rtl/>
          <w:lang w:val="en-US" w:bidi="he-IL"/>
        </w:rPr>
        <w:t xml:space="preserve">מי מקבל מה?</w:t>
      </w:r>
    </w:p>
    <w:p>
      <w:pPr>
        <w:bidi/>
        <w:spacing w:before="0" w:after="40"/>
        <w:jc w:val="both"/>
      </w:pPr>
      <w:r>
        <w:rPr>
          <w:rFonts w:ascii="Arial" w:hAnsi="Arial" w:cs="Arial"/>
          <w:color w:val="6B7280"/>
          <w:sz w:val="21"/>
          <w:szCs w:val="21"/>
          <w:rtl/>
          <w:lang w:val="en-US" w:bidi="ar-SA"/>
        </w:rPr>
        <w:t xml:space="preserve">مَن يأخذ ماذا؟</w:t>
      </w:r>
    </w:p>
    <w:p>
      <w:pPr>
        <w:spacing w:before="0" w:after="20"/>
        <w:jc w:val="both"/>
      </w:pPr>
      <w:r>
        <w:rPr/>
        <w:t>1. I: am</w:t>
      </w:r>
    </w:p>
    <w:p>
      <w:pPr>
        <w:spacing w:before="0" w:after="20"/>
        <w:jc w:val="both"/>
      </w:pPr>
      <w:r>
        <w:rPr/>
        <w:t>2. he / she / it: is</w:t>
      </w:r>
    </w:p>
    <w:p>
      <w:pPr>
        <w:spacing w:before="0" w:after="20"/>
        <w:jc w:val="both"/>
      </w:pPr>
      <w:r>
        <w:rPr/>
        <w:t>3. you / we / they: are</w:t>
      </w:r>
    </w:p>
    <w:p>
      <w:pPr>
        <w:spacing w:before="120" w:after="40"/>
        <w:jc w:val="both"/>
      </w:pPr>
      <w:r>
        <w:rPr>
          <w:rFonts w:ascii="Arial Black" w:hAnsi="Arial Black" w:cs="Arial Black"/>
          <w:b/>
          <w:bCs/>
          <w:color w:val="1E3A8A"/>
          <w:sz w:val="28"/>
          <w:szCs w:val="28"/>
        </w:rPr>
        <w:t>◆ Future time words</w:t>
      </w:r>
    </w:p>
    <w:p>
      <w:pPr>
        <w:bidi/>
        <w:spacing w:before="0" w:after="0"/>
        <w:jc w:val="both"/>
      </w:pPr>
      <w:r>
        <w:rPr>
          <w:rFonts w:ascii="Arial" w:hAnsi="Arial" w:cs="Arial"/>
          <w:color w:val="6B7280"/>
          <w:sz w:val="20"/>
          <w:szCs w:val="20"/>
          <w:rtl/>
          <w:lang w:val="en-US" w:bidi="he-IL"/>
        </w:rPr>
        <w:t xml:space="preserve">מילות זמן לעתיד</w:t>
      </w:r>
    </w:p>
    <w:p>
      <w:pPr>
        <w:bidi/>
        <w:spacing w:before="0" w:after="40"/>
        <w:jc w:val="both"/>
      </w:pPr>
      <w:r>
        <w:rPr>
          <w:rFonts w:ascii="Arial" w:hAnsi="Arial" w:cs="Arial"/>
          <w:color w:val="6B7280"/>
          <w:sz w:val="21"/>
          <w:szCs w:val="21"/>
          <w:rtl/>
          <w:lang w:val="en-US" w:bidi="ar-SA"/>
        </w:rPr>
        <w:t xml:space="preserve">كلمات زمن للمستقبل</w:t>
      </w:r>
    </w:p>
    <w:p>
      <w:pPr>
        <w:spacing w:before="0" w:after="40"/>
        <w:jc w:val="both"/>
      </w:pPr>
      <w:r>
        <w:rPr/>
        <w:t>tomorrow, tonight, next week, next month, next year, this summer, on Friday, soon.</w:t>
      </w:r>
    </w:p>
    <w:p>
      <w:pPr>
        <w:spacing w:before="120" w:after="40"/>
        <w:jc w:val="both"/>
      </w:pPr>
      <w:r>
        <w:rPr>
          <w:rFonts w:ascii="Arial Black" w:hAnsi="Arial Black" w:cs="Arial Black"/>
          <w:b/>
          <w:bCs/>
          <w:color w:val="1E3A8A"/>
          <w:sz w:val="28"/>
          <w:szCs w:val="28"/>
        </w:rPr>
        <w:t>◆ Wh-questions</w:t>
      </w:r>
    </w:p>
    <w:p>
      <w:pPr>
        <w:bidi/>
        <w:spacing w:before="0" w:after="0"/>
        <w:jc w:val="both"/>
      </w:pPr>
      <w:r>
        <w:rPr>
          <w:rFonts w:ascii="Arial" w:hAnsi="Arial" w:cs="Arial"/>
          <w:color w:val="6B7280"/>
          <w:sz w:val="20"/>
          <w:szCs w:val="20"/>
          <w:rtl/>
          <w:lang w:val="en-US" w:bidi="he-IL"/>
        </w:rPr>
        <w:t xml:space="preserve">שאלות ‎Wh‎</w:t>
      </w:r>
    </w:p>
    <w:p>
      <w:pPr>
        <w:bidi/>
        <w:spacing w:before="0" w:after="40"/>
        <w:jc w:val="both"/>
      </w:pPr>
      <w:r>
        <w:rPr>
          <w:rFonts w:ascii="Arial" w:hAnsi="Arial" w:cs="Arial"/>
          <w:color w:val="6B7280"/>
          <w:sz w:val="21"/>
          <w:szCs w:val="21"/>
          <w:rtl/>
          <w:lang w:val="en-US" w:bidi="ar-SA"/>
        </w:rPr>
        <w:t xml:space="preserve">أسئلة ‎Wh‎</w:t>
      </w:r>
    </w:p>
    <w:p>
      <w:pPr>
        <w:spacing w:before="0" w:after="0"/>
        <w:jc w:val="both"/>
      </w:pPr>
      <w:r>
        <w:rPr>
          <w:color w:val="5B6476"/>
          <w:sz w:val="22"/>
          <w:szCs w:val="22"/>
        </w:rPr>
        <w:t>Examples:</w:t>
      </w:r>
    </w:p>
    <w:p>
      <w:pPr>
        <w:bidi/>
        <w:spacing w:before="0" w:after="0"/>
        <w:jc w:val="both"/>
      </w:pPr>
      <w:r>
        <w:rPr>
          <w:rFonts w:ascii="Arial" w:hAnsi="Arial" w:cs="Arial"/>
          <w:color w:val="6B7280"/>
          <w:sz w:val="20"/>
          <w:szCs w:val="20"/>
          <w:rtl/>
          <w:lang w:val="en-US" w:bidi="he-IL"/>
        </w:rPr>
        <w:t xml:space="preserve">דוגמאות:</w:t>
      </w:r>
    </w:p>
    <w:p>
      <w:pPr>
        <w:bidi/>
        <w:spacing w:before="0" w:after="40"/>
        <w:jc w:val="both"/>
      </w:pPr>
      <w:r>
        <w:rPr>
          <w:rFonts w:ascii="Arial" w:hAnsi="Arial" w:cs="Arial"/>
          <w:color w:val="6B7280"/>
          <w:sz w:val="21"/>
          <w:szCs w:val="21"/>
          <w:rtl/>
          <w:lang w:val="en-US" w:bidi="ar-SA"/>
        </w:rPr>
        <w:t xml:space="preserve">أمثلة:</w:t>
      </w:r>
    </w:p>
    <w:p>
      <w:pPr>
        <w:spacing w:before="0" w:after="120"/>
        <w:jc w:val="both"/>
      </w:pPr>
      <w:r>
        <w:rPr>
          <w:color w:val="334055"/>
          <w:sz w:val="24"/>
          <w:szCs w:val="24"/>
        </w:rPr>
        <w:t>What are you going to do on Saturday? · Where is Maya going to celebrate her birthday?</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297375"/>
                  <wp:docPr id="17" name="Picture 17"/>
                  <wp:cNvGraphicFramePr>
                    <a:graphicFrameLocks noChangeAspect="1"/>
                  </wp:cNvGraphicFramePr>
                  <a:graphic>
                    <a:graphicData uri="http://schemas.openxmlformats.org/drawingml/2006/picture">
                      <pic:pic>
                        <pic:nvPicPr>
                          <pic:cNvPr id="0" name="car.png"/>
                          <pic:cNvPicPr/>
                        </pic:nvPicPr>
                        <pic:blipFill>
                          <a:blip r:embed="rId25"/>
                          <a:stretch>
                            <a:fillRect/>
                          </a:stretch>
                        </pic:blipFill>
                        <pic:spPr>
                          <a:xfrm>
                            <a:off x="0" y="0"/>
                            <a:ext cx="468000" cy="297375"/>
                          </a:xfrm>
                          <a:prstGeom prst="rect"/>
                        </pic:spPr>
                      </pic:pic>
                    </a:graphicData>
                  </a:graphic>
                </wp:inline>
              </w:drawing>
            </w:r>
          </w:p>
          <w:p>
            <w:pPr>
              <w:spacing w:before="0" w:after="0"/>
              <w:jc w:val="center"/>
            </w:pPr>
            <w:r>
              <w:rPr>
                <w:b/>
                <w:bCs/>
                <w:sz w:val="23"/>
                <w:szCs w:val="23"/>
              </w:rPr>
              <w:t>car</w:t>
            </w:r>
          </w:p>
          <w:p>
            <w:pPr>
              <w:bidi/>
              <w:spacing w:before="0" w:after="0"/>
              <w:jc w:val="center"/>
            </w:pPr>
            <w:r>
              <w:rPr>
                <w:rFonts w:ascii="Arial" w:hAnsi="Arial" w:cs="Arial"/>
                <w:color w:val="6B7280"/>
                <w:sz w:val="17"/>
                <w:szCs w:val="17"/>
                <w:rtl/>
                <w:lang w:val="en-US" w:bidi="he-IL"/>
              </w:rPr>
              <w:t xml:space="preserve">מכונית</w:t>
            </w:r>
          </w:p>
          <w:p>
            <w:pPr>
              <w:bidi/>
              <w:spacing w:before="0" w:after="0"/>
              <w:jc w:val="center"/>
            </w:pPr>
            <w:r>
              <w:rPr>
                <w:rFonts w:ascii="Arial" w:hAnsi="Arial" w:cs="Arial"/>
                <w:color w:val="6B7280"/>
                <w:sz w:val="17"/>
                <w:szCs w:val="17"/>
                <w:rtl/>
                <w:lang w:val="en-US" w:bidi="ar-SA"/>
              </w:rPr>
              <w:t xml:space="preserve">سيارة</w:t>
            </w:r>
          </w:p>
        </w:tc>
        <w:tc>
          <w:tcPr>
            <w:tcW w:type="dxa" w:w="1663"/>
          </w:tcPr>
          <w:p>
            <w:pPr>
              <w:spacing w:before="0" w:after="0"/>
              <w:jc w:val="center"/>
            </w:pPr>
            <w:r>
              <w:drawing>
                <wp:inline xmlns:a="http://schemas.openxmlformats.org/drawingml/2006/main" xmlns:pic="http://schemas.openxmlformats.org/drawingml/2006/picture">
                  <wp:extent cx="468000" cy="331500"/>
                  <wp:docPr id="18" name="Picture 18"/>
                  <wp:cNvGraphicFramePr>
                    <a:graphicFrameLocks noChangeAspect="1"/>
                  </wp:cNvGraphicFramePr>
                  <a:graphic>
                    <a:graphicData uri="http://schemas.openxmlformats.org/drawingml/2006/picture">
                      <pic:pic>
                        <pic:nvPicPr>
                          <pic:cNvPr id="0" name="book.png"/>
                          <pic:cNvPicPr/>
                        </pic:nvPicPr>
                        <pic:blipFill>
                          <a:blip r:embed="rId26"/>
                          <a:stretch>
                            <a:fillRect/>
                          </a:stretch>
                        </pic:blipFill>
                        <pic:spPr>
                          <a:xfrm>
                            <a:off x="0" y="0"/>
                            <a:ext cx="468000" cy="331500"/>
                          </a:xfrm>
                          <a:prstGeom prst="rect"/>
                        </pic:spPr>
                      </pic:pic>
                    </a:graphicData>
                  </a:graphic>
                </wp:inline>
              </w:drawing>
            </w:r>
          </w:p>
          <w:p>
            <w:pPr>
              <w:spacing w:before="0" w:after="0"/>
              <w:jc w:val="center"/>
            </w:pPr>
            <w:r>
              <w:rPr>
                <w:b/>
                <w:bCs/>
                <w:sz w:val="23"/>
                <w:szCs w:val="23"/>
              </w:rPr>
              <w:t>book</w:t>
            </w:r>
          </w:p>
          <w:p>
            <w:pPr>
              <w:bidi/>
              <w:spacing w:before="0" w:after="0"/>
              <w:jc w:val="center"/>
            </w:pPr>
            <w:r>
              <w:rPr>
                <w:rFonts w:ascii="Arial" w:hAnsi="Arial" w:cs="Arial"/>
                <w:color w:val="6B7280"/>
                <w:sz w:val="17"/>
                <w:szCs w:val="17"/>
                <w:rtl/>
                <w:lang w:val="en-US" w:bidi="he-IL"/>
              </w:rPr>
              <w:t xml:space="preserve">ספר</w:t>
            </w:r>
          </w:p>
          <w:p>
            <w:pPr>
              <w:bidi/>
              <w:spacing w:before="0" w:after="0"/>
              <w:jc w:val="center"/>
            </w:pPr>
            <w:r>
              <w:rPr>
                <w:rFonts w:ascii="Arial" w:hAnsi="Arial" w:cs="Arial"/>
                <w:color w:val="6B7280"/>
                <w:sz w:val="17"/>
                <w:szCs w:val="17"/>
                <w:rtl/>
                <w:lang w:val="en-US" w:bidi="ar-SA"/>
              </w:rPr>
              <w:t xml:space="preserve">كتاب</w:t>
            </w:r>
          </w:p>
        </w:tc>
        <w:tc>
          <w:tcPr>
            <w:tcW w:type="dxa" w:w="1663"/>
          </w:tcPr>
          <w:p>
            <w:pPr>
              <w:spacing w:before="0" w:after="0"/>
              <w:jc w:val="center"/>
            </w:pPr>
            <w:r>
              <w:drawing>
                <wp:inline xmlns:a="http://schemas.openxmlformats.org/drawingml/2006/main" xmlns:pic="http://schemas.openxmlformats.org/drawingml/2006/picture">
                  <wp:extent cx="468000" cy="365625"/>
                  <wp:docPr id="19" name="Picture 19"/>
                  <wp:cNvGraphicFramePr>
                    <a:graphicFrameLocks noChangeAspect="1"/>
                  </wp:cNvGraphicFramePr>
                  <a:graphic>
                    <a:graphicData uri="http://schemas.openxmlformats.org/drawingml/2006/picture">
                      <pic:pic>
                        <pic:nvPicPr>
                          <pic:cNvPr id="0" name="dog.png"/>
                          <pic:cNvPicPr/>
                        </pic:nvPicPr>
                        <pic:blipFill>
                          <a:blip r:embed="rId27"/>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607136"/>
                  <wp:docPr id="20" name="Picture 20"/>
                  <wp:cNvGraphicFramePr>
                    <a:graphicFrameLocks noChangeAspect="1"/>
                  </wp:cNvGraphicFramePr>
                  <a:graphic>
                    <a:graphicData uri="http://schemas.openxmlformats.org/drawingml/2006/picture">
                      <pic:pic>
                        <pic:nvPicPr>
                          <pic:cNvPr id="0" name="cake.png"/>
                          <pic:cNvPicPr/>
                        </pic:nvPicPr>
                        <pic:blipFill>
                          <a:blip r:embed="rId22"/>
                          <a:stretch>
                            <a:fillRect/>
                          </a:stretch>
                        </pic:blipFill>
                        <pic:spPr>
                          <a:xfrm>
                            <a:off x="0" y="0"/>
                            <a:ext cx="468000" cy="607136"/>
                          </a:xfrm>
                          <a:prstGeom prst="rect"/>
                        </pic:spPr>
                      </pic:pic>
                    </a:graphicData>
                  </a:graphic>
                </wp:inline>
              </w:drawing>
            </w:r>
          </w:p>
          <w:p>
            <w:pPr>
              <w:spacing w:before="0" w:after="0"/>
              <w:jc w:val="center"/>
            </w:pPr>
            <w:r>
              <w:rPr>
                <w:b/>
                <w:bCs/>
                <w:sz w:val="23"/>
                <w:szCs w:val="23"/>
              </w:rPr>
              <w:t>cake</w:t>
            </w:r>
          </w:p>
          <w:p>
            <w:pPr>
              <w:bidi/>
              <w:spacing w:before="0" w:after="0"/>
              <w:jc w:val="center"/>
            </w:pPr>
            <w:r>
              <w:rPr>
                <w:rFonts w:ascii="Arial" w:hAnsi="Arial" w:cs="Arial"/>
                <w:color w:val="6B7280"/>
                <w:sz w:val="17"/>
                <w:szCs w:val="17"/>
                <w:rtl/>
                <w:lang w:val="en-US" w:bidi="he-IL"/>
              </w:rPr>
              <w:t xml:space="preserve">עוגה</w:t>
            </w:r>
          </w:p>
          <w:p>
            <w:pPr>
              <w:bidi/>
              <w:spacing w:before="0" w:after="0"/>
              <w:jc w:val="center"/>
            </w:pPr>
            <w:r>
              <w:rPr>
                <w:rFonts w:ascii="Arial" w:hAnsi="Arial" w:cs="Arial"/>
                <w:color w:val="6B7280"/>
                <w:sz w:val="17"/>
                <w:szCs w:val="17"/>
                <w:rtl/>
                <w:lang w:val="en-US" w:bidi="ar-SA"/>
              </w:rPr>
              <w:t xml:space="preserve">كعكة</w:t>
            </w:r>
          </w:p>
        </w:tc>
        <w:tc>
          <w:tcPr>
            <w:tcW w:type="dxa" w:w="1663"/>
          </w:tcPr>
          <w:p>
            <w:pPr>
              <w:spacing w:before="0" w:after="0"/>
              <w:jc w:val="center"/>
            </w:pPr>
            <w:r>
              <w:drawing>
                <wp:inline xmlns:a="http://schemas.openxmlformats.org/drawingml/2006/main" xmlns:pic="http://schemas.openxmlformats.org/drawingml/2006/picture">
                  <wp:extent cx="468000" cy="443625"/>
                  <wp:docPr id="21" name="Picture 21"/>
                  <wp:cNvGraphicFramePr>
                    <a:graphicFrameLocks noChangeAspect="1"/>
                  </wp:cNvGraphicFramePr>
                  <a:graphic>
                    <a:graphicData uri="http://schemas.openxmlformats.org/drawingml/2006/picture">
                      <pic:pic>
                        <pic:nvPicPr>
                          <pic:cNvPr id="0" name="kite.png"/>
                          <pic:cNvPicPr/>
                        </pic:nvPicPr>
                        <pic:blipFill>
                          <a:blip r:embed="rId28"/>
                          <a:stretch>
                            <a:fillRect/>
                          </a:stretch>
                        </pic:blipFill>
                        <pic:spPr>
                          <a:xfrm>
                            <a:off x="0" y="0"/>
                            <a:ext cx="468000" cy="443625"/>
                          </a:xfrm>
                          <a:prstGeom prst="rect"/>
                        </pic:spPr>
                      </pic:pic>
                    </a:graphicData>
                  </a:graphic>
                </wp:inline>
              </w:drawing>
            </w:r>
          </w:p>
          <w:p>
            <w:pPr>
              <w:spacing w:before="0" w:after="0"/>
              <w:jc w:val="center"/>
            </w:pPr>
            <w:r>
              <w:rPr>
                <w:b/>
                <w:bCs/>
                <w:sz w:val="23"/>
                <w:szCs w:val="23"/>
              </w:rPr>
              <w:t>kite</w:t>
            </w:r>
          </w:p>
          <w:p>
            <w:pPr>
              <w:bidi/>
              <w:spacing w:before="0" w:after="0"/>
              <w:jc w:val="center"/>
            </w:pPr>
            <w:r>
              <w:rPr>
                <w:rFonts w:ascii="Arial" w:hAnsi="Arial" w:cs="Arial"/>
                <w:color w:val="6B7280"/>
                <w:sz w:val="17"/>
                <w:szCs w:val="17"/>
                <w:rtl/>
                <w:lang w:val="en-US" w:bidi="he-IL"/>
              </w:rPr>
              <w:t xml:space="preserve">עפיפון</w:t>
            </w:r>
          </w:p>
          <w:p>
            <w:pPr>
              <w:bidi/>
              <w:spacing w:before="0" w:after="0"/>
              <w:jc w:val="center"/>
            </w:pPr>
            <w:r>
              <w:rPr>
                <w:rFonts w:ascii="Arial" w:hAnsi="Arial" w:cs="Arial"/>
                <w:color w:val="6B7280"/>
                <w:sz w:val="17"/>
                <w:szCs w:val="17"/>
                <w:rtl/>
                <w:lang w:val="en-US" w:bidi="ar-SA"/>
              </w:rPr>
              <w:t xml:space="preserve">طائرة ورقية</w:t>
            </w:r>
          </w:p>
        </w:tc>
        <w:tc>
          <w:tcPr>
            <w:tcW w:type="dxa" w:w="1663"/>
          </w:tcPr>
          <w:p>
            <w:pPr>
              <w:spacing w:before="0" w:after="0"/>
              <w:jc w:val="center"/>
            </w:pPr>
            <w:r>
              <w:drawing>
                <wp:inline xmlns:a="http://schemas.openxmlformats.org/drawingml/2006/main" xmlns:pic="http://schemas.openxmlformats.org/drawingml/2006/picture">
                  <wp:extent cx="468000" cy="641829"/>
                  <wp:docPr id="22" name="Picture 22"/>
                  <wp:cNvGraphicFramePr>
                    <a:graphicFrameLocks noChangeAspect="1"/>
                  </wp:cNvGraphicFramePr>
                  <a:graphic>
                    <a:graphicData uri="http://schemas.openxmlformats.org/drawingml/2006/picture">
                      <pic:pic>
                        <pic:nvPicPr>
                          <pic:cNvPr id="0" name="train.png"/>
                          <pic:cNvPicPr/>
                        </pic:nvPicPr>
                        <pic:blipFill>
                          <a:blip r:embed="rId29"/>
                          <a:stretch>
                            <a:fillRect/>
                          </a:stretch>
                        </pic:blipFill>
                        <pic:spPr>
                          <a:xfrm>
                            <a:off x="0" y="0"/>
                            <a:ext cx="468000" cy="641829"/>
                          </a:xfrm>
                          <a:prstGeom prst="rect"/>
                        </pic:spPr>
                      </pic:pic>
                    </a:graphicData>
                  </a:graphic>
                </wp:inline>
              </w:drawing>
            </w:r>
          </w:p>
          <w:p>
            <w:pPr>
              <w:spacing w:before="0" w:after="0"/>
              <w:jc w:val="center"/>
            </w:pPr>
            <w:r>
              <w:rPr>
                <w:b/>
                <w:bCs/>
                <w:sz w:val="23"/>
                <w:szCs w:val="23"/>
              </w:rPr>
              <w:t>train</w:t>
            </w:r>
          </w:p>
          <w:p>
            <w:pPr>
              <w:bidi/>
              <w:spacing w:before="0" w:after="0"/>
              <w:jc w:val="center"/>
            </w:pPr>
            <w:r>
              <w:rPr>
                <w:rFonts w:ascii="Arial" w:hAnsi="Arial" w:cs="Arial"/>
                <w:color w:val="6B7280"/>
                <w:sz w:val="17"/>
                <w:szCs w:val="17"/>
                <w:rtl/>
                <w:lang w:val="en-US" w:bidi="he-IL"/>
              </w:rPr>
              <w:t xml:space="preserve">רכבת</w:t>
            </w:r>
          </w:p>
          <w:p>
            <w:pPr>
              <w:bidi/>
              <w:spacing w:before="0" w:after="0"/>
              <w:jc w:val="center"/>
            </w:pPr>
            <w:r>
              <w:rPr>
                <w:rFonts w:ascii="Arial" w:hAnsi="Arial" w:cs="Arial"/>
                <w:color w:val="6B7280"/>
                <w:sz w:val="17"/>
                <w:szCs w:val="17"/>
                <w:rtl/>
                <w:lang w:val="en-US" w:bidi="ar-SA"/>
              </w:rPr>
              <w:t xml:space="preserve">قطار</w:t>
            </w:r>
          </w:p>
        </w:tc>
      </w:tr>
    </w:tbl>
    <w:p>
      <w:pPr>
        <w:spacing w:before="0" w:after="80"/>
        <w:jc w:val="both"/>
      </w:pPr>
    </w:p>
    <w:p>
      <w:pPr>
        <w:spacing w:before="160" w:after="20"/>
        <w:jc w:val="both"/>
      </w:pPr>
      <w:r>
        <w:rPr>
          <w:b/>
          <w:bCs/>
          <w:sz w:val="26"/>
          <w:szCs w:val="26"/>
        </w:rPr>
        <w:t>1. Sort the time words.</w:t>
      </w:r>
    </w:p>
    <w:p>
      <w:pPr>
        <w:bidi/>
        <w:spacing w:before="0" w:after="0"/>
        <w:jc w:val="both"/>
      </w:pPr>
      <w:r>
        <w:rPr>
          <w:rFonts w:ascii="Arial" w:hAnsi="Arial" w:cs="Arial"/>
          <w:color w:val="6B7280"/>
          <w:sz w:val="20"/>
          <w:szCs w:val="20"/>
          <w:rtl/>
          <w:lang w:val="en-US" w:bidi="he-IL"/>
        </w:rPr>
        <w:t xml:space="preserve">מיינו את מילות הזמן.</w:t>
      </w:r>
    </w:p>
    <w:p>
      <w:pPr>
        <w:bidi/>
        <w:spacing w:before="0" w:after="80"/>
        <w:jc w:val="both"/>
      </w:pPr>
      <w:r>
        <w:rPr>
          <w:rFonts w:ascii="Arial" w:hAnsi="Arial" w:cs="Arial"/>
          <w:color w:val="6B7280"/>
          <w:sz w:val="21"/>
          <w:szCs w:val="21"/>
          <w:rtl/>
          <w:lang w:val="en-US" w:bidi="ar-SA"/>
        </w:rPr>
        <w:t xml:space="preserve">صنّف كلمات الزمن.</w:t>
      </w:r>
    </w:p>
    <w:p>
      <w:pPr>
        <w:spacing w:before="0" w:after="80"/>
        <w:jc w:val="both"/>
      </w:pPr>
      <w:r>
        <w:rPr>
          <w:color w:val="1E3A8A"/>
          <w:sz w:val="24"/>
          <w:szCs w:val="24"/>
        </w:rPr>
        <w:t>Words: next month  |  last night  |  soon  |  yesterday  |  this summer  |  a year ago  |  on Sunday  |  in 2020</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Past</w:t>
            </w:r>
          </w:p>
        </w:tc>
        <w:tc>
          <w:tcPr>
            <w:tcW w:type="dxa" w:w="4989"/>
            <w:shd w:val="clear" w:color="auto" w:fill="1e3a8a"/>
          </w:tcPr>
          <w:p>
            <w:pPr>
              <w:spacing w:before="0" w:after="40"/>
              <w:jc w:val="both"/>
            </w:pPr>
            <w:r>
              <w:rPr>
                <w:b/>
                <w:bCs/>
                <w:color w:val="FFFFFF"/>
              </w:rPr>
              <w:t>Future</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2. Match the plans to the reasons.</w:t>
      </w:r>
    </w:p>
    <w:p>
      <w:pPr>
        <w:bidi/>
        <w:spacing w:before="0" w:after="0"/>
        <w:jc w:val="both"/>
      </w:pPr>
      <w:r>
        <w:rPr>
          <w:rFonts w:ascii="Arial" w:hAnsi="Arial" w:cs="Arial"/>
          <w:color w:val="6B7280"/>
          <w:sz w:val="20"/>
          <w:szCs w:val="20"/>
          <w:rtl/>
          <w:lang w:val="en-US" w:bidi="he-IL"/>
        </w:rPr>
        <w:t xml:space="preserve">התאימו בין התוכניות לסיבות.</w:t>
      </w:r>
    </w:p>
    <w:p>
      <w:pPr>
        <w:bidi/>
        <w:spacing w:before="0" w:after="80"/>
        <w:jc w:val="both"/>
      </w:pPr>
      <w:r>
        <w:rPr>
          <w:rFonts w:ascii="Arial" w:hAnsi="Arial" w:cs="Arial"/>
          <w:color w:val="6B7280"/>
          <w:sz w:val="21"/>
          <w:szCs w:val="21"/>
          <w:rtl/>
          <w:lang w:val="en-US" w:bidi="ar-SA"/>
        </w:rPr>
        <w:t xml:space="preserve">صِل الخطط بالأسباب.</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Column A</w:t>
            </w:r>
          </w:p>
        </w:tc>
        <w:tc>
          <w:tcPr>
            <w:tcW w:type="dxa" w:w="4989"/>
            <w:shd w:val="clear" w:color="auto" w:fill="1e3a8a"/>
          </w:tcPr>
          <w:p>
            <w:pPr>
              <w:spacing w:before="0" w:after="40"/>
              <w:jc w:val="both"/>
            </w:pPr>
            <w:r>
              <w:rPr>
                <w:b/>
                <w:bCs/>
                <w:color w:val="FFFFFF"/>
              </w:rPr>
              <w:t>Column B</w:t>
            </w:r>
          </w:p>
        </w:tc>
      </w:tr>
      <w:tr>
        <w:tc>
          <w:tcPr>
            <w:tcW w:type="dxa" w:w="4989"/>
          </w:tcPr>
          <w:p>
            <w:pPr>
              <w:spacing w:before="0" w:after="40"/>
              <w:jc w:val="both"/>
            </w:pPr>
            <w:r>
              <w:rPr/>
              <w:t>1. I'm going to wear a coat</w:t>
            </w:r>
          </w:p>
        </w:tc>
        <w:tc>
          <w:tcPr>
            <w:tcW w:type="dxa" w:w="4989"/>
          </w:tcPr>
          <w:p>
            <w:pPr>
              <w:spacing w:before="0" w:after="40"/>
              <w:jc w:val="both"/>
            </w:pPr>
            <w:r>
              <w:rPr/>
              <w:t>[   ] because she is thirsty.</w:t>
            </w:r>
          </w:p>
        </w:tc>
      </w:tr>
      <w:tr>
        <w:tc>
          <w:tcPr>
            <w:tcW w:type="dxa" w:w="4989"/>
          </w:tcPr>
          <w:p>
            <w:pPr>
              <w:spacing w:before="0" w:after="40"/>
              <w:jc w:val="both"/>
            </w:pPr>
            <w:r>
              <w:rPr/>
              <w:t>2. Ben is going to study hard</w:t>
            </w:r>
          </w:p>
        </w:tc>
        <w:tc>
          <w:tcPr>
            <w:tcW w:type="dxa" w:w="4989"/>
          </w:tcPr>
          <w:p>
            <w:pPr>
              <w:spacing w:before="0" w:after="40"/>
              <w:jc w:val="both"/>
            </w:pPr>
            <w:r>
              <w:rPr/>
              <w:t>[   ] because it's Mom's birthday.</w:t>
            </w:r>
          </w:p>
        </w:tc>
      </w:tr>
      <w:tr>
        <w:tc>
          <w:tcPr>
            <w:tcW w:type="dxa" w:w="4989"/>
          </w:tcPr>
          <w:p>
            <w:pPr>
              <w:spacing w:before="0" w:after="40"/>
              <w:jc w:val="both"/>
            </w:pPr>
            <w:r>
              <w:rPr/>
              <w:t>3. We are going to buy flowers</w:t>
            </w:r>
          </w:p>
        </w:tc>
        <w:tc>
          <w:tcPr>
            <w:tcW w:type="dxa" w:w="4989"/>
          </w:tcPr>
          <w:p>
            <w:pPr>
              <w:spacing w:before="0" w:after="40"/>
              <w:jc w:val="both"/>
            </w:pPr>
            <w:r>
              <w:rPr/>
              <w:t>[   ] because it's raining.</w:t>
            </w:r>
          </w:p>
        </w:tc>
      </w:tr>
      <w:tr>
        <w:tc>
          <w:tcPr>
            <w:tcW w:type="dxa" w:w="4989"/>
          </w:tcPr>
          <w:p>
            <w:pPr>
              <w:spacing w:before="0" w:after="40"/>
              <w:jc w:val="both"/>
            </w:pPr>
            <w:r>
              <w:rPr/>
              <w:t>4. They are going to take an umbrella</w:t>
            </w:r>
          </w:p>
        </w:tc>
        <w:tc>
          <w:tcPr>
            <w:tcW w:type="dxa" w:w="4989"/>
          </w:tcPr>
          <w:p>
            <w:pPr>
              <w:spacing w:before="0" w:after="40"/>
              <w:jc w:val="both"/>
            </w:pPr>
            <w:r>
              <w:rPr/>
              <w:t>[   ] because it's cold.</w:t>
            </w:r>
          </w:p>
        </w:tc>
      </w:tr>
      <w:tr>
        <w:tc>
          <w:tcPr>
            <w:tcW w:type="dxa" w:w="4989"/>
          </w:tcPr>
          <w:p>
            <w:pPr>
              <w:spacing w:before="0" w:after="40"/>
              <w:jc w:val="both"/>
            </w:pPr>
            <w:r>
              <w:rPr/>
              <w:t>5. Noa is going to drink water</w:t>
            </w:r>
          </w:p>
        </w:tc>
        <w:tc>
          <w:tcPr>
            <w:tcW w:type="dxa" w:w="4989"/>
          </w:tcPr>
          <w:p>
            <w:pPr>
              <w:spacing w:before="0" w:after="40"/>
              <w:jc w:val="both"/>
            </w:pPr>
            <w:r>
              <w:rPr/>
              <w:t>[   ] because he has a test.</w:t>
            </w:r>
          </w:p>
        </w:tc>
      </w:tr>
    </w:tbl>
    <w:p>
      <w:pPr>
        <w:spacing w:before="0" w:after="40"/>
        <w:jc w:val="both"/>
      </w:pPr>
    </w:p>
    <w:p>
      <w:pPr>
        <w:spacing w:before="160" w:after="20"/>
        <w:jc w:val="both"/>
      </w:pPr>
      <w:r>
        <w:rPr>
          <w:b/>
          <w:bCs/>
          <w:sz w:val="26"/>
          <w:szCs w:val="26"/>
        </w:rPr>
        <w:t>3. Complete with the correct form of going to and the verb in brackets.</w:t>
      </w:r>
    </w:p>
    <w:p>
      <w:pPr>
        <w:bidi/>
        <w:spacing w:before="0" w:after="0"/>
        <w:jc w:val="both"/>
      </w:pPr>
      <w:r>
        <w:rPr>
          <w:rFonts w:ascii="Arial" w:hAnsi="Arial" w:cs="Arial"/>
          <w:color w:val="6B7280"/>
          <w:sz w:val="20"/>
          <w:szCs w:val="20"/>
          <w:rtl/>
          <w:lang w:val="en-US" w:bidi="he-IL"/>
        </w:rPr>
        <w:t xml:space="preserve">השלימו בצורה הנכונה של ‎going to‎ ובפועל שבסוגריים.</w:t>
      </w:r>
    </w:p>
    <w:p>
      <w:pPr>
        <w:bidi/>
        <w:spacing w:before="0" w:after="80"/>
        <w:jc w:val="both"/>
      </w:pPr>
      <w:r>
        <w:rPr>
          <w:rFonts w:ascii="Arial" w:hAnsi="Arial" w:cs="Arial"/>
          <w:color w:val="6B7280"/>
          <w:sz w:val="21"/>
          <w:szCs w:val="21"/>
          <w:rtl/>
          <w:lang w:val="en-US" w:bidi="ar-SA"/>
        </w:rPr>
        <w:t xml:space="preserve">أكمل بالصيغة الصحيحة لـ ‎going to‎ والفعل الذي بين القوسين.</w:t>
      </w:r>
    </w:p>
    <w:p>
      <w:pPr>
        <w:spacing w:before="0" w:after="60"/>
        <w:jc w:val="both"/>
      </w:pPr>
      <w:r>
        <w:rPr/>
        <w:t>a. Next week I __________ (start) guitar lessons.</w:t>
      </w:r>
    </w:p>
    <w:p>
      <w:pPr>
        <w:spacing w:before="0" w:after="60"/>
        <w:jc w:val="both"/>
      </w:pPr>
      <w:r>
        <w:rPr/>
        <w:t>b. Tamar __________ (paint) a picture for her grandma.</w:t>
      </w:r>
    </w:p>
    <w:p>
      <w:pPr>
        <w:spacing w:before="0" w:after="60"/>
        <w:jc w:val="both"/>
      </w:pPr>
      <w:r>
        <w:rPr/>
        <w:t>c. My cousins __________ (stay) with us this summer.</w:t>
      </w:r>
    </w:p>
    <w:p>
      <w:pPr>
        <w:spacing w:before="0" w:after="60"/>
        <w:jc w:val="both"/>
      </w:pPr>
      <w:r>
        <w:rPr/>
        <w:t>d. Daniel __________ (ride) his new bike tomorrow.</w:t>
      </w:r>
    </w:p>
    <w:p>
      <w:pPr>
        <w:spacing w:before="0" w:after="60"/>
        <w:jc w:val="both"/>
      </w:pPr>
      <w:r>
        <w:rPr/>
        <w:t>e. We __________ (watch) the fireworks tonight.</w:t>
      </w:r>
    </w:p>
    <w:p>
      <w:pPr>
        <w:spacing w:before="160" w:after="20"/>
        <w:jc w:val="both"/>
      </w:pPr>
      <w:r>
        <w:rPr>
          <w:b/>
          <w:bCs/>
          <w:sz w:val="26"/>
          <w:szCs w:val="26"/>
        </w:rPr>
        <w:t>4. Circle the correct sentence.</w:t>
      </w:r>
    </w:p>
    <w:p>
      <w:pPr>
        <w:bidi/>
        <w:spacing w:before="0" w:after="0"/>
        <w:jc w:val="both"/>
      </w:pPr>
      <w:r>
        <w:rPr>
          <w:rFonts w:ascii="Arial" w:hAnsi="Arial" w:cs="Arial"/>
          <w:color w:val="6B7280"/>
          <w:sz w:val="20"/>
          <w:szCs w:val="20"/>
          <w:rtl/>
          <w:lang w:val="en-US" w:bidi="he-IL"/>
        </w:rPr>
        <w:t xml:space="preserve">הקיפו את המשפט הנכון.</w:t>
      </w:r>
    </w:p>
    <w:p>
      <w:pPr>
        <w:bidi/>
        <w:spacing w:before="0" w:after="80"/>
        <w:jc w:val="both"/>
      </w:pPr>
      <w:r>
        <w:rPr>
          <w:rFonts w:ascii="Arial" w:hAnsi="Arial" w:cs="Arial"/>
          <w:color w:val="6B7280"/>
          <w:sz w:val="21"/>
          <w:szCs w:val="21"/>
          <w:rtl/>
          <w:lang w:val="en-US" w:bidi="ar-SA"/>
        </w:rPr>
        <w:t xml:space="preserve">ضع دائرة حول الجملة الصحيحة.</w:t>
      </w:r>
    </w:p>
    <w:p>
      <w:pPr>
        <w:spacing w:before="0" w:after="20"/>
        <w:jc w:val="both"/>
      </w:pPr>
      <w:r>
        <w:rPr/>
        <w:t>a. Which sentence is correct?</w:t>
      </w:r>
    </w:p>
    <w:p>
      <w:pPr>
        <w:spacing w:before="0" w:after="80"/>
        <w:jc w:val="both"/>
      </w:pPr>
      <w:r>
        <w:rPr/>
        <w:t xml:space="preserve">   ○ He going to sleep.      ○ He is going to sleep.      ○ He is going sleep.</w:t>
      </w:r>
    </w:p>
    <w:p>
      <w:pPr>
        <w:spacing w:before="0" w:after="20"/>
        <w:jc w:val="both"/>
      </w:pPr>
      <w:r>
        <w:rPr/>
        <w:t>b. Which sentence is correct?</w:t>
      </w:r>
    </w:p>
    <w:p>
      <w:pPr>
        <w:spacing w:before="0" w:after="80"/>
        <w:jc w:val="both"/>
      </w:pPr>
      <w:r>
        <w:rPr/>
        <w:t xml:space="preserve">   ○ Are you going to eat?      ○ You are going to eat?      ○ Do you going to eat?</w:t>
      </w:r>
    </w:p>
    <w:p>
      <w:pPr>
        <w:spacing w:before="0" w:after="20"/>
        <w:jc w:val="both"/>
      </w:pPr>
      <w:r>
        <w:rPr/>
        <w:t>c. Which sentence is correct?</w:t>
      </w:r>
    </w:p>
    <w:p>
      <w:pPr>
        <w:spacing w:before="0" w:after="80"/>
        <w:jc w:val="both"/>
      </w:pPr>
      <w:r>
        <w:rPr/>
        <w:t xml:space="preserve">   ○ They isn't going to come.      ○ They don't going to come.      ○ They aren't going to come.</w:t>
      </w:r>
    </w:p>
    <w:p>
      <w:pPr>
        <w:spacing w:before="160" w:after="20"/>
        <w:jc w:val="both"/>
      </w:pPr>
      <w:r>
        <w:rPr>
          <w:b/>
          <w:bCs/>
          <w:sz w:val="26"/>
          <w:szCs w:val="26"/>
        </w:rPr>
        <w:t>5. Complete the questions with a question word from the box.</w:t>
      </w:r>
    </w:p>
    <w:p>
      <w:pPr>
        <w:bidi/>
        <w:spacing w:before="0" w:after="0"/>
        <w:jc w:val="both"/>
      </w:pPr>
      <w:r>
        <w:rPr>
          <w:rFonts w:ascii="Arial" w:hAnsi="Arial" w:cs="Arial"/>
          <w:color w:val="6B7280"/>
          <w:sz w:val="20"/>
          <w:szCs w:val="20"/>
          <w:rtl/>
          <w:lang w:val="en-US" w:bidi="he-IL"/>
        </w:rPr>
        <w:t xml:space="preserve">השלימו את השאלות במילת שאלה מהתיבה.</w:t>
      </w:r>
    </w:p>
    <w:p>
      <w:pPr>
        <w:bidi/>
        <w:spacing w:before="0" w:after="80"/>
        <w:jc w:val="both"/>
      </w:pPr>
      <w:r>
        <w:rPr>
          <w:rFonts w:ascii="Arial" w:hAnsi="Arial" w:cs="Arial"/>
          <w:color w:val="6B7280"/>
          <w:sz w:val="21"/>
          <w:szCs w:val="21"/>
          <w:rtl/>
          <w:lang w:val="en-US" w:bidi="ar-SA"/>
        </w:rPr>
        <w:t xml:space="preserve">أكمل الأسئلة بكلمة سؤال من المربع.</w:t>
      </w:r>
    </w:p>
    <w:p>
      <w:pPr>
        <w:spacing w:before="0" w:after="80"/>
        <w:jc w:val="both"/>
      </w:pPr>
      <w:r>
        <w:rPr>
          <w:color w:val="1E3A8A"/>
          <w:sz w:val="24"/>
          <w:szCs w:val="24"/>
        </w:rPr>
        <w:t>Word bank: What  |  Where  |  When  |  Who  |  How</w:t>
      </w:r>
    </w:p>
    <w:p>
      <w:pPr>
        <w:spacing w:before="0" w:after="60"/>
        <w:jc w:val="both"/>
      </w:pPr>
      <w:r>
        <w:rPr/>
        <w:t>a. __________ are you going to invite? Noam and Ben.</w:t>
      </w:r>
    </w:p>
    <w:p>
      <w:pPr>
        <w:spacing w:before="0" w:after="60"/>
        <w:jc w:val="both"/>
      </w:pPr>
      <w:r>
        <w:rPr/>
        <w:t>b. __________ is Maya going to do after school? Her homework.</w:t>
      </w:r>
    </w:p>
    <w:p>
      <w:pPr>
        <w:spacing w:before="0" w:after="60"/>
        <w:jc w:val="both"/>
      </w:pPr>
      <w:r>
        <w:rPr/>
        <w:t>c. __________ are we going to get there? By train.</w:t>
      </w:r>
    </w:p>
    <w:p>
      <w:pPr>
        <w:spacing w:before="0" w:after="60"/>
        <w:jc w:val="both"/>
      </w:pPr>
      <w:r>
        <w:rPr/>
        <w:t>d. __________ are they going to fly? On Monday morning.</w:t>
      </w:r>
    </w:p>
    <w:p>
      <w:pPr>
        <w:spacing w:before="0" w:after="60"/>
        <w:jc w:val="both"/>
      </w:pPr>
      <w:r>
        <w:rPr/>
        <w:t>e. __________ is Itay going to sleep? At his friend's house.</w:t>
      </w:r>
    </w:p>
    <w:p>
      <w:pPr>
        <w:spacing w:before="160" w:after="20"/>
        <w:jc w:val="both"/>
      </w:pPr>
      <w:r>
        <w:rPr>
          <w:b/>
          <w:bCs/>
          <w:sz w:val="26"/>
          <w:szCs w:val="26"/>
        </w:rPr>
        <w:t>6. Read Ariel's diary for next week and write sentences with going to.</w:t>
      </w:r>
    </w:p>
    <w:p>
      <w:pPr>
        <w:bidi/>
        <w:spacing w:before="0" w:after="0"/>
        <w:jc w:val="both"/>
      </w:pPr>
      <w:r>
        <w:rPr>
          <w:rFonts w:ascii="Arial" w:hAnsi="Arial" w:cs="Arial"/>
          <w:color w:val="6B7280"/>
          <w:sz w:val="20"/>
          <w:szCs w:val="20"/>
          <w:rtl/>
          <w:lang w:val="en-US" w:bidi="he-IL"/>
        </w:rPr>
        <w:t xml:space="preserve">קראו את היומן של אריאל לשבוע הבא וכתבו משפטים עם ‎going to‎.</w:t>
      </w:r>
    </w:p>
    <w:p>
      <w:pPr>
        <w:bidi/>
        <w:spacing w:before="0" w:after="80"/>
        <w:jc w:val="both"/>
      </w:pPr>
      <w:r>
        <w:rPr>
          <w:rFonts w:ascii="Arial" w:hAnsi="Arial" w:cs="Arial"/>
          <w:color w:val="6B7280"/>
          <w:sz w:val="21"/>
          <w:szCs w:val="21"/>
          <w:rtl/>
          <w:lang w:val="en-US" w:bidi="ar-SA"/>
        </w:rPr>
        <w:t xml:space="preserve">اقرأ مفكّرة أريئيل للأسبوع القادم واكتب جملًا مع ‎going to‎.</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Day</w:t>
            </w:r>
          </w:p>
        </w:tc>
        <w:tc>
          <w:tcPr>
            <w:tcW w:type="dxa" w:w="3326"/>
            <w:shd w:val="clear" w:color="auto" w:fill="1e3a8a"/>
          </w:tcPr>
          <w:p>
            <w:pPr>
              <w:spacing w:before="0" w:after="40"/>
              <w:jc w:val="both"/>
            </w:pPr>
            <w:r>
              <w:rPr>
                <w:b/>
                <w:bCs/>
                <w:color w:val="FFFFFF"/>
              </w:rPr>
              <w:t>Plan</w:t>
            </w:r>
          </w:p>
        </w:tc>
        <w:tc>
          <w:tcPr>
            <w:tcW w:type="dxa" w:w="3326"/>
            <w:shd w:val="clear" w:color="auto" w:fill="1e3a8a"/>
          </w:tcPr>
          <w:p>
            <w:pPr>
              <w:spacing w:before="0" w:after="40"/>
              <w:jc w:val="both"/>
            </w:pPr>
            <w:r>
              <w:rPr>
                <w:b/>
                <w:bCs/>
                <w:color w:val="FFFFFF"/>
              </w:rPr>
              <w:t>Sentence</w:t>
            </w:r>
          </w:p>
        </w:tc>
      </w:tr>
      <w:tr>
        <w:tc>
          <w:tcPr>
            <w:tcW w:type="dxa" w:w="3326"/>
          </w:tcPr>
          <w:p>
            <w:pPr>
              <w:spacing w:before="0" w:after="40"/>
              <w:jc w:val="both"/>
            </w:pPr>
            <w:r>
              <w:rPr/>
              <w:t>Sunday</w:t>
            </w:r>
          </w:p>
        </w:tc>
        <w:tc>
          <w:tcPr>
            <w:tcW w:type="dxa" w:w="3326"/>
          </w:tcPr>
          <w:p>
            <w:pPr>
              <w:spacing w:before="0" w:after="40"/>
              <w:jc w:val="both"/>
            </w:pPr>
            <w:r>
              <w:rPr/>
              <w:t>play tennis</w:t>
            </w:r>
          </w:p>
        </w:tc>
        <w:tc>
          <w:tcPr>
            <w:tcW w:type="dxa" w:w="3326"/>
          </w:tcPr>
          <w:p>
            <w:pPr>
              <w:spacing w:before="0" w:after="40"/>
              <w:jc w:val="both"/>
            </w:pPr>
            <w:r>
              <w:rPr/>
            </w:r>
          </w:p>
        </w:tc>
      </w:tr>
      <w:tr>
        <w:tc>
          <w:tcPr>
            <w:tcW w:type="dxa" w:w="3326"/>
          </w:tcPr>
          <w:p>
            <w:pPr>
              <w:spacing w:before="0" w:after="40"/>
              <w:jc w:val="both"/>
            </w:pPr>
            <w:r>
              <w:rPr/>
              <w:t>Tuesday</w:t>
            </w:r>
          </w:p>
        </w:tc>
        <w:tc>
          <w:tcPr>
            <w:tcW w:type="dxa" w:w="3326"/>
          </w:tcPr>
          <w:p>
            <w:pPr>
              <w:spacing w:before="0" w:after="40"/>
              <w:jc w:val="both"/>
            </w:pPr>
            <w:r>
              <w:rPr/>
              <w:t>visit Grandpa</w:t>
            </w:r>
          </w:p>
        </w:tc>
        <w:tc>
          <w:tcPr>
            <w:tcW w:type="dxa" w:w="3326"/>
          </w:tcPr>
          <w:p>
            <w:pPr>
              <w:spacing w:before="0" w:after="40"/>
              <w:jc w:val="both"/>
            </w:pPr>
            <w:r>
              <w:rPr/>
            </w:r>
          </w:p>
        </w:tc>
      </w:tr>
      <w:tr>
        <w:tc>
          <w:tcPr>
            <w:tcW w:type="dxa" w:w="3326"/>
          </w:tcPr>
          <w:p>
            <w:pPr>
              <w:spacing w:before="0" w:after="40"/>
              <w:jc w:val="both"/>
            </w:pPr>
            <w:r>
              <w:rPr/>
              <w:t>Thursday</w:t>
            </w:r>
          </w:p>
        </w:tc>
        <w:tc>
          <w:tcPr>
            <w:tcW w:type="dxa" w:w="3326"/>
          </w:tcPr>
          <w:p>
            <w:pPr>
              <w:spacing w:before="0" w:after="40"/>
              <w:jc w:val="both"/>
            </w:pPr>
            <w:r>
              <w:rPr/>
              <w:t>go to the dentist</w:t>
            </w:r>
          </w:p>
        </w:tc>
        <w:tc>
          <w:tcPr>
            <w:tcW w:type="dxa" w:w="3326"/>
          </w:tcPr>
          <w:p>
            <w:pPr>
              <w:spacing w:before="0" w:after="40"/>
              <w:jc w:val="both"/>
            </w:pPr>
            <w:r>
              <w:rPr/>
            </w:r>
          </w:p>
        </w:tc>
      </w:tr>
      <w:tr>
        <w:tc>
          <w:tcPr>
            <w:tcW w:type="dxa" w:w="3326"/>
          </w:tcPr>
          <w:p>
            <w:pPr>
              <w:spacing w:before="0" w:after="40"/>
              <w:jc w:val="both"/>
            </w:pPr>
            <w:r>
              <w:rPr/>
              <w:t>Friday</w:t>
            </w:r>
          </w:p>
        </w:tc>
        <w:tc>
          <w:tcPr>
            <w:tcW w:type="dxa" w:w="3326"/>
          </w:tcPr>
          <w:p>
            <w:pPr>
              <w:spacing w:before="0" w:after="40"/>
              <w:jc w:val="both"/>
            </w:pPr>
            <w:r>
              <w:rPr/>
              <w:t>bake a cake</w:t>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7. Find the mistake and write the correct sentence.</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I am going to plays football.</w:t>
      </w:r>
    </w:p>
    <w:p>
      <w:pPr>
        <w:spacing w:before="0" w:after="100"/>
        <w:jc w:val="both"/>
      </w:pPr>
      <w:r>
        <w:rPr/>
        <w:t>b. She are going to call you.</w:t>
      </w:r>
    </w:p>
    <w:p>
      <w:pPr>
        <w:spacing w:before="0" w:after="100"/>
        <w:jc w:val="both"/>
      </w:pPr>
      <w:r>
        <w:rPr/>
        <w:t>c. Is going to rain tomorrow?</w:t>
      </w:r>
    </w:p>
    <w:p>
      <w:pPr>
        <w:spacing w:before="0" w:after="100"/>
        <w:jc w:val="both"/>
      </w:pPr>
      <w:r>
        <w:rPr/>
        <w:t>d. We not going to be late.</w:t>
      </w:r>
    </w:p>
    <w:p>
      <w:pPr>
        <w:spacing w:before="120" w:after="40"/>
        <w:jc w:val="center"/>
      </w:pPr>
      <w:r>
        <w:rPr>
          <w:rFonts w:ascii="Arial Black" w:hAnsi="Arial Black" w:cs="Arial Black"/>
          <w:b/>
          <w:bCs/>
          <w:color w:val="1E3A8A"/>
          <w:sz w:val="30"/>
          <w:szCs w:val="30"/>
        </w:rPr>
        <w:t>Yoav's Big Plan</w:t>
      </w:r>
    </w:p>
    <w:p>
      <w:pPr>
        <w:spacing w:before="0" w:after="80"/>
        <w:jc w:val="both"/>
      </w:pPr>
      <w:r>
        <w:rPr/>
        <w:t>Yoav is twelve years old, and he has a big plan for the summer vacation. He is going to raise money for the animal shelter in his town.</w:t>
      </w:r>
    </w:p>
    <w:p>
      <w:pPr>
        <w:spacing w:before="0" w:after="80"/>
        <w:jc w:val="both"/>
      </w:pPr>
      <w:r>
        <w:rPr/>
        <w:t>How is he going to do it? First, he is going to wash cars in his neighborhood every Friday. His older brother, Ariel, is going to help him. Then Yoav and his friend Shira are going to sell lemonade at the park. Shira's mom is going to make a sign for them.</w:t>
      </w:r>
    </w:p>
    <w:p>
      <w:pPr>
        <w:spacing w:before="0" w:after="80"/>
        <w:jc w:val="both"/>
      </w:pPr>
      <w:r>
        <w:rPr/>
        <w:t>Yoav isn't going to keep any of the money. At the end of the summer, he is going to give it all to the shelter. "The dogs there need food and blankets," he says. "I'm going to visit them too, and maybe I'm going to bring one home!"</w:t>
      </w:r>
    </w:p>
    <w:p>
      <w:pPr>
        <w:spacing w:before="160" w:after="20"/>
        <w:jc w:val="both"/>
      </w:pPr>
      <w:r>
        <w:rPr>
          <w:b/>
          <w:bCs/>
          <w:sz w:val="26"/>
          <w:szCs w:val="26"/>
        </w:rPr>
        <w:t>8.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Yoav is going to raise money for a hospital.      True / False</w:t>
      </w:r>
    </w:p>
    <w:p>
      <w:pPr>
        <w:spacing w:before="0" w:after="60"/>
        <w:jc w:val="both"/>
      </w:pPr>
      <w:r>
        <w:rPr/>
        <w:t>b. Ariel is going to help Yoav wash cars.      True / False</w:t>
      </w:r>
    </w:p>
    <w:p>
      <w:pPr>
        <w:spacing w:before="0" w:after="60"/>
        <w:jc w:val="both"/>
      </w:pPr>
      <w:r>
        <w:rPr/>
        <w:t>c. Yoav is going to keep some of the money.      True / False</w:t>
      </w:r>
    </w:p>
    <w:p>
      <w:pPr>
        <w:spacing w:before="160" w:after="20"/>
        <w:jc w:val="both"/>
      </w:pPr>
      <w:r>
        <w:rPr>
          <w:b/>
          <w:bCs/>
          <w:sz w:val="26"/>
          <w:szCs w:val="26"/>
        </w:rPr>
        <w:t>9. Answer the questions about the text. Complete the answers.</w:t>
      </w:r>
    </w:p>
    <w:p>
      <w:pPr>
        <w:bidi/>
        <w:spacing w:before="0" w:after="0"/>
        <w:jc w:val="both"/>
      </w:pPr>
      <w:r>
        <w:rPr>
          <w:rFonts w:ascii="Arial" w:hAnsi="Arial" w:cs="Arial"/>
          <w:color w:val="6B7280"/>
          <w:sz w:val="20"/>
          <w:szCs w:val="20"/>
          <w:rtl/>
          <w:lang w:val="en-US" w:bidi="he-IL"/>
        </w:rPr>
        <w:t xml:space="preserve">ענו על השאלות על הטקסט. השלימו את התשובות.</w:t>
      </w:r>
    </w:p>
    <w:p>
      <w:pPr>
        <w:bidi/>
        <w:spacing w:before="0" w:after="80"/>
        <w:jc w:val="both"/>
      </w:pPr>
      <w:r>
        <w:rPr>
          <w:rFonts w:ascii="Arial" w:hAnsi="Arial" w:cs="Arial"/>
          <w:color w:val="6B7280"/>
          <w:sz w:val="21"/>
          <w:szCs w:val="21"/>
          <w:rtl/>
          <w:lang w:val="en-US" w:bidi="ar-SA"/>
        </w:rPr>
        <w:t xml:space="preserve">أجب عن الأسئلة حول النص. أكمل الإجابات.</w:t>
      </w:r>
    </w:p>
    <w:p>
      <w:pPr>
        <w:spacing w:before="0" w:after="60"/>
        <w:jc w:val="both"/>
      </w:pPr>
      <w:r>
        <w:rPr/>
        <w:t>a. When is Yoav going to wash cars? Every __________.</w:t>
      </w:r>
    </w:p>
    <w:p>
      <w:pPr>
        <w:spacing w:before="0" w:after="60"/>
        <w:jc w:val="both"/>
      </w:pPr>
      <w:r>
        <w:rPr/>
        <w:t>b. What are Yoav and Shira going to sell? __________.</w:t>
      </w:r>
    </w:p>
    <w:p>
      <w:pPr>
        <w:spacing w:before="0" w:after="60"/>
        <w:jc w:val="both"/>
      </w:pPr>
      <w:r>
        <w:rPr/>
        <w:t>c. Who is going to make a sign? Shira's __________.</w:t>
      </w:r>
    </w:p>
    <w:p>
      <w:pPr>
        <w:spacing w:before="160" w:after="20"/>
        <w:jc w:val="both"/>
      </w:pPr>
      <w:r>
        <w:rPr>
          <w:b/>
          <w:bCs/>
          <w:sz w:val="26"/>
          <w:szCs w:val="26"/>
        </w:rPr>
        <w:t>10. Think about the text and circle the best answer.</w:t>
      </w:r>
    </w:p>
    <w:p>
      <w:pPr>
        <w:bidi/>
        <w:spacing w:before="0" w:after="0"/>
        <w:jc w:val="both"/>
      </w:pPr>
      <w:r>
        <w:rPr>
          <w:rFonts w:ascii="Arial" w:hAnsi="Arial" w:cs="Arial"/>
          <w:color w:val="6B7280"/>
          <w:sz w:val="20"/>
          <w:szCs w:val="20"/>
          <w:rtl/>
          <w:lang w:val="en-US" w:bidi="he-IL"/>
        </w:rPr>
        <w:t xml:space="preserve">חשבו על הטקסט והקיפו את התשובה הטובה ביותר.</w:t>
      </w:r>
    </w:p>
    <w:p>
      <w:pPr>
        <w:bidi/>
        <w:spacing w:before="0" w:after="80"/>
        <w:jc w:val="both"/>
      </w:pPr>
      <w:r>
        <w:rPr>
          <w:rFonts w:ascii="Arial" w:hAnsi="Arial" w:cs="Arial"/>
          <w:color w:val="6B7280"/>
          <w:sz w:val="21"/>
          <w:szCs w:val="21"/>
          <w:rtl/>
          <w:lang w:val="en-US" w:bidi="ar-SA"/>
        </w:rPr>
        <w:t xml:space="preserve">فكّر في النص وضع دائرة حول أفضل إجابة.</w:t>
      </w:r>
    </w:p>
    <w:p>
      <w:pPr>
        <w:spacing w:before="0" w:after="20"/>
        <w:jc w:val="both"/>
      </w:pPr>
      <w:r>
        <w:rPr/>
        <w:t>a. What word describes Yoav best?</w:t>
      </w:r>
    </w:p>
    <w:p>
      <w:pPr>
        <w:spacing w:before="0" w:after="80"/>
        <w:jc w:val="both"/>
      </w:pPr>
      <w:r>
        <w:rPr/>
        <w:t xml:space="preserve">   ○ lazy      ○ kind      ○ angry</w:t>
      </w:r>
    </w:p>
    <w:p>
      <w:pPr>
        <w:spacing w:before="0" w:after="20"/>
        <w:jc w:val="both"/>
      </w:pPr>
      <w:r>
        <w:rPr/>
        <w:t>b. What do you think Yoav wants at the end?</w:t>
      </w:r>
    </w:p>
    <w:p>
      <w:pPr>
        <w:spacing w:before="0" w:after="80"/>
        <w:jc w:val="both"/>
      </w:pPr>
      <w:r>
        <w:rPr/>
        <w:t xml:space="preserve">   ○ to adopt a dog      ○ to buy a car      ○ to open a shop</w:t>
      </w:r>
    </w:p>
    <w:p>
      <w:pPr>
        <w:spacing w:before="160" w:after="20"/>
        <w:jc w:val="both"/>
      </w:pPr>
      <w:r>
        <w:rPr>
          <w:b/>
          <w:bCs/>
          <w:sz w:val="26"/>
          <w:szCs w:val="26"/>
        </w:rPr>
        <w:t>11. Write 3 questions you want to ask Yoav about his plan. Use going to.</w:t>
      </w:r>
    </w:p>
    <w:p>
      <w:pPr>
        <w:bidi/>
        <w:spacing w:before="0" w:after="0"/>
        <w:jc w:val="both"/>
      </w:pPr>
      <w:r>
        <w:rPr>
          <w:rFonts w:ascii="Arial" w:hAnsi="Arial" w:cs="Arial"/>
          <w:color w:val="6B7280"/>
          <w:sz w:val="20"/>
          <w:szCs w:val="20"/>
          <w:rtl/>
          <w:lang w:val="en-US" w:bidi="he-IL"/>
        </w:rPr>
        <w:t xml:space="preserve">כתבו 3 שאלות שהייתם רוצים לשאול את יואב על התוכנית שלו. השתמשו ב-‎going to‎.</w:t>
      </w:r>
    </w:p>
    <w:p>
      <w:pPr>
        <w:bidi/>
        <w:spacing w:before="0" w:after="80"/>
        <w:jc w:val="both"/>
      </w:pPr>
      <w:r>
        <w:rPr>
          <w:rFonts w:ascii="Arial" w:hAnsi="Arial" w:cs="Arial"/>
          <w:color w:val="6B7280"/>
          <w:sz w:val="21"/>
          <w:szCs w:val="21"/>
          <w:rtl/>
          <w:lang w:val="en-US" w:bidi="ar-SA"/>
        </w:rPr>
        <w:t xml:space="preserve">اكتب 3 أسئلة تريد أن تسألها ليوآف عن خطته. استعمل ‎going to‎.</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12. What are you going to do this summer? Write 4 sentences: three plans and one thing you are not going to do.</w:t>
      </w:r>
    </w:p>
    <w:p>
      <w:pPr>
        <w:bidi/>
        <w:spacing w:before="0" w:after="0"/>
        <w:jc w:val="both"/>
      </w:pPr>
      <w:r>
        <w:rPr>
          <w:rFonts w:ascii="Arial" w:hAnsi="Arial" w:cs="Arial"/>
          <w:color w:val="6B7280"/>
          <w:sz w:val="20"/>
          <w:szCs w:val="20"/>
          <w:rtl/>
          <w:lang w:val="en-US" w:bidi="he-IL"/>
        </w:rPr>
        <w:t xml:space="preserve">מה אתם הולכים לעשות בקיץ הזה? כתבו 4 משפטים: שלוש תוכניות ודבר אחד שאתם לא הולכים לעשות.</w:t>
      </w:r>
    </w:p>
    <w:p>
      <w:pPr>
        <w:bidi/>
        <w:spacing w:before="0" w:after="80"/>
        <w:jc w:val="both"/>
      </w:pPr>
      <w:r>
        <w:rPr>
          <w:rFonts w:ascii="Arial" w:hAnsi="Arial" w:cs="Arial"/>
          <w:color w:val="6B7280"/>
          <w:sz w:val="21"/>
          <w:szCs w:val="21"/>
          <w:rtl/>
          <w:lang w:val="en-US" w:bidi="ar-SA"/>
        </w:rPr>
        <w:t xml:space="preserve">ماذا ستفعل في هذا الصيف؟ اكتب 4 جمل: ثلاث خطط وشيئًا واحدًا لن تفعله.</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6   |   Unit 4</w:t>
      </w:r>
    </w:p>
    <w:p>
      <w:pPr>
        <w:spacing w:before="0" w:after="40"/>
        <w:jc w:val="both"/>
      </w:pPr>
      <w:r>
        <w:rPr>
          <w:rFonts w:ascii="Arial Black" w:hAnsi="Arial Black" w:cs="Arial Black"/>
          <w:b/>
          <w:bCs/>
          <w:color w:val="1E3A8A"/>
          <w:sz w:val="44"/>
          <w:szCs w:val="44"/>
        </w:rPr>
        <w:t>Unit 4: Comparatives and superlatives</w:t>
      </w:r>
    </w:p>
    <w:p>
      <w:pPr>
        <w:bidi/>
        <w:spacing w:before="0" w:after="0"/>
        <w:jc w:val="both"/>
      </w:pPr>
      <w:r>
        <w:rPr>
          <w:rFonts w:ascii="Arial" w:hAnsi="Arial" w:cs="Arial"/>
          <w:color w:val="6B7280"/>
          <w:sz w:val="22"/>
          <w:szCs w:val="22"/>
          <w:rtl/>
          <w:lang w:val="en-US" w:bidi="he-IL"/>
        </w:rPr>
        <w:t xml:space="preserve">צורות השוואה ‎(comparatives)‎ והפלגה ‎(superlatives)‎</w:t>
      </w:r>
    </w:p>
    <w:p>
      <w:pPr>
        <w:bidi/>
        <w:spacing w:before="0" w:after="120"/>
        <w:jc w:val="both"/>
      </w:pPr>
      <w:r>
        <w:rPr>
          <w:rFonts w:ascii="Arial" w:hAnsi="Arial" w:cs="Arial"/>
          <w:color w:val="6B7280"/>
          <w:sz w:val="23"/>
          <w:szCs w:val="23"/>
          <w:rtl/>
          <w:lang w:val="en-US" w:bidi="ar-SA"/>
        </w:rPr>
        <w:t xml:space="preserve">صيغ المقارنة ‎(comparatives)‎ والتفضيل ‎(superlatives)‎</w:t>
      </w:r>
    </w:p>
    <w:p>
      <w:pPr>
        <w:spacing w:before="0" w:after="80"/>
        <w:jc w:val="center"/>
      </w:pPr>
      <w:r>
        <w:drawing>
          <wp:inline xmlns:a="http://schemas.openxmlformats.org/drawingml/2006/main" xmlns:pic="http://schemas.openxmlformats.org/drawingml/2006/picture">
            <wp:extent cx="3240000" cy="2160000"/>
            <wp:docPr id="23" name="Picture 23"/>
            <wp:cNvGraphicFramePr>
              <a:graphicFrameLocks noChangeAspect="1"/>
            </wp:cNvGraphicFramePr>
            <a:graphic>
              <a:graphicData uri="http://schemas.openxmlformats.org/drawingml/2006/picture">
                <pic:pic>
                  <pic:nvPicPr>
                    <pic:cNvPr id="0" name="english_g6_t04.jpg"/>
                    <pic:cNvPicPr/>
                  </pic:nvPicPr>
                  <pic:blipFill>
                    <a:blip r:embed="rId30"/>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1E3A8A"/>
          <w:sz w:val="28"/>
          <w:szCs w:val="28"/>
        </w:rPr>
        <w:t>◆ The rules</w:t>
      </w:r>
    </w:p>
    <w:p>
      <w:pPr>
        <w:bidi/>
        <w:spacing w:before="0" w:after="0"/>
        <w:jc w:val="both"/>
      </w:pPr>
      <w:r>
        <w:rPr>
          <w:rFonts w:ascii="Arial" w:hAnsi="Arial" w:cs="Arial"/>
          <w:color w:val="6B7280"/>
          <w:sz w:val="20"/>
          <w:szCs w:val="20"/>
          <w:rtl/>
          <w:lang w:val="en-US" w:bidi="he-IL"/>
        </w:rPr>
        <w:t xml:space="preserve">הכללים</w:t>
      </w:r>
    </w:p>
    <w:p>
      <w:pPr>
        <w:bidi/>
        <w:spacing w:before="0" w:after="40"/>
        <w:jc w:val="both"/>
      </w:pPr>
      <w:r>
        <w:rPr>
          <w:rFonts w:ascii="Arial" w:hAnsi="Arial" w:cs="Arial"/>
          <w:color w:val="6B7280"/>
          <w:sz w:val="21"/>
          <w:szCs w:val="21"/>
          <w:rtl/>
          <w:lang w:val="en-US" w:bidi="ar-SA"/>
        </w:rPr>
        <w:t xml:space="preserve">القواعد</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Adjective</w:t>
            </w:r>
          </w:p>
        </w:tc>
        <w:tc>
          <w:tcPr>
            <w:tcW w:type="dxa" w:w="3326"/>
            <w:shd w:val="clear" w:color="auto" w:fill="1e3a8a"/>
          </w:tcPr>
          <w:p>
            <w:pPr>
              <w:spacing w:before="0" w:after="40"/>
              <w:jc w:val="both"/>
            </w:pPr>
            <w:r>
              <w:rPr>
                <w:b/>
                <w:bCs/>
                <w:color w:val="FFFFFF"/>
              </w:rPr>
              <w:t>Comparative</w:t>
            </w:r>
          </w:p>
        </w:tc>
        <w:tc>
          <w:tcPr>
            <w:tcW w:type="dxa" w:w="3326"/>
            <w:shd w:val="clear" w:color="auto" w:fill="1e3a8a"/>
          </w:tcPr>
          <w:p>
            <w:pPr>
              <w:spacing w:before="0" w:after="40"/>
              <w:jc w:val="both"/>
            </w:pPr>
            <w:r>
              <w:rPr>
                <w:b/>
                <w:bCs/>
                <w:color w:val="FFFFFF"/>
              </w:rPr>
              <w:t>Superlative</w:t>
            </w:r>
          </w:p>
        </w:tc>
      </w:tr>
      <w:tr>
        <w:tc>
          <w:tcPr>
            <w:tcW w:type="dxa" w:w="3326"/>
          </w:tcPr>
          <w:p>
            <w:pPr>
              <w:spacing w:before="0" w:after="40"/>
              <w:jc w:val="both"/>
            </w:pPr>
            <w:r>
              <w:rPr/>
              <w:t>short: tall</w:t>
            </w:r>
          </w:p>
        </w:tc>
        <w:tc>
          <w:tcPr>
            <w:tcW w:type="dxa" w:w="3326"/>
          </w:tcPr>
          <w:p>
            <w:pPr>
              <w:spacing w:before="0" w:after="40"/>
              <w:jc w:val="both"/>
            </w:pPr>
            <w:r>
              <w:rPr/>
              <w:t>taller than</w:t>
            </w:r>
          </w:p>
        </w:tc>
        <w:tc>
          <w:tcPr>
            <w:tcW w:type="dxa" w:w="3326"/>
          </w:tcPr>
          <w:p>
            <w:pPr>
              <w:spacing w:before="0" w:after="40"/>
              <w:jc w:val="both"/>
            </w:pPr>
            <w:r>
              <w:rPr/>
              <w:t>the tallest</w:t>
            </w:r>
          </w:p>
        </w:tc>
      </w:tr>
      <w:tr>
        <w:tc>
          <w:tcPr>
            <w:tcW w:type="dxa" w:w="3326"/>
          </w:tcPr>
          <w:p>
            <w:pPr>
              <w:spacing w:before="0" w:after="40"/>
              <w:jc w:val="both"/>
            </w:pPr>
            <w:r>
              <w:rPr/>
              <w:t>ends in -e: large</w:t>
            </w:r>
          </w:p>
        </w:tc>
        <w:tc>
          <w:tcPr>
            <w:tcW w:type="dxa" w:w="3326"/>
          </w:tcPr>
          <w:p>
            <w:pPr>
              <w:spacing w:before="0" w:after="40"/>
              <w:jc w:val="both"/>
            </w:pPr>
            <w:r>
              <w:rPr/>
              <w:t>larger than</w:t>
            </w:r>
          </w:p>
        </w:tc>
        <w:tc>
          <w:tcPr>
            <w:tcW w:type="dxa" w:w="3326"/>
          </w:tcPr>
          <w:p>
            <w:pPr>
              <w:spacing w:before="0" w:after="40"/>
              <w:jc w:val="both"/>
            </w:pPr>
            <w:r>
              <w:rPr/>
              <w:t>the largest</w:t>
            </w:r>
          </w:p>
        </w:tc>
      </w:tr>
      <w:tr>
        <w:tc>
          <w:tcPr>
            <w:tcW w:type="dxa" w:w="3326"/>
          </w:tcPr>
          <w:p>
            <w:pPr>
              <w:spacing w:before="0" w:after="40"/>
              <w:jc w:val="both"/>
            </w:pPr>
            <w:r>
              <w:rPr/>
              <w:t>ends in -y: funny</w:t>
            </w:r>
          </w:p>
        </w:tc>
        <w:tc>
          <w:tcPr>
            <w:tcW w:type="dxa" w:w="3326"/>
          </w:tcPr>
          <w:p>
            <w:pPr>
              <w:spacing w:before="0" w:after="40"/>
              <w:jc w:val="both"/>
            </w:pPr>
            <w:r>
              <w:rPr/>
              <w:t>funnier than</w:t>
            </w:r>
          </w:p>
        </w:tc>
        <w:tc>
          <w:tcPr>
            <w:tcW w:type="dxa" w:w="3326"/>
          </w:tcPr>
          <w:p>
            <w:pPr>
              <w:spacing w:before="0" w:after="40"/>
              <w:jc w:val="both"/>
            </w:pPr>
            <w:r>
              <w:rPr/>
              <w:t>the funniest</w:t>
            </w:r>
          </w:p>
        </w:tc>
      </w:tr>
      <w:tr>
        <w:tc>
          <w:tcPr>
            <w:tcW w:type="dxa" w:w="3326"/>
          </w:tcPr>
          <w:p>
            <w:pPr>
              <w:spacing w:before="0" w:after="40"/>
              <w:jc w:val="both"/>
            </w:pPr>
            <w:r>
              <w:rPr/>
              <w:t>long: beautiful</w:t>
            </w:r>
          </w:p>
        </w:tc>
        <w:tc>
          <w:tcPr>
            <w:tcW w:type="dxa" w:w="3326"/>
          </w:tcPr>
          <w:p>
            <w:pPr>
              <w:spacing w:before="0" w:after="40"/>
              <w:jc w:val="both"/>
            </w:pPr>
            <w:r>
              <w:rPr/>
              <w:t>more beautiful than</w:t>
            </w:r>
          </w:p>
        </w:tc>
        <w:tc>
          <w:tcPr>
            <w:tcW w:type="dxa" w:w="3326"/>
          </w:tcPr>
          <w:p>
            <w:pPr>
              <w:spacing w:before="0" w:after="40"/>
              <w:jc w:val="both"/>
            </w:pPr>
            <w:r>
              <w:rPr/>
              <w:t>the most beautiful</w:t>
            </w:r>
          </w:p>
        </w:tc>
      </w:tr>
    </w:tbl>
    <w:p>
      <w:pPr>
        <w:spacing w:before="0" w:after="40"/>
        <w:jc w:val="both"/>
      </w:pPr>
    </w:p>
    <w:p>
      <w:pPr>
        <w:spacing w:before="120" w:after="40"/>
        <w:jc w:val="both"/>
      </w:pPr>
      <w:r>
        <w:rPr>
          <w:rFonts w:ascii="Arial Black" w:hAnsi="Arial Black" w:cs="Arial Black"/>
          <w:b/>
          <w:bCs/>
          <w:color w:val="1E3A8A"/>
          <w:sz w:val="28"/>
          <w:szCs w:val="28"/>
        </w:rPr>
        <w:t>◆ Double the last letter</w:t>
      </w:r>
    </w:p>
    <w:p>
      <w:pPr>
        <w:bidi/>
        <w:spacing w:before="0" w:after="0"/>
        <w:jc w:val="both"/>
      </w:pPr>
      <w:r>
        <w:rPr>
          <w:rFonts w:ascii="Arial" w:hAnsi="Arial" w:cs="Arial"/>
          <w:color w:val="6B7280"/>
          <w:sz w:val="20"/>
          <w:szCs w:val="20"/>
          <w:rtl/>
          <w:lang w:val="en-US" w:bidi="he-IL"/>
        </w:rPr>
        <w:t xml:space="preserve">מכפילים את האות האחרונה</w:t>
      </w:r>
    </w:p>
    <w:p>
      <w:pPr>
        <w:bidi/>
        <w:spacing w:before="0" w:after="40"/>
        <w:jc w:val="both"/>
      </w:pPr>
      <w:r>
        <w:rPr>
          <w:rFonts w:ascii="Arial" w:hAnsi="Arial" w:cs="Arial"/>
          <w:color w:val="6B7280"/>
          <w:sz w:val="21"/>
          <w:szCs w:val="21"/>
          <w:rtl/>
          <w:lang w:val="en-US" w:bidi="ar-SA"/>
        </w:rPr>
        <w:t xml:space="preserve">نضاعف الحرف الأخير</w:t>
      </w:r>
    </w:p>
    <w:p>
      <w:pPr>
        <w:spacing w:before="0" w:after="20"/>
        <w:jc w:val="both"/>
      </w:pPr>
      <w:r>
        <w:rPr/>
        <w:t>1. big – bigger – the biggest</w:t>
      </w:r>
    </w:p>
    <w:p>
      <w:pPr>
        <w:spacing w:before="0" w:after="20"/>
        <w:jc w:val="both"/>
      </w:pPr>
      <w:r>
        <w:rPr/>
        <w:t>2. hot – hotter – the hottest</w:t>
      </w:r>
    </w:p>
    <w:p>
      <w:pPr>
        <w:spacing w:before="0" w:after="20"/>
        <w:jc w:val="both"/>
      </w:pPr>
      <w:r>
        <w:rPr/>
        <w:t>3. thin – thinner – the thinnest</w:t>
      </w:r>
    </w:p>
    <w:p>
      <w:pPr>
        <w:spacing w:before="120" w:after="40"/>
        <w:jc w:val="both"/>
      </w:pPr>
      <w:r>
        <w:rPr>
          <w:rFonts w:ascii="Arial Black" w:hAnsi="Arial Black" w:cs="Arial Black"/>
          <w:b/>
          <w:bCs/>
          <w:color w:val="1E3A8A"/>
          <w:sz w:val="28"/>
          <w:szCs w:val="28"/>
        </w:rPr>
        <w:t>◆ Irregular adjectives</w:t>
      </w:r>
    </w:p>
    <w:p>
      <w:pPr>
        <w:bidi/>
        <w:spacing w:before="0" w:after="0"/>
        <w:jc w:val="both"/>
      </w:pPr>
      <w:r>
        <w:rPr>
          <w:rFonts w:ascii="Arial" w:hAnsi="Arial" w:cs="Arial"/>
          <w:color w:val="6B7280"/>
          <w:sz w:val="20"/>
          <w:szCs w:val="20"/>
          <w:rtl/>
          <w:lang w:val="en-US" w:bidi="he-IL"/>
        </w:rPr>
        <w:t xml:space="preserve">שמות תואר יוצאי דופן</w:t>
      </w:r>
    </w:p>
    <w:p>
      <w:pPr>
        <w:bidi/>
        <w:spacing w:before="0" w:after="40"/>
        <w:jc w:val="both"/>
      </w:pPr>
      <w:r>
        <w:rPr>
          <w:rFonts w:ascii="Arial" w:hAnsi="Arial" w:cs="Arial"/>
          <w:color w:val="6B7280"/>
          <w:sz w:val="21"/>
          <w:szCs w:val="21"/>
          <w:rtl/>
          <w:lang w:val="en-US" w:bidi="ar-SA"/>
        </w:rPr>
        <w:t xml:space="preserve">صفات شاذّة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Adjective</w:t>
            </w:r>
          </w:p>
        </w:tc>
        <w:tc>
          <w:tcPr>
            <w:tcW w:type="dxa" w:w="3326"/>
            <w:shd w:val="clear" w:color="auto" w:fill="1e3a8a"/>
          </w:tcPr>
          <w:p>
            <w:pPr>
              <w:spacing w:before="0" w:after="40"/>
              <w:jc w:val="both"/>
            </w:pPr>
            <w:r>
              <w:rPr>
                <w:b/>
                <w:bCs/>
                <w:color w:val="FFFFFF"/>
              </w:rPr>
              <w:t>Comparative</w:t>
            </w:r>
          </w:p>
        </w:tc>
        <w:tc>
          <w:tcPr>
            <w:tcW w:type="dxa" w:w="3326"/>
            <w:shd w:val="clear" w:color="auto" w:fill="1e3a8a"/>
          </w:tcPr>
          <w:p>
            <w:pPr>
              <w:spacing w:before="0" w:after="40"/>
              <w:jc w:val="both"/>
            </w:pPr>
            <w:r>
              <w:rPr>
                <w:b/>
                <w:bCs/>
                <w:color w:val="FFFFFF"/>
              </w:rPr>
              <w:t>Superlative</w:t>
            </w:r>
          </w:p>
        </w:tc>
      </w:tr>
      <w:tr>
        <w:tc>
          <w:tcPr>
            <w:tcW w:type="dxa" w:w="3326"/>
          </w:tcPr>
          <w:p>
            <w:pPr>
              <w:spacing w:before="0" w:after="40"/>
              <w:jc w:val="both"/>
            </w:pPr>
            <w:r>
              <w:rPr/>
              <w:t>good</w:t>
            </w:r>
          </w:p>
        </w:tc>
        <w:tc>
          <w:tcPr>
            <w:tcW w:type="dxa" w:w="3326"/>
          </w:tcPr>
          <w:p>
            <w:pPr>
              <w:spacing w:before="0" w:after="40"/>
              <w:jc w:val="both"/>
            </w:pPr>
            <w:r>
              <w:rPr/>
              <w:t>better</w:t>
            </w:r>
          </w:p>
        </w:tc>
        <w:tc>
          <w:tcPr>
            <w:tcW w:type="dxa" w:w="3326"/>
          </w:tcPr>
          <w:p>
            <w:pPr>
              <w:spacing w:before="0" w:after="40"/>
              <w:jc w:val="both"/>
            </w:pPr>
            <w:r>
              <w:rPr/>
              <w:t>the best</w:t>
            </w:r>
          </w:p>
        </w:tc>
      </w:tr>
      <w:tr>
        <w:tc>
          <w:tcPr>
            <w:tcW w:type="dxa" w:w="3326"/>
          </w:tcPr>
          <w:p>
            <w:pPr>
              <w:spacing w:before="0" w:after="40"/>
              <w:jc w:val="both"/>
            </w:pPr>
            <w:r>
              <w:rPr/>
              <w:t>bad</w:t>
            </w:r>
          </w:p>
        </w:tc>
        <w:tc>
          <w:tcPr>
            <w:tcW w:type="dxa" w:w="3326"/>
          </w:tcPr>
          <w:p>
            <w:pPr>
              <w:spacing w:before="0" w:after="40"/>
              <w:jc w:val="both"/>
            </w:pPr>
            <w:r>
              <w:rPr/>
              <w:t>worse</w:t>
            </w:r>
          </w:p>
        </w:tc>
        <w:tc>
          <w:tcPr>
            <w:tcW w:type="dxa" w:w="3326"/>
          </w:tcPr>
          <w:p>
            <w:pPr>
              <w:spacing w:before="0" w:after="40"/>
              <w:jc w:val="both"/>
            </w:pPr>
            <w:r>
              <w:rPr/>
              <w:t>the worst</w:t>
            </w:r>
          </w:p>
        </w:tc>
      </w:tr>
      <w:tr>
        <w:tc>
          <w:tcPr>
            <w:tcW w:type="dxa" w:w="3326"/>
          </w:tcPr>
          <w:p>
            <w:pPr>
              <w:spacing w:before="0" w:after="40"/>
              <w:jc w:val="both"/>
            </w:pPr>
            <w:r>
              <w:rPr/>
              <w:t>far</w:t>
            </w:r>
          </w:p>
        </w:tc>
        <w:tc>
          <w:tcPr>
            <w:tcW w:type="dxa" w:w="3326"/>
          </w:tcPr>
          <w:p>
            <w:pPr>
              <w:spacing w:before="0" w:after="40"/>
              <w:jc w:val="both"/>
            </w:pPr>
            <w:r>
              <w:rPr/>
              <w:t>farther</w:t>
            </w:r>
          </w:p>
        </w:tc>
        <w:tc>
          <w:tcPr>
            <w:tcW w:type="dxa" w:w="3326"/>
          </w:tcPr>
          <w:p>
            <w:pPr>
              <w:spacing w:before="0" w:after="40"/>
              <w:jc w:val="both"/>
            </w:pPr>
            <w:r>
              <w:rPr/>
              <w:t>the farthest</w:t>
            </w:r>
          </w:p>
        </w:tc>
      </w:tr>
    </w:tbl>
    <w:p>
      <w:pPr>
        <w:spacing w:before="0" w:after="40"/>
        <w:jc w:val="both"/>
      </w:pPr>
    </w:p>
    <w:p>
      <w:pPr>
        <w:spacing w:before="120" w:after="40"/>
        <w:jc w:val="both"/>
      </w:pPr>
      <w:r>
        <w:rPr>
          <w:rFonts w:ascii="Arial Black" w:hAnsi="Arial Black" w:cs="Arial Black"/>
          <w:b/>
          <w:bCs/>
          <w:color w:val="1E3A8A"/>
          <w:sz w:val="28"/>
          <w:szCs w:val="28"/>
        </w:rPr>
        <w:t>◆ Two or many?</w:t>
      </w:r>
    </w:p>
    <w:p>
      <w:pPr>
        <w:bidi/>
        <w:spacing w:before="0" w:after="0"/>
        <w:jc w:val="both"/>
      </w:pPr>
      <w:r>
        <w:rPr>
          <w:rFonts w:ascii="Arial" w:hAnsi="Arial" w:cs="Arial"/>
          <w:color w:val="6B7280"/>
          <w:sz w:val="20"/>
          <w:szCs w:val="20"/>
          <w:rtl/>
          <w:lang w:val="en-US" w:bidi="he-IL"/>
        </w:rPr>
        <w:t xml:space="preserve">שניים או הרבה?</w:t>
      </w:r>
    </w:p>
    <w:p>
      <w:pPr>
        <w:bidi/>
        <w:spacing w:before="0" w:after="40"/>
        <w:jc w:val="both"/>
      </w:pPr>
      <w:r>
        <w:rPr>
          <w:rFonts w:ascii="Arial" w:hAnsi="Arial" w:cs="Arial"/>
          <w:color w:val="6B7280"/>
          <w:sz w:val="21"/>
          <w:szCs w:val="21"/>
          <w:rtl/>
          <w:lang w:val="en-US" w:bidi="ar-SA"/>
        </w:rPr>
        <w:t xml:space="preserve">اثنان أم كثير؟</w:t>
      </w:r>
    </w:p>
    <w:p>
      <w:pPr>
        <w:spacing w:before="0" w:after="20"/>
        <w:jc w:val="both"/>
      </w:pPr>
      <w:r>
        <w:rPr/>
        <w:t>1. Two things: Noa is older than Maya.</w:t>
      </w:r>
    </w:p>
    <w:p>
      <w:pPr>
        <w:bidi/>
        <w:spacing w:before="0" w:after="0"/>
        <w:jc w:val="both"/>
      </w:pPr>
      <w:r>
        <w:rPr>
          <w:rFonts w:ascii="Arial" w:hAnsi="Arial" w:cs="Arial"/>
          <w:color w:val="6B7280"/>
          <w:sz w:val="20"/>
          <w:szCs w:val="20"/>
          <w:rtl/>
          <w:lang w:val="en-US" w:bidi="he-IL"/>
        </w:rPr>
        <w:t xml:space="preserve">שני דברים: ‎Noa is older than Maya‎.</w:t>
      </w:r>
    </w:p>
    <w:p>
      <w:pPr>
        <w:bidi/>
        <w:spacing w:before="0" w:after="40"/>
        <w:jc w:val="both"/>
      </w:pPr>
      <w:r>
        <w:rPr>
          <w:rFonts w:ascii="Arial" w:hAnsi="Arial" w:cs="Arial"/>
          <w:color w:val="6B7280"/>
          <w:sz w:val="21"/>
          <w:szCs w:val="21"/>
          <w:rtl/>
          <w:lang w:val="en-US" w:bidi="ar-SA"/>
        </w:rPr>
        <w:t xml:space="preserve">شيئان: ‎Noa is older than Maya‎.</w:t>
      </w:r>
    </w:p>
    <w:p>
      <w:pPr>
        <w:spacing w:before="0" w:after="20"/>
        <w:jc w:val="both"/>
      </w:pPr>
      <w:r>
        <w:rPr/>
        <w:t>2. One in a group: Noa is the oldest girl in the class.</w:t>
      </w:r>
    </w:p>
    <w:p>
      <w:pPr>
        <w:bidi/>
        <w:spacing w:before="0" w:after="0"/>
        <w:jc w:val="both"/>
      </w:pPr>
      <w:r>
        <w:rPr>
          <w:rFonts w:ascii="Arial" w:hAnsi="Arial" w:cs="Arial"/>
          <w:color w:val="6B7280"/>
          <w:sz w:val="20"/>
          <w:szCs w:val="20"/>
          <w:rtl/>
          <w:lang w:val="en-US" w:bidi="he-IL"/>
        </w:rPr>
        <w:t xml:space="preserve">אחד מתוך קבוצה: ‎Noa is the oldest girl in the class‎.</w:t>
      </w:r>
    </w:p>
    <w:p>
      <w:pPr>
        <w:bidi/>
        <w:spacing w:before="0" w:after="40"/>
        <w:jc w:val="both"/>
      </w:pPr>
      <w:r>
        <w:rPr>
          <w:rFonts w:ascii="Arial" w:hAnsi="Arial" w:cs="Arial"/>
          <w:color w:val="6B7280"/>
          <w:sz w:val="21"/>
          <w:szCs w:val="21"/>
          <w:rtl/>
          <w:lang w:val="en-US" w:bidi="ar-SA"/>
        </w:rPr>
        <w:t xml:space="preserve">واحد من مجموعة: ‎Noa is the oldest girl in the class‎.</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365625"/>
                  <wp:docPr id="24" name="Picture 24"/>
                  <wp:cNvGraphicFramePr>
                    <a:graphicFrameLocks noChangeAspect="1"/>
                  </wp:cNvGraphicFramePr>
                  <a:graphic>
                    <a:graphicData uri="http://schemas.openxmlformats.org/drawingml/2006/picture">
                      <pic:pic>
                        <pic:nvPicPr>
                          <pic:cNvPr id="0" name="dog.png"/>
                          <pic:cNvPicPr/>
                        </pic:nvPicPr>
                        <pic:blipFill>
                          <a:blip r:embed="rId27"/>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468000"/>
                  <wp:docPr id="25" name="Picture 25"/>
                  <wp:cNvGraphicFramePr>
                    <a:graphicFrameLocks noChangeAspect="1"/>
                  </wp:cNvGraphicFramePr>
                  <a:graphic>
                    <a:graphicData uri="http://schemas.openxmlformats.org/drawingml/2006/picture">
                      <pic:pic>
                        <pic:nvPicPr>
                          <pic:cNvPr id="0" name="park.png"/>
                          <pic:cNvPicPr/>
                        </pic:nvPicPr>
                        <pic:blipFill>
                          <a:blip r:embed="rId20"/>
                          <a:stretch>
                            <a:fillRect/>
                          </a:stretch>
                        </pic:blipFill>
                        <pic:spPr>
                          <a:xfrm>
                            <a:off x="0" y="0"/>
                            <a:ext cx="468000" cy="468000"/>
                          </a:xfrm>
                          <a:prstGeom prst="rect"/>
                        </pic:spPr>
                      </pic:pic>
                    </a:graphicData>
                  </a:graphic>
                </wp:inline>
              </w:drawing>
            </w:r>
          </w:p>
          <w:p>
            <w:pPr>
              <w:spacing w:before="0" w:after="0"/>
              <w:jc w:val="center"/>
            </w:pPr>
            <w:r>
              <w:rPr>
                <w:b/>
                <w:bCs/>
                <w:sz w:val="23"/>
                <w:szCs w:val="23"/>
              </w:rPr>
              <w:t>park</w:t>
            </w:r>
          </w:p>
          <w:p>
            <w:pPr>
              <w:bidi/>
              <w:spacing w:before="0" w:after="0"/>
              <w:jc w:val="center"/>
            </w:pPr>
            <w:r>
              <w:rPr>
                <w:rFonts w:ascii="Arial" w:hAnsi="Arial" w:cs="Arial"/>
                <w:color w:val="6B7280"/>
                <w:sz w:val="17"/>
                <w:szCs w:val="17"/>
                <w:rtl/>
                <w:lang w:val="en-US" w:bidi="he-IL"/>
              </w:rPr>
              <w:t xml:space="preserve">פארק</w:t>
            </w:r>
          </w:p>
          <w:p>
            <w:pPr>
              <w:bidi/>
              <w:spacing w:before="0" w:after="0"/>
              <w:jc w:val="center"/>
            </w:pPr>
            <w:r>
              <w:rPr>
                <w:rFonts w:ascii="Arial" w:hAnsi="Arial" w:cs="Arial"/>
                <w:color w:val="6B7280"/>
                <w:sz w:val="17"/>
                <w:szCs w:val="17"/>
                <w:rtl/>
                <w:lang w:val="en-US" w:bidi="ar-SA"/>
              </w:rPr>
              <w:t xml:space="preserve">حديقة عامة</w:t>
            </w:r>
          </w:p>
        </w:tc>
        <w:tc>
          <w:tcPr>
            <w:tcW w:type="dxa" w:w="1663"/>
          </w:tcPr>
          <w:p>
            <w:pPr>
              <w:spacing w:before="0" w:after="0"/>
              <w:jc w:val="center"/>
            </w:pPr>
            <w:r>
              <w:drawing>
                <wp:inline xmlns:a="http://schemas.openxmlformats.org/drawingml/2006/main" xmlns:pic="http://schemas.openxmlformats.org/drawingml/2006/picture">
                  <wp:extent cx="468000" cy="748800"/>
                  <wp:docPr id="26" name="Picture 26"/>
                  <wp:cNvGraphicFramePr>
                    <a:graphicFrameLocks noChangeAspect="1"/>
                  </wp:cNvGraphicFramePr>
                  <a:graphic>
                    <a:graphicData uri="http://schemas.openxmlformats.org/drawingml/2006/picture">
                      <pic:pic>
                        <pic:nvPicPr>
                          <pic:cNvPr id="0" name="water.png"/>
                          <pic:cNvPicPr/>
                        </pic:nvPicPr>
                        <pic:blipFill>
                          <a:blip r:embed="rId31"/>
                          <a:stretch>
                            <a:fillRect/>
                          </a:stretch>
                        </pic:blipFill>
                        <pic:spPr>
                          <a:xfrm>
                            <a:off x="0" y="0"/>
                            <a:ext cx="468000" cy="748800"/>
                          </a:xfrm>
                          <a:prstGeom prst="rect"/>
                        </pic:spPr>
                      </pic:pic>
                    </a:graphicData>
                  </a:graphic>
                </wp:inline>
              </w:drawing>
            </w:r>
          </w:p>
          <w:p>
            <w:pPr>
              <w:spacing w:before="0" w:after="0"/>
              <w:jc w:val="center"/>
            </w:pPr>
            <w:r>
              <w:rPr>
                <w:b/>
                <w:bCs/>
                <w:sz w:val="23"/>
                <w:szCs w:val="23"/>
              </w:rPr>
              <w:t>water</w:t>
            </w:r>
          </w:p>
          <w:p>
            <w:pPr>
              <w:bidi/>
              <w:spacing w:before="0" w:after="0"/>
              <w:jc w:val="center"/>
            </w:pPr>
            <w:r>
              <w:rPr>
                <w:rFonts w:ascii="Arial" w:hAnsi="Arial" w:cs="Arial"/>
                <w:color w:val="6B7280"/>
                <w:sz w:val="17"/>
                <w:szCs w:val="17"/>
                <w:rtl/>
                <w:lang w:val="en-US" w:bidi="he-IL"/>
              </w:rPr>
              <w:t xml:space="preserve">מים</w:t>
            </w:r>
          </w:p>
          <w:p>
            <w:pPr>
              <w:bidi/>
              <w:spacing w:before="0" w:after="0"/>
              <w:jc w:val="center"/>
            </w:pPr>
            <w:r>
              <w:rPr>
                <w:rFonts w:ascii="Arial" w:hAnsi="Arial" w:cs="Arial"/>
                <w:color w:val="6B7280"/>
                <w:sz w:val="17"/>
                <w:szCs w:val="17"/>
                <w:rtl/>
                <w:lang w:val="en-US" w:bidi="ar-SA"/>
              </w:rPr>
              <w:t xml:space="preserve">ماء</w:t>
            </w:r>
          </w:p>
        </w:tc>
        <w:tc>
          <w:tcPr>
            <w:tcW w:type="dxa" w:w="1663"/>
          </w:tcPr>
          <w:p>
            <w:pPr>
              <w:spacing w:before="0" w:after="0"/>
              <w:jc w:val="center"/>
            </w:pPr>
            <w:r>
              <w:drawing>
                <wp:inline xmlns:a="http://schemas.openxmlformats.org/drawingml/2006/main" xmlns:pic="http://schemas.openxmlformats.org/drawingml/2006/picture">
                  <wp:extent cx="468000" cy="331500"/>
                  <wp:docPr id="27" name="Picture 27"/>
                  <wp:cNvGraphicFramePr>
                    <a:graphicFrameLocks noChangeAspect="1"/>
                  </wp:cNvGraphicFramePr>
                  <a:graphic>
                    <a:graphicData uri="http://schemas.openxmlformats.org/drawingml/2006/picture">
                      <pic:pic>
                        <pic:nvPicPr>
                          <pic:cNvPr id="0" name="book.png"/>
                          <pic:cNvPicPr/>
                        </pic:nvPicPr>
                        <pic:blipFill>
                          <a:blip r:embed="rId26"/>
                          <a:stretch>
                            <a:fillRect/>
                          </a:stretch>
                        </pic:blipFill>
                        <pic:spPr>
                          <a:xfrm>
                            <a:off x="0" y="0"/>
                            <a:ext cx="468000" cy="331500"/>
                          </a:xfrm>
                          <a:prstGeom prst="rect"/>
                        </pic:spPr>
                      </pic:pic>
                    </a:graphicData>
                  </a:graphic>
                </wp:inline>
              </w:drawing>
            </w:r>
          </w:p>
          <w:p>
            <w:pPr>
              <w:spacing w:before="0" w:after="0"/>
              <w:jc w:val="center"/>
            </w:pPr>
            <w:r>
              <w:rPr>
                <w:b/>
                <w:bCs/>
                <w:sz w:val="23"/>
                <w:szCs w:val="23"/>
              </w:rPr>
              <w:t>book</w:t>
            </w:r>
          </w:p>
          <w:p>
            <w:pPr>
              <w:bidi/>
              <w:spacing w:before="0" w:after="0"/>
              <w:jc w:val="center"/>
            </w:pPr>
            <w:r>
              <w:rPr>
                <w:rFonts w:ascii="Arial" w:hAnsi="Arial" w:cs="Arial"/>
                <w:color w:val="6B7280"/>
                <w:sz w:val="17"/>
                <w:szCs w:val="17"/>
                <w:rtl/>
                <w:lang w:val="en-US" w:bidi="he-IL"/>
              </w:rPr>
              <w:t xml:space="preserve">ספר</w:t>
            </w:r>
          </w:p>
          <w:p>
            <w:pPr>
              <w:bidi/>
              <w:spacing w:before="0" w:after="0"/>
              <w:jc w:val="center"/>
            </w:pPr>
            <w:r>
              <w:rPr>
                <w:rFonts w:ascii="Arial" w:hAnsi="Arial" w:cs="Arial"/>
                <w:color w:val="6B7280"/>
                <w:sz w:val="17"/>
                <w:szCs w:val="17"/>
                <w:rtl/>
                <w:lang w:val="en-US" w:bidi="ar-SA"/>
              </w:rPr>
              <w:t xml:space="preserve">كتاب</w:t>
            </w:r>
          </w:p>
        </w:tc>
        <w:tc>
          <w:tcPr>
            <w:tcW w:type="dxa" w:w="1663"/>
          </w:tcPr>
          <w:p>
            <w:pPr>
              <w:spacing w:before="0" w:after="0"/>
              <w:jc w:val="center"/>
            </w:pPr>
            <w:r>
              <w:drawing>
                <wp:inline xmlns:a="http://schemas.openxmlformats.org/drawingml/2006/main" xmlns:pic="http://schemas.openxmlformats.org/drawingml/2006/picture">
                  <wp:extent cx="468000" cy="419250"/>
                  <wp:docPr id="28" name="Picture 28"/>
                  <wp:cNvGraphicFramePr>
                    <a:graphicFrameLocks noChangeAspect="1"/>
                  </wp:cNvGraphicFramePr>
                  <a:graphic>
                    <a:graphicData uri="http://schemas.openxmlformats.org/drawingml/2006/picture">
                      <pic:pic>
                        <pic:nvPicPr>
                          <pic:cNvPr id="0" name="cat.png"/>
                          <pic:cNvPicPr/>
                        </pic:nvPicPr>
                        <pic:blipFill>
                          <a:blip r:embed="rId32"/>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477957"/>
                  <wp:docPr id="29" name="Picture 29"/>
                  <wp:cNvGraphicFramePr>
                    <a:graphicFrameLocks noChangeAspect="1"/>
                  </wp:cNvGraphicFramePr>
                  <a:graphic>
                    <a:graphicData uri="http://schemas.openxmlformats.org/drawingml/2006/picture">
                      <pic:pic>
                        <pic:nvPicPr>
                          <pic:cNvPr id="0" name="bag.png"/>
                          <pic:cNvPicPr/>
                        </pic:nvPicPr>
                        <pic:blipFill>
                          <a:blip r:embed="rId21"/>
                          <a:stretch>
                            <a:fillRect/>
                          </a:stretch>
                        </pic:blipFill>
                        <pic:spPr>
                          <a:xfrm>
                            <a:off x="0" y="0"/>
                            <a:ext cx="468000" cy="477957"/>
                          </a:xfrm>
                          <a:prstGeom prst="rect"/>
                        </pic:spPr>
                      </pic:pic>
                    </a:graphicData>
                  </a:graphic>
                </wp:inline>
              </w:drawing>
            </w:r>
          </w:p>
          <w:p>
            <w:pPr>
              <w:spacing w:before="0" w:after="0"/>
              <w:jc w:val="center"/>
            </w:pPr>
            <w:r>
              <w:rPr>
                <w:b/>
                <w:bCs/>
                <w:sz w:val="23"/>
                <w:szCs w:val="23"/>
              </w:rPr>
              <w:t>bag</w:t>
            </w:r>
          </w:p>
          <w:p>
            <w:pPr>
              <w:bidi/>
              <w:spacing w:before="0" w:after="0"/>
              <w:jc w:val="center"/>
            </w:pPr>
            <w:r>
              <w:rPr>
                <w:rFonts w:ascii="Arial" w:hAnsi="Arial" w:cs="Arial"/>
                <w:color w:val="6B7280"/>
                <w:sz w:val="17"/>
                <w:szCs w:val="17"/>
                <w:rtl/>
                <w:lang w:val="en-US" w:bidi="he-IL"/>
              </w:rPr>
              <w:t xml:space="preserve">תיק</w:t>
            </w:r>
          </w:p>
          <w:p>
            <w:pPr>
              <w:bidi/>
              <w:spacing w:before="0" w:after="0"/>
              <w:jc w:val="center"/>
            </w:pPr>
            <w:r>
              <w:rPr>
                <w:rFonts w:ascii="Arial" w:hAnsi="Arial" w:cs="Arial"/>
                <w:color w:val="6B7280"/>
                <w:sz w:val="17"/>
                <w:szCs w:val="17"/>
                <w:rtl/>
                <w:lang w:val="en-US" w:bidi="ar-SA"/>
              </w:rPr>
              <w:t xml:space="preserve">حقيبة</w:t>
            </w:r>
          </w:p>
        </w:tc>
      </w:tr>
    </w:tbl>
    <w:p>
      <w:pPr>
        <w:spacing w:before="0" w:after="80"/>
        <w:jc w:val="both"/>
      </w:pPr>
    </w:p>
    <w:p>
      <w:pPr>
        <w:spacing w:before="160" w:after="20"/>
        <w:jc w:val="both"/>
      </w:pPr>
      <w:r>
        <w:rPr>
          <w:b/>
          <w:bCs/>
          <w:sz w:val="26"/>
          <w:szCs w:val="26"/>
        </w:rPr>
        <w:t>1. Write the comparative form.</w:t>
      </w:r>
    </w:p>
    <w:p>
      <w:pPr>
        <w:bidi/>
        <w:spacing w:before="0" w:after="0"/>
        <w:jc w:val="both"/>
      </w:pPr>
      <w:r>
        <w:rPr>
          <w:rFonts w:ascii="Arial" w:hAnsi="Arial" w:cs="Arial"/>
          <w:color w:val="6B7280"/>
          <w:sz w:val="20"/>
          <w:szCs w:val="20"/>
          <w:rtl/>
          <w:lang w:val="en-US" w:bidi="he-IL"/>
        </w:rPr>
        <w:t xml:space="preserve">כתבו את צורת ההשוואה.</w:t>
      </w:r>
    </w:p>
    <w:p>
      <w:pPr>
        <w:bidi/>
        <w:spacing w:before="0" w:after="80"/>
        <w:jc w:val="both"/>
      </w:pPr>
      <w:r>
        <w:rPr>
          <w:rFonts w:ascii="Arial" w:hAnsi="Arial" w:cs="Arial"/>
          <w:color w:val="6B7280"/>
          <w:sz w:val="21"/>
          <w:szCs w:val="21"/>
          <w:rtl/>
          <w:lang w:val="en-US" w:bidi="ar-SA"/>
        </w:rPr>
        <w:t xml:space="preserve">اكتب صيغة المقارنة.</w:t>
      </w:r>
    </w:p>
    <w:p>
      <w:pPr>
        <w:spacing w:before="0" w:after="60"/>
        <w:jc w:val="both"/>
      </w:pPr>
      <w:r>
        <w:rPr/>
        <w:t>a. long → __________</w:t>
      </w:r>
    </w:p>
    <w:p>
      <w:pPr>
        <w:spacing w:before="0" w:after="60"/>
        <w:jc w:val="both"/>
      </w:pPr>
      <w:r>
        <w:rPr/>
        <w:t>b. late → __________</w:t>
      </w:r>
    </w:p>
    <w:p>
      <w:pPr>
        <w:spacing w:before="0" w:after="60"/>
        <w:jc w:val="both"/>
      </w:pPr>
      <w:r>
        <w:rPr/>
        <w:t>c. busy → __________</w:t>
      </w:r>
    </w:p>
    <w:p>
      <w:pPr>
        <w:spacing w:before="0" w:after="60"/>
        <w:jc w:val="both"/>
      </w:pPr>
      <w:r>
        <w:rPr/>
        <w:t>d. thin → __________</w:t>
      </w:r>
    </w:p>
    <w:p>
      <w:pPr>
        <w:spacing w:before="0" w:after="60"/>
        <w:jc w:val="both"/>
      </w:pPr>
      <w:r>
        <w:rPr/>
        <w:t>e. far → __________</w:t>
      </w:r>
    </w:p>
    <w:p>
      <w:pPr>
        <w:spacing w:before="0" w:after="60"/>
        <w:jc w:val="both"/>
      </w:pPr>
      <w:r>
        <w:rPr/>
        <w:t>f. careful → __________</w:t>
      </w:r>
    </w:p>
    <w:p>
      <w:pPr>
        <w:spacing w:before="160" w:after="20"/>
        <w:jc w:val="both"/>
      </w:pPr>
      <w:r>
        <w:rPr>
          <w:b/>
          <w:bCs/>
          <w:sz w:val="26"/>
          <w:szCs w:val="26"/>
        </w:rPr>
        <w:t>2. Write the superlative form.</w:t>
      </w:r>
    </w:p>
    <w:p>
      <w:pPr>
        <w:bidi/>
        <w:spacing w:before="0" w:after="0"/>
        <w:jc w:val="both"/>
      </w:pPr>
      <w:r>
        <w:rPr>
          <w:rFonts w:ascii="Arial" w:hAnsi="Arial" w:cs="Arial"/>
          <w:color w:val="6B7280"/>
          <w:sz w:val="20"/>
          <w:szCs w:val="20"/>
          <w:rtl/>
          <w:lang w:val="en-US" w:bidi="he-IL"/>
        </w:rPr>
        <w:t xml:space="preserve">כתבו את צורת ההפלגה.</w:t>
      </w:r>
    </w:p>
    <w:p>
      <w:pPr>
        <w:bidi/>
        <w:spacing w:before="0" w:after="80"/>
        <w:jc w:val="both"/>
      </w:pPr>
      <w:r>
        <w:rPr>
          <w:rFonts w:ascii="Arial" w:hAnsi="Arial" w:cs="Arial"/>
          <w:color w:val="6B7280"/>
          <w:sz w:val="21"/>
          <w:szCs w:val="21"/>
          <w:rtl/>
          <w:lang w:val="en-US" w:bidi="ar-SA"/>
        </w:rPr>
        <w:t xml:space="preserve">اكتب صيغة التفضيل.</w:t>
      </w:r>
    </w:p>
    <w:p>
      <w:pPr>
        <w:spacing w:before="0" w:after="60"/>
        <w:jc w:val="both"/>
      </w:pPr>
      <w:r>
        <w:rPr/>
        <w:t>a. short → __________</w:t>
      </w:r>
    </w:p>
    <w:p>
      <w:pPr>
        <w:spacing w:before="0" w:after="60"/>
        <w:jc w:val="both"/>
      </w:pPr>
      <w:r>
        <w:rPr/>
        <w:t>b. safe → __________</w:t>
      </w:r>
    </w:p>
    <w:p>
      <w:pPr>
        <w:spacing w:before="0" w:after="60"/>
        <w:jc w:val="both"/>
      </w:pPr>
      <w:r>
        <w:rPr/>
        <w:t>c. heavy → __________</w:t>
      </w:r>
    </w:p>
    <w:p>
      <w:pPr>
        <w:spacing w:before="0" w:after="60"/>
        <w:jc w:val="both"/>
      </w:pPr>
      <w:r>
        <w:rPr/>
        <w:t>d. wet → __________</w:t>
      </w:r>
    </w:p>
    <w:p>
      <w:pPr>
        <w:spacing w:before="0" w:after="60"/>
        <w:jc w:val="both"/>
      </w:pPr>
      <w:r>
        <w:rPr/>
        <w:t>e. bad → __________</w:t>
      </w:r>
    </w:p>
    <w:p>
      <w:pPr>
        <w:spacing w:before="0" w:after="60"/>
        <w:jc w:val="both"/>
      </w:pPr>
      <w:r>
        <w:rPr/>
        <w:t>f. important → __________</w:t>
      </w:r>
    </w:p>
    <w:p>
      <w:pPr>
        <w:spacing w:before="160" w:after="20"/>
        <w:jc w:val="both"/>
      </w:pPr>
      <w:r>
        <w:rPr>
          <w:b/>
          <w:bCs/>
          <w:sz w:val="26"/>
          <w:szCs w:val="26"/>
        </w:rPr>
        <w:t>3. Match the beginnings and the endings.</w:t>
      </w:r>
    </w:p>
    <w:p>
      <w:pPr>
        <w:bidi/>
        <w:spacing w:before="0" w:after="0"/>
        <w:jc w:val="both"/>
      </w:pPr>
      <w:r>
        <w:rPr>
          <w:rFonts w:ascii="Arial" w:hAnsi="Arial" w:cs="Arial"/>
          <w:color w:val="6B7280"/>
          <w:sz w:val="20"/>
          <w:szCs w:val="20"/>
          <w:rtl/>
          <w:lang w:val="en-US" w:bidi="he-IL"/>
        </w:rPr>
        <w:t xml:space="preserve">התאימו בין תחילת המשפט לסופו.</w:t>
      </w:r>
    </w:p>
    <w:p>
      <w:pPr>
        <w:bidi/>
        <w:spacing w:before="0" w:after="80"/>
        <w:jc w:val="both"/>
      </w:pPr>
      <w:r>
        <w:rPr>
          <w:rFonts w:ascii="Arial" w:hAnsi="Arial" w:cs="Arial"/>
          <w:color w:val="6B7280"/>
          <w:sz w:val="21"/>
          <w:szCs w:val="21"/>
          <w:rtl/>
          <w:lang w:val="en-US" w:bidi="ar-SA"/>
        </w:rPr>
        <w:t xml:space="preserve">صِل بداية كل جملة بنهايتها.</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Column A</w:t>
            </w:r>
          </w:p>
        </w:tc>
        <w:tc>
          <w:tcPr>
            <w:tcW w:type="dxa" w:w="4989"/>
            <w:shd w:val="clear" w:color="auto" w:fill="1e3a8a"/>
          </w:tcPr>
          <w:p>
            <w:pPr>
              <w:spacing w:before="0" w:after="40"/>
              <w:jc w:val="both"/>
            </w:pPr>
            <w:r>
              <w:rPr>
                <w:b/>
                <w:bCs/>
                <w:color w:val="FFFFFF"/>
              </w:rPr>
              <w:t>Column B</w:t>
            </w:r>
          </w:p>
        </w:tc>
      </w:tr>
      <w:tr>
        <w:tc>
          <w:tcPr>
            <w:tcW w:type="dxa" w:w="4989"/>
          </w:tcPr>
          <w:p>
            <w:pPr>
              <w:spacing w:before="0" w:after="40"/>
              <w:jc w:val="both"/>
            </w:pPr>
            <w:r>
              <w:rPr/>
              <w:t>1. A giraffe is taller</w:t>
            </w:r>
          </w:p>
        </w:tc>
        <w:tc>
          <w:tcPr>
            <w:tcW w:type="dxa" w:w="4989"/>
          </w:tcPr>
          <w:p>
            <w:pPr>
              <w:spacing w:before="0" w:after="40"/>
              <w:jc w:val="both"/>
            </w:pPr>
            <w:r>
              <w:rPr/>
              <w:t>[   ] in August than in March.</w:t>
            </w:r>
          </w:p>
        </w:tc>
      </w:tr>
      <w:tr>
        <w:tc>
          <w:tcPr>
            <w:tcW w:type="dxa" w:w="4989"/>
          </w:tcPr>
          <w:p>
            <w:pPr>
              <w:spacing w:before="0" w:after="40"/>
              <w:jc w:val="both"/>
            </w:pPr>
            <w:r>
              <w:rPr/>
              <w:t>2. Jupiter is the biggest</w:t>
            </w:r>
          </w:p>
        </w:tc>
        <w:tc>
          <w:tcPr>
            <w:tcW w:type="dxa" w:w="4989"/>
          </w:tcPr>
          <w:p>
            <w:pPr>
              <w:spacing w:before="0" w:after="40"/>
              <w:jc w:val="both"/>
            </w:pPr>
            <w:r>
              <w:rPr/>
              <w:t>[   ] planet in our solar system.</w:t>
            </w:r>
          </w:p>
        </w:tc>
      </w:tr>
      <w:tr>
        <w:tc>
          <w:tcPr>
            <w:tcW w:type="dxa" w:w="4989"/>
          </w:tcPr>
          <w:p>
            <w:pPr>
              <w:spacing w:before="0" w:after="40"/>
              <w:jc w:val="both"/>
            </w:pPr>
            <w:r>
              <w:rPr/>
              <w:t>3. Chess is more difficult</w:t>
            </w:r>
          </w:p>
        </w:tc>
        <w:tc>
          <w:tcPr>
            <w:tcW w:type="dxa" w:w="4989"/>
          </w:tcPr>
          <w:p>
            <w:pPr>
              <w:spacing w:before="0" w:after="40"/>
              <w:jc w:val="both"/>
            </w:pPr>
            <w:r>
              <w:rPr/>
              <w:t>[   ] grade in the test.</w:t>
            </w:r>
          </w:p>
        </w:tc>
      </w:tr>
      <w:tr>
        <w:tc>
          <w:tcPr>
            <w:tcW w:type="dxa" w:w="4989"/>
          </w:tcPr>
          <w:p>
            <w:pPr>
              <w:spacing w:before="0" w:after="40"/>
              <w:jc w:val="both"/>
            </w:pPr>
            <w:r>
              <w:rPr/>
              <w:t>4. Shira got the best</w:t>
            </w:r>
          </w:p>
        </w:tc>
        <w:tc>
          <w:tcPr>
            <w:tcW w:type="dxa" w:w="4989"/>
          </w:tcPr>
          <w:p>
            <w:pPr>
              <w:spacing w:before="0" w:after="40"/>
              <w:jc w:val="both"/>
            </w:pPr>
            <w:r>
              <w:rPr/>
              <w:t>[   ] than checkers.</w:t>
            </w:r>
          </w:p>
        </w:tc>
      </w:tr>
      <w:tr>
        <w:tc>
          <w:tcPr>
            <w:tcW w:type="dxa" w:w="4989"/>
          </w:tcPr>
          <w:p>
            <w:pPr>
              <w:spacing w:before="0" w:after="40"/>
              <w:jc w:val="both"/>
            </w:pPr>
            <w:r>
              <w:rPr/>
              <w:t>5. The sea is warmer</w:t>
            </w:r>
          </w:p>
        </w:tc>
        <w:tc>
          <w:tcPr>
            <w:tcW w:type="dxa" w:w="4989"/>
          </w:tcPr>
          <w:p>
            <w:pPr>
              <w:spacing w:before="0" w:after="40"/>
              <w:jc w:val="both"/>
            </w:pPr>
            <w:r>
              <w:rPr/>
              <w:t>[   ] than a zebra.</w:t>
            </w:r>
          </w:p>
        </w:tc>
      </w:tr>
    </w:tbl>
    <w:p>
      <w:pPr>
        <w:spacing w:before="0" w:after="40"/>
        <w:jc w:val="both"/>
      </w:pPr>
    </w:p>
    <w:p>
      <w:pPr>
        <w:spacing w:before="160" w:after="20"/>
        <w:jc w:val="both"/>
      </w:pPr>
      <w:r>
        <w:rPr>
          <w:b/>
          <w:bCs/>
          <w:sz w:val="26"/>
          <w:szCs w:val="26"/>
        </w:rPr>
        <w:t>4. Correct or not correct? Sort.</w:t>
      </w:r>
    </w:p>
    <w:p>
      <w:pPr>
        <w:bidi/>
        <w:spacing w:before="0" w:after="0"/>
        <w:jc w:val="both"/>
      </w:pPr>
      <w:r>
        <w:rPr>
          <w:rFonts w:ascii="Arial" w:hAnsi="Arial" w:cs="Arial"/>
          <w:color w:val="6B7280"/>
          <w:sz w:val="20"/>
          <w:szCs w:val="20"/>
          <w:rtl/>
          <w:lang w:val="en-US" w:bidi="he-IL"/>
        </w:rPr>
        <w:t xml:space="preserve">נכון או לא נכון? מיינו.</w:t>
      </w:r>
    </w:p>
    <w:p>
      <w:pPr>
        <w:bidi/>
        <w:spacing w:before="0" w:after="80"/>
        <w:jc w:val="both"/>
      </w:pPr>
      <w:r>
        <w:rPr>
          <w:rFonts w:ascii="Arial" w:hAnsi="Arial" w:cs="Arial"/>
          <w:color w:val="6B7280"/>
          <w:sz w:val="21"/>
          <w:szCs w:val="21"/>
          <w:rtl/>
          <w:lang w:val="en-US" w:bidi="ar-SA"/>
        </w:rPr>
        <w:t xml:space="preserve">صحيحة أم غير صحيحة؟ صنّف.</w:t>
      </w:r>
    </w:p>
    <w:p>
      <w:pPr>
        <w:spacing w:before="0" w:after="80"/>
        <w:jc w:val="both"/>
      </w:pPr>
      <w:r>
        <w:rPr>
          <w:color w:val="1E3A8A"/>
          <w:sz w:val="24"/>
          <w:szCs w:val="24"/>
        </w:rPr>
        <w:t>Words: more fast  |  faster  |  the most beautiful  |  the beautifullest  |  gooder  |  better  |  biger  |  bigger</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Correct</w:t>
            </w:r>
          </w:p>
        </w:tc>
        <w:tc>
          <w:tcPr>
            <w:tcW w:type="dxa" w:w="4989"/>
            <w:shd w:val="clear" w:color="auto" w:fill="1e3a8a"/>
          </w:tcPr>
          <w:p>
            <w:pPr>
              <w:spacing w:before="0" w:after="40"/>
              <w:jc w:val="both"/>
            </w:pPr>
            <w:r>
              <w:rPr>
                <w:b/>
                <w:bCs/>
                <w:color w:val="FFFFFF"/>
              </w:rPr>
              <w:t>Not correct</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5.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Yoav is ___ boy in the class.</w:t>
      </w:r>
    </w:p>
    <w:p>
      <w:pPr>
        <w:spacing w:before="0" w:after="80"/>
        <w:jc w:val="both"/>
      </w:pPr>
      <w:r>
        <w:rPr/>
        <w:t xml:space="preserve">   ○ the youngest      ○ younger      ○ the most young</w:t>
      </w:r>
    </w:p>
    <w:p>
      <w:pPr>
        <w:spacing w:before="0" w:after="20"/>
        <w:jc w:val="both"/>
      </w:pPr>
      <w:r>
        <w:rPr/>
        <w:t>b. My room is ___ than my brother's room.</w:t>
      </w:r>
    </w:p>
    <w:p>
      <w:pPr>
        <w:spacing w:before="0" w:after="80"/>
        <w:jc w:val="both"/>
      </w:pPr>
      <w:r>
        <w:rPr/>
        <w:t xml:space="preserve">   ○ clean      ○ cleaner      ○ cleanest</w:t>
      </w:r>
    </w:p>
    <w:p>
      <w:pPr>
        <w:spacing w:before="0" w:after="20"/>
        <w:jc w:val="both"/>
      </w:pPr>
      <w:r>
        <w:rPr/>
        <w:t>c. Today is ___ than yesterday.</w:t>
      </w:r>
    </w:p>
    <w:p>
      <w:pPr>
        <w:spacing w:before="0" w:after="80"/>
        <w:jc w:val="both"/>
      </w:pPr>
      <w:r>
        <w:rPr/>
        <w:t xml:space="preserve">   ○ more sunny      ○ sunnier      ○ the sunniest</w:t>
      </w:r>
    </w:p>
    <w:p>
      <w:pPr>
        <w:spacing w:before="160" w:after="20"/>
        <w:jc w:val="both"/>
      </w:pPr>
      <w:r>
        <w:rPr>
          <w:b/>
          <w:bCs/>
          <w:sz w:val="26"/>
          <w:szCs w:val="26"/>
        </w:rPr>
        <w:t>6. Omer is 11 years old and 1.40 m tall. Itay is 12 and 1.45 m tall. Tom is 13 and 1.38 m tall. Complete with a comparative or a superlative.</w:t>
      </w:r>
    </w:p>
    <w:p>
      <w:pPr>
        <w:bidi/>
        <w:spacing w:before="0" w:after="0"/>
        <w:jc w:val="both"/>
      </w:pPr>
      <w:r>
        <w:rPr>
          <w:rFonts w:ascii="Arial" w:hAnsi="Arial" w:cs="Arial"/>
          <w:color w:val="6B7280"/>
          <w:sz w:val="20"/>
          <w:szCs w:val="20"/>
          <w:rtl/>
          <w:lang w:val="en-US" w:bidi="he-IL"/>
        </w:rPr>
        <w:t xml:space="preserve">עומר בן 11 וגובהו 1.40 מ'. איתי בן 12 וגובהו 1.45 מ'. תום בן 13 וגובהו 1.38 מ'. השלימו בצורת השוואה או בצורת הפלגה.</w:t>
      </w:r>
    </w:p>
    <w:p>
      <w:pPr>
        <w:bidi/>
        <w:spacing w:before="0" w:after="80"/>
        <w:jc w:val="both"/>
      </w:pPr>
      <w:r>
        <w:rPr>
          <w:rFonts w:ascii="Arial" w:hAnsi="Arial" w:cs="Arial"/>
          <w:color w:val="6B7280"/>
          <w:sz w:val="21"/>
          <w:szCs w:val="21"/>
          <w:rtl/>
          <w:lang w:val="en-US" w:bidi="ar-SA"/>
        </w:rPr>
        <w:t xml:space="preserve">عومر عمره 11 سنة وطوله 1.40 م. إيتاي عمره 12 سنة وطوله 1.45 م. توم عمره 13 سنة وطوله 1.38 م. أكمل بصيغة المقارنة أو بصيغة التفضيل.</w:t>
      </w:r>
    </w:p>
    <w:p>
      <w:pPr>
        <w:spacing w:before="0" w:after="60"/>
        <w:jc w:val="both"/>
      </w:pPr>
      <w:r>
        <w:rPr/>
        <w:t>a. Itay is __________ (old) than Omer.</w:t>
      </w:r>
    </w:p>
    <w:p>
      <w:pPr>
        <w:spacing w:before="0" w:after="60"/>
        <w:jc w:val="both"/>
      </w:pPr>
      <w:r>
        <w:rPr/>
        <w:t>b. Tom is __________ (old) of the three boys.</w:t>
      </w:r>
    </w:p>
    <w:p>
      <w:pPr>
        <w:spacing w:before="0" w:after="60"/>
        <w:jc w:val="both"/>
      </w:pPr>
      <w:r>
        <w:rPr/>
        <w:t>c. Itay is __________ (tall) boy.</w:t>
      </w:r>
    </w:p>
    <w:p>
      <w:pPr>
        <w:spacing w:before="0" w:after="60"/>
        <w:jc w:val="both"/>
      </w:pPr>
      <w:r>
        <w:rPr/>
        <w:t>d. Tom is __________ (short) than Omer.</w:t>
      </w:r>
    </w:p>
    <w:p>
      <w:pPr>
        <w:spacing w:before="160" w:after="20"/>
        <w:jc w:val="both"/>
      </w:pPr>
      <w:r>
        <w:rPr>
          <w:b/>
          <w:bCs/>
          <w:sz w:val="26"/>
          <w:szCs w:val="26"/>
        </w:rPr>
        <w:t>7. Find the mistake and write the correct sentence.</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My dog is more big than your dog.</w:t>
      </w:r>
    </w:p>
    <w:p>
      <w:pPr>
        <w:spacing w:before="0" w:after="100"/>
        <w:jc w:val="both"/>
      </w:pPr>
      <w:r>
        <w:rPr/>
        <w:t>b. This is the most cheap shirt in the shop.</w:t>
      </w:r>
    </w:p>
    <w:p>
      <w:pPr>
        <w:spacing w:before="0" w:after="100"/>
        <w:jc w:val="both"/>
      </w:pPr>
      <w:r>
        <w:rPr/>
        <w:t>c. Maya is more taller than Noa.</w:t>
      </w:r>
    </w:p>
    <w:p>
      <w:pPr>
        <w:spacing w:before="0" w:after="100"/>
        <w:jc w:val="both"/>
      </w:pPr>
      <w:r>
        <w:rPr/>
        <w:t>d. It is the goodest cake ever!</w:t>
      </w:r>
    </w:p>
    <w:p>
      <w:pPr>
        <w:spacing w:before="120" w:after="40"/>
        <w:jc w:val="center"/>
      </w:pPr>
      <w:r>
        <w:rPr>
          <w:rFonts w:ascii="Arial Black" w:hAnsi="Arial Black" w:cs="Arial Black"/>
          <w:b/>
          <w:bCs/>
          <w:color w:val="1E3A8A"/>
          <w:sz w:val="30"/>
          <w:szCs w:val="30"/>
        </w:rPr>
        <w:t>The Class Trip Vote</w:t>
      </w:r>
    </w:p>
    <w:p>
      <w:pPr>
        <w:spacing w:before="0" w:after="80"/>
        <w:jc w:val="both"/>
      </w:pPr>
      <w:r>
        <w:rPr/>
        <w:t>Class 6A is going on a trip, and the children are voting for the place. There are three choices: the zoo in Jerusalem, a water park, and a nature reserve in the north.</w:t>
      </w:r>
    </w:p>
    <w:p>
      <w:pPr>
        <w:spacing w:before="0" w:after="80"/>
        <w:jc w:val="both"/>
      </w:pPr>
      <w:r>
        <w:rPr/>
        <w:t>"The water park is the most fun," says Itay. "It's hotter in June, so water is the best idea!" Maya doesn't agree. "The zoo is more interesting than a water park. We can learn about animals." Ben likes the nature reserve. "It's the most beautiful place, and it's quieter than the other two."</w:t>
      </w:r>
    </w:p>
    <w:p>
      <w:pPr>
        <w:spacing w:before="0" w:after="80"/>
        <w:jc w:val="both"/>
      </w:pPr>
      <w:r>
        <w:rPr/>
        <w:t>The teacher counts the votes. The water park gets 14 votes, the zoo gets 10 votes, and the nature reserve gets only 6. The water park wins! But the nature reserve is the cheapest choice, so the teacher says, "Next year we are going to go there."</w:t>
      </w:r>
    </w:p>
    <w:p>
      <w:pPr>
        <w:spacing w:before="160" w:after="20"/>
        <w:jc w:val="both"/>
      </w:pPr>
      <w:r>
        <w:rPr>
          <w:b/>
          <w:bCs/>
          <w:sz w:val="26"/>
          <w:szCs w:val="26"/>
        </w:rPr>
        <w:t>8. Read the text and circle the correct answer.</w:t>
      </w:r>
    </w:p>
    <w:p>
      <w:pPr>
        <w:bidi/>
        <w:spacing w:before="0" w:after="0"/>
        <w:jc w:val="both"/>
      </w:pPr>
      <w:r>
        <w:rPr>
          <w:rFonts w:ascii="Arial" w:hAnsi="Arial" w:cs="Arial"/>
          <w:color w:val="6B7280"/>
          <w:sz w:val="20"/>
          <w:szCs w:val="20"/>
          <w:rtl/>
          <w:lang w:val="en-US" w:bidi="he-IL"/>
        </w:rPr>
        <w:t xml:space="preserve">קראו את הטקסט והקיפו את התשובה הנכונה.</w:t>
      </w:r>
    </w:p>
    <w:p>
      <w:pPr>
        <w:bidi/>
        <w:spacing w:before="0" w:after="80"/>
        <w:jc w:val="both"/>
      </w:pPr>
      <w:r>
        <w:rPr>
          <w:rFonts w:ascii="Arial" w:hAnsi="Arial" w:cs="Arial"/>
          <w:color w:val="6B7280"/>
          <w:sz w:val="21"/>
          <w:szCs w:val="21"/>
          <w:rtl/>
          <w:lang w:val="en-US" w:bidi="ar-SA"/>
        </w:rPr>
        <w:t xml:space="preserve">اقرأ النص وضع دائرة حول الإجابة الصحيحة.</w:t>
      </w:r>
    </w:p>
    <w:p>
      <w:pPr>
        <w:spacing w:before="0" w:after="20"/>
        <w:jc w:val="both"/>
      </w:pPr>
      <w:r>
        <w:rPr/>
        <w:t>a. Which place gets the most votes?</w:t>
      </w:r>
    </w:p>
    <w:p>
      <w:pPr>
        <w:spacing w:before="0" w:after="80"/>
        <w:jc w:val="both"/>
      </w:pPr>
      <w:r>
        <w:rPr/>
        <w:t xml:space="preserve">   ○ the zoo      ○ the water park      ○ the nature reserve</w:t>
      </w:r>
    </w:p>
    <w:p>
      <w:pPr>
        <w:spacing w:before="0" w:after="20"/>
        <w:jc w:val="both"/>
      </w:pPr>
      <w:r>
        <w:rPr/>
        <w:t>b. Why does Ben like the nature reserve?</w:t>
      </w:r>
    </w:p>
    <w:p>
      <w:pPr>
        <w:spacing w:before="0" w:after="80"/>
        <w:jc w:val="both"/>
      </w:pPr>
      <w:r>
        <w:rPr/>
        <w:t xml:space="preserve">   ○ It's the cheapest.      ○ It's quieter.      ○ There are animals.</w:t>
      </w:r>
    </w:p>
    <w:p>
      <w:pPr>
        <w:spacing w:before="160" w:after="20"/>
        <w:jc w:val="both"/>
      </w:pPr>
      <w:r>
        <w:rPr>
          <w:b/>
          <w:bCs/>
          <w:sz w:val="26"/>
          <w:szCs w:val="26"/>
        </w:rPr>
        <w:t>9. Complete the sentences according to the text.</w:t>
      </w:r>
    </w:p>
    <w:p>
      <w:pPr>
        <w:bidi/>
        <w:spacing w:before="0" w:after="0"/>
        <w:jc w:val="both"/>
      </w:pPr>
      <w:r>
        <w:rPr>
          <w:rFonts w:ascii="Arial" w:hAnsi="Arial" w:cs="Arial"/>
          <w:color w:val="6B7280"/>
          <w:sz w:val="20"/>
          <w:szCs w:val="20"/>
          <w:rtl/>
          <w:lang w:val="en-US" w:bidi="he-IL"/>
        </w:rPr>
        <w:t xml:space="preserve">השלימו את המשפטים לפי הטקסט.</w:t>
      </w:r>
    </w:p>
    <w:p>
      <w:pPr>
        <w:bidi/>
        <w:spacing w:before="0" w:after="80"/>
        <w:jc w:val="both"/>
      </w:pPr>
      <w:r>
        <w:rPr>
          <w:rFonts w:ascii="Arial" w:hAnsi="Arial" w:cs="Arial"/>
          <w:color w:val="6B7280"/>
          <w:sz w:val="21"/>
          <w:szCs w:val="21"/>
          <w:rtl/>
          <w:lang w:val="en-US" w:bidi="ar-SA"/>
        </w:rPr>
        <w:t xml:space="preserve">أكمل الجمل حسب النص.</w:t>
      </w:r>
    </w:p>
    <w:p>
      <w:pPr>
        <w:spacing w:before="0" w:after="60"/>
        <w:jc w:val="both"/>
      </w:pPr>
      <w:r>
        <w:rPr/>
        <w:t>a. Maya thinks the zoo is more __________ than a water park.</w:t>
      </w:r>
    </w:p>
    <w:p>
      <w:pPr>
        <w:spacing w:before="0" w:after="60"/>
        <w:jc w:val="both"/>
      </w:pPr>
      <w:r>
        <w:rPr/>
        <w:t>b. The water park gets __________ votes than the zoo.</w:t>
      </w:r>
    </w:p>
    <w:p>
      <w:pPr>
        <w:spacing w:before="0" w:after="60"/>
        <w:jc w:val="both"/>
      </w:pPr>
      <w:r>
        <w:rPr/>
        <w:t>c. The nature reserve is the __________ choice.</w:t>
      </w:r>
    </w:p>
    <w:p>
      <w:pPr>
        <w:spacing w:before="160" w:after="20"/>
        <w:jc w:val="both"/>
      </w:pPr>
      <w:r>
        <w:rPr>
          <w:b/>
          <w:bCs/>
          <w:sz w:val="26"/>
          <w:szCs w:val="26"/>
        </w:rPr>
        <w:t>10.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There are 30 children who vote.      True / False</w:t>
      </w:r>
    </w:p>
    <w:p>
      <w:pPr>
        <w:spacing w:before="0" w:after="60"/>
        <w:jc w:val="both"/>
      </w:pPr>
      <w:r>
        <w:rPr/>
        <w:t>b. The zoo is the cheapest choice.      True / False</w:t>
      </w:r>
    </w:p>
    <w:p>
      <w:pPr>
        <w:spacing w:before="0" w:after="60"/>
        <w:jc w:val="both"/>
      </w:pPr>
      <w:r>
        <w:rPr/>
        <w:t>c. The class is going to the nature reserve this year.      True / False</w:t>
      </w:r>
    </w:p>
    <w:p>
      <w:pPr>
        <w:spacing w:before="160" w:after="20"/>
        <w:jc w:val="both"/>
      </w:pPr>
      <w:r>
        <w:rPr>
          <w:b/>
          <w:bCs/>
          <w:sz w:val="26"/>
          <w:szCs w:val="26"/>
        </w:rPr>
        <w:t>11. Which place do you like best for a class trip? Write 3–4 sentences and compare it to another place.</w:t>
      </w:r>
    </w:p>
    <w:p>
      <w:pPr>
        <w:bidi/>
        <w:spacing w:before="0" w:after="0"/>
        <w:jc w:val="both"/>
      </w:pPr>
      <w:r>
        <w:rPr>
          <w:rFonts w:ascii="Arial" w:hAnsi="Arial" w:cs="Arial"/>
          <w:color w:val="6B7280"/>
          <w:sz w:val="20"/>
          <w:szCs w:val="20"/>
          <w:rtl/>
          <w:lang w:val="en-US" w:bidi="he-IL"/>
        </w:rPr>
        <w:t xml:space="preserve">איזה מקום אתם הכי אוהבים לטיול שנתי? כתבו 3–4 משפטים והשוו אותו למקום אחר.</w:t>
      </w:r>
    </w:p>
    <w:p>
      <w:pPr>
        <w:bidi/>
        <w:spacing w:before="0" w:after="80"/>
        <w:jc w:val="both"/>
      </w:pPr>
      <w:r>
        <w:rPr>
          <w:rFonts w:ascii="Arial" w:hAnsi="Arial" w:cs="Arial"/>
          <w:color w:val="6B7280"/>
          <w:sz w:val="21"/>
          <w:szCs w:val="21"/>
          <w:rtl/>
          <w:lang w:val="en-US" w:bidi="ar-SA"/>
        </w:rPr>
        <w:t xml:space="preserve">أيّ مكان تحبه أكثر لرحلة الصف؟ اكتب 3–4 جمل وقارنه بمكان آخر.</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12. Write about your family. Who is the oldest? Who is the youngest? Who is the funniest? Write 3 sentences.</w:t>
      </w:r>
    </w:p>
    <w:p>
      <w:pPr>
        <w:bidi/>
        <w:spacing w:before="0" w:after="0"/>
        <w:jc w:val="both"/>
      </w:pPr>
      <w:r>
        <w:rPr>
          <w:rFonts w:ascii="Arial" w:hAnsi="Arial" w:cs="Arial"/>
          <w:color w:val="6B7280"/>
          <w:sz w:val="20"/>
          <w:szCs w:val="20"/>
          <w:rtl/>
          <w:lang w:val="en-US" w:bidi="he-IL"/>
        </w:rPr>
        <w:t xml:space="preserve">כתבו על המשפחה שלכם. מי הכי מבוגר? מי הכי צעיר? מי הכי מצחיק? כתבו 3 משפטים.</w:t>
      </w:r>
    </w:p>
    <w:p>
      <w:pPr>
        <w:bidi/>
        <w:spacing w:before="0" w:after="80"/>
        <w:jc w:val="both"/>
      </w:pPr>
      <w:r>
        <w:rPr>
          <w:rFonts w:ascii="Arial" w:hAnsi="Arial" w:cs="Arial"/>
          <w:color w:val="6B7280"/>
          <w:sz w:val="21"/>
          <w:szCs w:val="21"/>
          <w:rtl/>
          <w:lang w:val="en-US" w:bidi="ar-SA"/>
        </w:rPr>
        <w:t xml:space="preserve">اكتب عن عائلتك. مَن الأكبر سنًّا؟ مَن الأصغر سنًّا؟ مَن الأكثر مرحًا؟ اكتب 3 جمل.</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6   |   Unit 5</w:t>
      </w:r>
    </w:p>
    <w:p>
      <w:pPr>
        <w:spacing w:before="0" w:after="40"/>
        <w:jc w:val="both"/>
      </w:pPr>
      <w:r>
        <w:rPr>
          <w:rFonts w:ascii="Arial Black" w:hAnsi="Arial Black" w:cs="Arial Black"/>
          <w:b/>
          <w:bCs/>
          <w:color w:val="1E3A8A"/>
          <w:sz w:val="44"/>
          <w:szCs w:val="44"/>
        </w:rPr>
        <w:t>Unit 5: Modal verbs: can, could, must, should</w:t>
      </w:r>
    </w:p>
    <w:p>
      <w:pPr>
        <w:bidi/>
        <w:spacing w:before="0" w:after="0"/>
        <w:jc w:val="both"/>
      </w:pPr>
      <w:r>
        <w:rPr>
          <w:rFonts w:ascii="Arial" w:hAnsi="Arial" w:cs="Arial"/>
          <w:color w:val="6B7280"/>
          <w:sz w:val="22"/>
          <w:szCs w:val="22"/>
          <w:rtl/>
          <w:lang w:val="en-US" w:bidi="he-IL"/>
        </w:rPr>
        <w:t xml:space="preserve">פעלי עזר מודאליים: ‎can, could, must, should‎</w:t>
      </w:r>
    </w:p>
    <w:p>
      <w:pPr>
        <w:bidi/>
        <w:spacing w:before="0" w:after="120"/>
        <w:jc w:val="both"/>
      </w:pPr>
      <w:r>
        <w:rPr>
          <w:rFonts w:ascii="Arial" w:hAnsi="Arial" w:cs="Arial"/>
          <w:color w:val="6B7280"/>
          <w:sz w:val="23"/>
          <w:szCs w:val="23"/>
          <w:rtl/>
          <w:lang w:val="en-US" w:bidi="ar-SA"/>
        </w:rPr>
        <w:t xml:space="preserve">الأفعال المساعدة: ‎can, could, must, should‎</w:t>
      </w:r>
    </w:p>
    <w:p>
      <w:pPr>
        <w:spacing w:before="0" w:after="80"/>
        <w:jc w:val="center"/>
      </w:pPr>
      <w:r>
        <w:drawing>
          <wp:inline xmlns:a="http://schemas.openxmlformats.org/drawingml/2006/main" xmlns:pic="http://schemas.openxmlformats.org/drawingml/2006/picture">
            <wp:extent cx="3240000" cy="2160000"/>
            <wp:docPr id="30" name="Picture 30"/>
            <wp:cNvGraphicFramePr>
              <a:graphicFrameLocks noChangeAspect="1"/>
            </wp:cNvGraphicFramePr>
            <a:graphic>
              <a:graphicData uri="http://schemas.openxmlformats.org/drawingml/2006/picture">
                <pic:pic>
                  <pic:nvPicPr>
                    <pic:cNvPr id="0" name="english_g6_t05.jpg"/>
                    <pic:cNvPicPr/>
                  </pic:nvPicPr>
                  <pic:blipFill>
                    <a:blip r:embed="rId33"/>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1E3A8A"/>
          <w:sz w:val="28"/>
          <w:szCs w:val="28"/>
        </w:rPr>
        <w:t>◆ What do they mean?</w:t>
      </w:r>
    </w:p>
    <w:p>
      <w:pPr>
        <w:bidi/>
        <w:spacing w:before="0" w:after="0"/>
        <w:jc w:val="both"/>
      </w:pPr>
      <w:r>
        <w:rPr>
          <w:rFonts w:ascii="Arial" w:hAnsi="Arial" w:cs="Arial"/>
          <w:color w:val="6B7280"/>
          <w:sz w:val="20"/>
          <w:szCs w:val="20"/>
          <w:rtl/>
          <w:lang w:val="en-US" w:bidi="he-IL"/>
        </w:rPr>
        <w:t xml:space="preserve">מה הם אומרים?</w:t>
      </w:r>
    </w:p>
    <w:p>
      <w:pPr>
        <w:bidi/>
        <w:spacing w:before="0" w:after="40"/>
        <w:jc w:val="both"/>
      </w:pPr>
      <w:r>
        <w:rPr>
          <w:rFonts w:ascii="Arial" w:hAnsi="Arial" w:cs="Arial"/>
          <w:color w:val="6B7280"/>
          <w:sz w:val="21"/>
          <w:szCs w:val="21"/>
          <w:rtl/>
          <w:lang w:val="en-US" w:bidi="ar-SA"/>
        </w:rPr>
        <w:t xml:space="preserve">ماذا تعني؟</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Modal</w:t>
            </w:r>
          </w:p>
        </w:tc>
        <w:tc>
          <w:tcPr>
            <w:tcW w:type="dxa" w:w="3326"/>
            <w:shd w:val="clear" w:color="auto" w:fill="1e3a8a"/>
          </w:tcPr>
          <w:p>
            <w:pPr>
              <w:spacing w:before="0" w:after="40"/>
              <w:jc w:val="both"/>
            </w:pPr>
            <w:r>
              <w:rPr>
                <w:b/>
                <w:bCs/>
                <w:color w:val="FFFFFF"/>
              </w:rPr>
              <w:t>Use</w:t>
            </w:r>
          </w:p>
        </w:tc>
        <w:tc>
          <w:tcPr>
            <w:tcW w:type="dxa" w:w="3326"/>
            <w:shd w:val="clear" w:color="auto" w:fill="1e3a8a"/>
          </w:tcPr>
          <w:p>
            <w:pPr>
              <w:spacing w:before="0" w:after="40"/>
              <w:jc w:val="both"/>
            </w:pPr>
            <w:r>
              <w:rPr>
                <w:b/>
                <w:bCs/>
                <w:color w:val="FFFFFF"/>
              </w:rPr>
              <w:t>Example</w:t>
            </w:r>
          </w:p>
        </w:tc>
      </w:tr>
      <w:tr>
        <w:tc>
          <w:tcPr>
            <w:tcW w:type="dxa" w:w="3326"/>
          </w:tcPr>
          <w:p>
            <w:pPr>
              <w:spacing w:before="0" w:after="40"/>
              <w:jc w:val="both"/>
            </w:pPr>
            <w:r>
              <w:rPr/>
              <w:t>can / could</w:t>
            </w:r>
          </w:p>
        </w:tc>
        <w:tc>
          <w:tcPr>
            <w:tcW w:type="dxa" w:w="3326"/>
          </w:tcPr>
          <w:p>
            <w:pPr>
              <w:spacing w:before="0" w:after="40"/>
              <w:jc w:val="both"/>
            </w:pPr>
            <w:r>
              <w:rPr/>
              <w:t>requests, ability</w:t>
            </w:r>
          </w:p>
        </w:tc>
        <w:tc>
          <w:tcPr>
            <w:tcW w:type="dxa" w:w="3326"/>
          </w:tcPr>
          <w:p>
            <w:pPr>
              <w:spacing w:before="0" w:after="40"/>
              <w:jc w:val="both"/>
            </w:pPr>
            <w:r>
              <w:rPr/>
              <w:t>Could you help me, please?</w:t>
            </w:r>
          </w:p>
        </w:tc>
      </w:tr>
      <w:tr>
        <w:tc>
          <w:tcPr>
            <w:tcW w:type="dxa" w:w="3326"/>
          </w:tcPr>
          <w:p>
            <w:pPr>
              <w:spacing w:before="0" w:after="40"/>
              <w:jc w:val="both"/>
            </w:pPr>
            <w:r>
              <w:rPr/>
              <w:t>must</w:t>
            </w:r>
          </w:p>
        </w:tc>
        <w:tc>
          <w:tcPr>
            <w:tcW w:type="dxa" w:w="3326"/>
          </w:tcPr>
          <w:p>
            <w:pPr>
              <w:spacing w:before="0" w:after="40"/>
              <w:jc w:val="both"/>
            </w:pPr>
            <w:r>
              <w:rPr/>
              <w:t>a rule, it is necessary</w:t>
            </w:r>
          </w:p>
        </w:tc>
        <w:tc>
          <w:tcPr>
            <w:tcW w:type="dxa" w:w="3326"/>
          </w:tcPr>
          <w:p>
            <w:pPr>
              <w:spacing w:before="0" w:after="40"/>
              <w:jc w:val="both"/>
            </w:pPr>
            <w:r>
              <w:rPr/>
              <w:t>You must wear a seat belt.</w:t>
            </w:r>
          </w:p>
        </w:tc>
      </w:tr>
      <w:tr>
        <w:tc>
          <w:tcPr>
            <w:tcW w:type="dxa" w:w="3326"/>
          </w:tcPr>
          <w:p>
            <w:pPr>
              <w:spacing w:before="0" w:after="40"/>
              <w:jc w:val="both"/>
            </w:pPr>
            <w:r>
              <w:rPr/>
              <w:t>mustn't</w:t>
            </w:r>
          </w:p>
        </w:tc>
        <w:tc>
          <w:tcPr>
            <w:tcW w:type="dxa" w:w="3326"/>
          </w:tcPr>
          <w:p>
            <w:pPr>
              <w:spacing w:before="0" w:after="40"/>
              <w:jc w:val="both"/>
            </w:pPr>
            <w:r>
              <w:rPr/>
              <w:t>not allowed</w:t>
            </w:r>
          </w:p>
        </w:tc>
        <w:tc>
          <w:tcPr>
            <w:tcW w:type="dxa" w:w="3326"/>
          </w:tcPr>
          <w:p>
            <w:pPr>
              <w:spacing w:before="0" w:after="40"/>
              <w:jc w:val="both"/>
            </w:pPr>
            <w:r>
              <w:rPr/>
              <w:t>You mustn't touch the paintings.</w:t>
            </w:r>
          </w:p>
        </w:tc>
      </w:tr>
      <w:tr>
        <w:tc>
          <w:tcPr>
            <w:tcW w:type="dxa" w:w="3326"/>
          </w:tcPr>
          <w:p>
            <w:pPr>
              <w:spacing w:before="0" w:after="40"/>
              <w:jc w:val="both"/>
            </w:pPr>
            <w:r>
              <w:rPr/>
              <w:t>should / shouldn't</w:t>
            </w:r>
          </w:p>
        </w:tc>
        <w:tc>
          <w:tcPr>
            <w:tcW w:type="dxa" w:w="3326"/>
          </w:tcPr>
          <w:p>
            <w:pPr>
              <w:spacing w:before="0" w:after="40"/>
              <w:jc w:val="both"/>
            </w:pPr>
            <w:r>
              <w:rPr/>
              <w:t>advice</w:t>
            </w:r>
          </w:p>
        </w:tc>
        <w:tc>
          <w:tcPr>
            <w:tcW w:type="dxa" w:w="3326"/>
          </w:tcPr>
          <w:p>
            <w:pPr>
              <w:spacing w:before="0" w:after="40"/>
              <w:jc w:val="both"/>
            </w:pPr>
            <w:r>
              <w:rPr/>
              <w:t>You should study for the test.</w:t>
            </w:r>
          </w:p>
        </w:tc>
      </w:tr>
    </w:tbl>
    <w:p>
      <w:pPr>
        <w:spacing w:before="0" w:after="40"/>
        <w:jc w:val="both"/>
      </w:pPr>
    </w:p>
    <w:p>
      <w:pPr>
        <w:spacing w:before="120" w:after="40"/>
        <w:jc w:val="both"/>
      </w:pPr>
      <w:r>
        <w:rPr>
          <w:rFonts w:ascii="Arial Black" w:hAnsi="Arial Black" w:cs="Arial Black"/>
          <w:b/>
          <w:bCs/>
          <w:color w:val="1E3A8A"/>
          <w:sz w:val="28"/>
          <w:szCs w:val="28"/>
        </w:rPr>
        <w:t>◆ The form</w:t>
      </w:r>
    </w:p>
    <w:p>
      <w:pPr>
        <w:bidi/>
        <w:spacing w:before="0" w:after="0"/>
        <w:jc w:val="both"/>
      </w:pPr>
      <w:r>
        <w:rPr>
          <w:rFonts w:ascii="Arial" w:hAnsi="Arial" w:cs="Arial"/>
          <w:color w:val="6B7280"/>
          <w:sz w:val="20"/>
          <w:szCs w:val="20"/>
          <w:rtl/>
          <w:lang w:val="en-US" w:bidi="he-IL"/>
        </w:rPr>
        <w:t xml:space="preserve">המבנה</w:t>
      </w:r>
    </w:p>
    <w:p>
      <w:pPr>
        <w:bidi/>
        <w:spacing w:before="0" w:after="40"/>
        <w:jc w:val="both"/>
      </w:pPr>
      <w:r>
        <w:rPr>
          <w:rFonts w:ascii="Arial" w:hAnsi="Arial" w:cs="Arial"/>
          <w:color w:val="6B7280"/>
          <w:sz w:val="21"/>
          <w:szCs w:val="21"/>
          <w:rtl/>
          <w:lang w:val="en-US" w:bidi="ar-SA"/>
        </w:rPr>
        <w:t xml:space="preserve">الصيغة</w:t>
      </w:r>
    </w:p>
    <w:p>
      <w:pPr>
        <w:spacing w:before="0" w:after="20"/>
        <w:jc w:val="both"/>
      </w:pPr>
      <w:r>
        <w:rPr/>
        <w:t>1. modal + base form: She must go.</w:t>
      </w:r>
    </w:p>
    <w:p>
      <w:pPr>
        <w:bidi/>
        <w:spacing w:before="0" w:after="0"/>
        <w:jc w:val="both"/>
      </w:pPr>
      <w:r>
        <w:rPr>
          <w:rFonts w:ascii="Arial" w:hAnsi="Arial" w:cs="Arial"/>
          <w:color w:val="6B7280"/>
          <w:sz w:val="20"/>
          <w:szCs w:val="20"/>
          <w:rtl/>
          <w:lang w:val="en-US" w:bidi="he-IL"/>
        </w:rPr>
        <w:t xml:space="preserve">פועל מודאלי + צורת בסיס: ‎She must go‎.</w:t>
      </w:r>
    </w:p>
    <w:p>
      <w:pPr>
        <w:bidi/>
        <w:spacing w:before="0" w:after="40"/>
        <w:jc w:val="both"/>
      </w:pPr>
      <w:r>
        <w:rPr>
          <w:rFonts w:ascii="Arial" w:hAnsi="Arial" w:cs="Arial"/>
          <w:color w:val="6B7280"/>
          <w:sz w:val="21"/>
          <w:szCs w:val="21"/>
          <w:rtl/>
          <w:lang w:val="en-US" w:bidi="ar-SA"/>
        </w:rPr>
        <w:t xml:space="preserve">فعل مساعد + الصيغة الأساسية: ‎She must go‎.</w:t>
      </w:r>
    </w:p>
    <w:p>
      <w:pPr>
        <w:spacing w:before="0" w:after="20"/>
        <w:jc w:val="both"/>
      </w:pPr>
      <w:r>
        <w:rPr/>
        <w:t>2. No -s: He can play. (Not: He cans play.)</w:t>
      </w:r>
    </w:p>
    <w:p>
      <w:pPr>
        <w:bidi/>
        <w:spacing w:before="0" w:after="0"/>
        <w:jc w:val="both"/>
      </w:pPr>
      <w:r>
        <w:rPr>
          <w:rFonts w:ascii="Arial" w:hAnsi="Arial" w:cs="Arial"/>
          <w:color w:val="6B7280"/>
          <w:sz w:val="20"/>
          <w:szCs w:val="20"/>
          <w:rtl/>
          <w:lang w:val="en-US" w:bidi="he-IL"/>
        </w:rPr>
        <w:t xml:space="preserve">בלי -‎s: He can play. (‎לא: ‎He cans play.)‎</w:t>
      </w:r>
    </w:p>
    <w:p>
      <w:pPr>
        <w:bidi/>
        <w:spacing w:before="0" w:after="40"/>
        <w:jc w:val="both"/>
      </w:pPr>
      <w:r>
        <w:rPr>
          <w:rFonts w:ascii="Arial" w:hAnsi="Arial" w:cs="Arial"/>
          <w:color w:val="6B7280"/>
          <w:sz w:val="21"/>
          <w:szCs w:val="21"/>
          <w:rtl/>
          <w:lang w:val="en-US" w:bidi="ar-SA"/>
        </w:rPr>
        <w:t xml:space="preserve">بدون -‎s: He can play. (‎وليس: ‎He cans play.)‎</w:t>
      </w:r>
    </w:p>
    <w:p>
      <w:pPr>
        <w:spacing w:before="0" w:after="20"/>
        <w:jc w:val="both"/>
      </w:pPr>
      <w:r>
        <w:rPr/>
        <w:t>3. No to: You should rest. (Not: You should to rest.)</w:t>
      </w:r>
    </w:p>
    <w:p>
      <w:pPr>
        <w:bidi/>
        <w:spacing w:before="0" w:after="0"/>
        <w:jc w:val="both"/>
      </w:pPr>
      <w:r>
        <w:rPr>
          <w:rFonts w:ascii="Arial" w:hAnsi="Arial" w:cs="Arial"/>
          <w:color w:val="6B7280"/>
          <w:sz w:val="20"/>
          <w:szCs w:val="20"/>
          <w:rtl/>
          <w:lang w:val="en-US" w:bidi="he-IL"/>
        </w:rPr>
        <w:t xml:space="preserve">בלי ‎to: You should rest. (‎לא: ‎You should to rest.)‎</w:t>
      </w:r>
    </w:p>
    <w:p>
      <w:pPr>
        <w:bidi/>
        <w:spacing w:before="0" w:after="40"/>
        <w:jc w:val="both"/>
      </w:pPr>
      <w:r>
        <w:rPr>
          <w:rFonts w:ascii="Arial" w:hAnsi="Arial" w:cs="Arial"/>
          <w:color w:val="6B7280"/>
          <w:sz w:val="21"/>
          <w:szCs w:val="21"/>
          <w:rtl/>
          <w:lang w:val="en-US" w:bidi="ar-SA"/>
        </w:rPr>
        <w:t xml:space="preserve">بدون ‎to: You should rest. (‎وليس: ‎You should to rest.)‎</w:t>
      </w:r>
    </w:p>
    <w:p>
      <w:pPr>
        <w:spacing w:before="120" w:after="40"/>
        <w:jc w:val="both"/>
      </w:pPr>
      <w:r>
        <w:rPr>
          <w:rFonts w:ascii="Arial Black" w:hAnsi="Arial Black" w:cs="Arial Black"/>
          <w:b/>
          <w:bCs/>
          <w:color w:val="1E3A8A"/>
          <w:sz w:val="28"/>
          <w:szCs w:val="28"/>
        </w:rPr>
        <w:t>◆ Questions and answers</w:t>
      </w:r>
    </w:p>
    <w:p>
      <w:pPr>
        <w:bidi/>
        <w:spacing w:before="0" w:after="0"/>
        <w:jc w:val="both"/>
      </w:pPr>
      <w:r>
        <w:rPr>
          <w:rFonts w:ascii="Arial" w:hAnsi="Arial" w:cs="Arial"/>
          <w:color w:val="6B7280"/>
          <w:sz w:val="20"/>
          <w:szCs w:val="20"/>
          <w:rtl/>
          <w:lang w:val="en-US" w:bidi="he-IL"/>
        </w:rPr>
        <w:t xml:space="preserve">שאלות ותשובות</w:t>
      </w:r>
    </w:p>
    <w:p>
      <w:pPr>
        <w:bidi/>
        <w:spacing w:before="0" w:after="40"/>
        <w:jc w:val="both"/>
      </w:pPr>
      <w:r>
        <w:rPr>
          <w:rFonts w:ascii="Arial" w:hAnsi="Arial" w:cs="Arial"/>
          <w:color w:val="6B7280"/>
          <w:sz w:val="21"/>
          <w:szCs w:val="21"/>
          <w:rtl/>
          <w:lang w:val="en-US" w:bidi="ar-SA"/>
        </w:rPr>
        <w:t xml:space="preserve">أسئلة وأجوبة</w:t>
      </w:r>
    </w:p>
    <w:p>
      <w:pPr>
        <w:spacing w:before="0" w:after="0"/>
        <w:jc w:val="both"/>
      </w:pPr>
      <w:r>
        <w:rPr>
          <w:color w:val="5B6476"/>
          <w:sz w:val="22"/>
          <w:szCs w:val="22"/>
        </w:rPr>
        <w:t>Examples:</w:t>
      </w:r>
    </w:p>
    <w:p>
      <w:pPr>
        <w:bidi/>
        <w:spacing w:before="0" w:after="0"/>
        <w:jc w:val="both"/>
      </w:pPr>
      <w:r>
        <w:rPr>
          <w:rFonts w:ascii="Arial" w:hAnsi="Arial" w:cs="Arial"/>
          <w:color w:val="6B7280"/>
          <w:sz w:val="20"/>
          <w:szCs w:val="20"/>
          <w:rtl/>
          <w:lang w:val="en-US" w:bidi="he-IL"/>
        </w:rPr>
        <w:t xml:space="preserve">דוגמאות:</w:t>
      </w:r>
    </w:p>
    <w:p>
      <w:pPr>
        <w:bidi/>
        <w:spacing w:before="0" w:after="40"/>
        <w:jc w:val="both"/>
      </w:pPr>
      <w:r>
        <w:rPr>
          <w:rFonts w:ascii="Arial" w:hAnsi="Arial" w:cs="Arial"/>
          <w:color w:val="6B7280"/>
          <w:sz w:val="21"/>
          <w:szCs w:val="21"/>
          <w:rtl/>
          <w:lang w:val="en-US" w:bidi="ar-SA"/>
        </w:rPr>
        <w:t xml:space="preserve">أمثلة:</w:t>
      </w:r>
    </w:p>
    <w:p>
      <w:pPr>
        <w:spacing w:before="0" w:after="120"/>
        <w:jc w:val="both"/>
      </w:pPr>
      <w:r>
        <w:rPr>
          <w:color w:val="334055"/>
          <w:sz w:val="24"/>
          <w:szCs w:val="24"/>
        </w:rPr>
        <w:t>Can I come in? Yes, you can. / Sorry, you can't. · Should I take a coat? Yes, you should.</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748800"/>
                  <wp:docPr id="31" name="Picture 31"/>
                  <wp:cNvGraphicFramePr>
                    <a:graphicFrameLocks noChangeAspect="1"/>
                  </wp:cNvGraphicFramePr>
                  <a:graphic>
                    <a:graphicData uri="http://schemas.openxmlformats.org/drawingml/2006/picture">
                      <pic:pic>
                        <pic:nvPicPr>
                          <pic:cNvPr id="0" name="water.png"/>
                          <pic:cNvPicPr/>
                        </pic:nvPicPr>
                        <pic:blipFill>
                          <a:blip r:embed="rId31"/>
                          <a:stretch>
                            <a:fillRect/>
                          </a:stretch>
                        </pic:blipFill>
                        <pic:spPr>
                          <a:xfrm>
                            <a:off x="0" y="0"/>
                            <a:ext cx="468000" cy="748800"/>
                          </a:xfrm>
                          <a:prstGeom prst="rect"/>
                        </pic:spPr>
                      </pic:pic>
                    </a:graphicData>
                  </a:graphic>
                </wp:inline>
              </w:drawing>
            </w:r>
          </w:p>
          <w:p>
            <w:pPr>
              <w:spacing w:before="0" w:after="0"/>
              <w:jc w:val="center"/>
            </w:pPr>
            <w:r>
              <w:rPr>
                <w:b/>
                <w:bCs/>
                <w:sz w:val="23"/>
                <w:szCs w:val="23"/>
              </w:rPr>
              <w:t>water</w:t>
            </w:r>
          </w:p>
          <w:p>
            <w:pPr>
              <w:bidi/>
              <w:spacing w:before="0" w:after="0"/>
              <w:jc w:val="center"/>
            </w:pPr>
            <w:r>
              <w:rPr>
                <w:rFonts w:ascii="Arial" w:hAnsi="Arial" w:cs="Arial"/>
                <w:color w:val="6B7280"/>
                <w:sz w:val="17"/>
                <w:szCs w:val="17"/>
                <w:rtl/>
                <w:lang w:val="en-US" w:bidi="he-IL"/>
              </w:rPr>
              <w:t xml:space="preserve">מים</w:t>
            </w:r>
          </w:p>
          <w:p>
            <w:pPr>
              <w:bidi/>
              <w:spacing w:before="0" w:after="0"/>
              <w:jc w:val="center"/>
            </w:pPr>
            <w:r>
              <w:rPr>
                <w:rFonts w:ascii="Arial" w:hAnsi="Arial" w:cs="Arial"/>
                <w:color w:val="6B7280"/>
                <w:sz w:val="17"/>
                <w:szCs w:val="17"/>
                <w:rtl/>
                <w:lang w:val="en-US" w:bidi="ar-SA"/>
              </w:rPr>
              <w:t xml:space="preserve">ماء</w:t>
            </w:r>
          </w:p>
        </w:tc>
        <w:tc>
          <w:tcPr>
            <w:tcW w:type="dxa" w:w="1663"/>
          </w:tcPr>
          <w:p>
            <w:pPr>
              <w:spacing w:before="0" w:after="0"/>
              <w:jc w:val="center"/>
            </w:pPr>
            <w:r>
              <w:drawing>
                <wp:inline xmlns:a="http://schemas.openxmlformats.org/drawingml/2006/main" xmlns:pic="http://schemas.openxmlformats.org/drawingml/2006/picture">
                  <wp:extent cx="468000" cy="477957"/>
                  <wp:docPr id="32" name="Picture 32"/>
                  <wp:cNvGraphicFramePr>
                    <a:graphicFrameLocks noChangeAspect="1"/>
                  </wp:cNvGraphicFramePr>
                  <a:graphic>
                    <a:graphicData uri="http://schemas.openxmlformats.org/drawingml/2006/picture">
                      <pic:pic>
                        <pic:nvPicPr>
                          <pic:cNvPr id="0" name="bag.png"/>
                          <pic:cNvPicPr/>
                        </pic:nvPicPr>
                        <pic:blipFill>
                          <a:blip r:embed="rId21"/>
                          <a:stretch>
                            <a:fillRect/>
                          </a:stretch>
                        </pic:blipFill>
                        <pic:spPr>
                          <a:xfrm>
                            <a:off x="0" y="0"/>
                            <a:ext cx="468000" cy="477957"/>
                          </a:xfrm>
                          <a:prstGeom prst="rect"/>
                        </pic:spPr>
                      </pic:pic>
                    </a:graphicData>
                  </a:graphic>
                </wp:inline>
              </w:drawing>
            </w:r>
          </w:p>
          <w:p>
            <w:pPr>
              <w:spacing w:before="0" w:after="0"/>
              <w:jc w:val="center"/>
            </w:pPr>
            <w:r>
              <w:rPr>
                <w:b/>
                <w:bCs/>
                <w:sz w:val="23"/>
                <w:szCs w:val="23"/>
              </w:rPr>
              <w:t>bag</w:t>
            </w:r>
          </w:p>
          <w:p>
            <w:pPr>
              <w:bidi/>
              <w:spacing w:before="0" w:after="0"/>
              <w:jc w:val="center"/>
            </w:pPr>
            <w:r>
              <w:rPr>
                <w:rFonts w:ascii="Arial" w:hAnsi="Arial" w:cs="Arial"/>
                <w:color w:val="6B7280"/>
                <w:sz w:val="17"/>
                <w:szCs w:val="17"/>
                <w:rtl/>
                <w:lang w:val="en-US" w:bidi="he-IL"/>
              </w:rPr>
              <w:t xml:space="preserve">תיק</w:t>
            </w:r>
          </w:p>
          <w:p>
            <w:pPr>
              <w:bidi/>
              <w:spacing w:before="0" w:after="0"/>
              <w:jc w:val="center"/>
            </w:pPr>
            <w:r>
              <w:rPr>
                <w:rFonts w:ascii="Arial" w:hAnsi="Arial" w:cs="Arial"/>
                <w:color w:val="6B7280"/>
                <w:sz w:val="17"/>
                <w:szCs w:val="17"/>
                <w:rtl/>
                <w:lang w:val="en-US" w:bidi="ar-SA"/>
              </w:rPr>
              <w:t xml:space="preserve">حقيبة</w:t>
            </w:r>
          </w:p>
        </w:tc>
        <w:tc>
          <w:tcPr>
            <w:tcW w:type="dxa" w:w="1663"/>
          </w:tcPr>
          <w:p>
            <w:pPr>
              <w:spacing w:before="0" w:after="0"/>
              <w:jc w:val="center"/>
            </w:pPr>
            <w:r>
              <w:drawing>
                <wp:inline xmlns:a="http://schemas.openxmlformats.org/drawingml/2006/main" xmlns:pic="http://schemas.openxmlformats.org/drawingml/2006/picture">
                  <wp:extent cx="468000" cy="468000"/>
                  <wp:docPr id="33" name="Picture 33"/>
                  <wp:cNvGraphicFramePr>
                    <a:graphicFrameLocks noChangeAspect="1"/>
                  </wp:cNvGraphicFramePr>
                  <a:graphic>
                    <a:graphicData uri="http://schemas.openxmlformats.org/drawingml/2006/picture">
                      <pic:pic>
                        <pic:nvPicPr>
                          <pic:cNvPr id="0" name="red.png"/>
                          <pic:cNvPicPr/>
                        </pic:nvPicPr>
                        <pic:blipFill>
                          <a:blip r:embed="rId34"/>
                          <a:stretch>
                            <a:fillRect/>
                          </a:stretch>
                        </pic:blipFill>
                        <pic:spPr>
                          <a:xfrm>
                            <a:off x="0" y="0"/>
                            <a:ext cx="468000" cy="468000"/>
                          </a:xfrm>
                          <a:prstGeom prst="rect"/>
                        </pic:spPr>
                      </pic:pic>
                    </a:graphicData>
                  </a:graphic>
                </wp:inline>
              </w:drawing>
            </w:r>
          </w:p>
          <w:p>
            <w:pPr>
              <w:spacing w:before="0" w:after="0"/>
              <w:jc w:val="center"/>
            </w:pPr>
            <w:r>
              <w:rPr>
                <w:b/>
                <w:bCs/>
                <w:sz w:val="23"/>
                <w:szCs w:val="23"/>
              </w:rPr>
              <w:t>red</w:t>
            </w:r>
          </w:p>
          <w:p>
            <w:pPr>
              <w:bidi/>
              <w:spacing w:before="0" w:after="0"/>
              <w:jc w:val="center"/>
            </w:pPr>
            <w:r>
              <w:rPr>
                <w:rFonts w:ascii="Arial" w:hAnsi="Arial" w:cs="Arial"/>
                <w:color w:val="6B7280"/>
                <w:sz w:val="17"/>
                <w:szCs w:val="17"/>
                <w:rtl/>
                <w:lang w:val="en-US" w:bidi="he-IL"/>
              </w:rPr>
              <w:t xml:space="preserve">אדום</w:t>
            </w:r>
          </w:p>
          <w:p>
            <w:pPr>
              <w:bidi/>
              <w:spacing w:before="0" w:after="0"/>
              <w:jc w:val="center"/>
            </w:pPr>
            <w:r>
              <w:rPr>
                <w:rFonts w:ascii="Arial" w:hAnsi="Arial" w:cs="Arial"/>
                <w:color w:val="6B7280"/>
                <w:sz w:val="17"/>
                <w:szCs w:val="17"/>
                <w:rtl/>
                <w:lang w:val="en-US" w:bidi="ar-SA"/>
              </w:rPr>
              <w:t xml:space="preserve">أحمر</w:t>
            </w:r>
          </w:p>
        </w:tc>
        <w:tc>
          <w:tcPr>
            <w:tcW w:type="dxa" w:w="1663"/>
          </w:tcPr>
          <w:p>
            <w:pPr>
              <w:spacing w:before="0" w:after="0"/>
              <w:jc w:val="center"/>
            </w:pPr>
            <w:r>
              <w:drawing>
                <wp:inline xmlns:a="http://schemas.openxmlformats.org/drawingml/2006/main" xmlns:pic="http://schemas.openxmlformats.org/drawingml/2006/picture">
                  <wp:extent cx="468000" cy="273000"/>
                  <wp:docPr id="34" name="Picture 34"/>
                  <wp:cNvGraphicFramePr>
                    <a:graphicFrameLocks noChangeAspect="1"/>
                  </wp:cNvGraphicFramePr>
                  <a:graphic>
                    <a:graphicData uri="http://schemas.openxmlformats.org/drawingml/2006/picture">
                      <pic:pic>
                        <pic:nvPicPr>
                          <pic:cNvPr id="0" name="bed.png"/>
                          <pic:cNvPicPr/>
                        </pic:nvPicPr>
                        <pic:blipFill>
                          <a:blip r:embed="rId35"/>
                          <a:stretch>
                            <a:fillRect/>
                          </a:stretch>
                        </pic:blipFill>
                        <pic:spPr>
                          <a:xfrm>
                            <a:off x="0" y="0"/>
                            <a:ext cx="468000" cy="273000"/>
                          </a:xfrm>
                          <a:prstGeom prst="rect"/>
                        </pic:spPr>
                      </pic:pic>
                    </a:graphicData>
                  </a:graphic>
                </wp:inline>
              </w:drawing>
            </w:r>
          </w:p>
          <w:p>
            <w:pPr>
              <w:spacing w:before="0" w:after="0"/>
              <w:jc w:val="center"/>
            </w:pPr>
            <w:r>
              <w:rPr>
                <w:b/>
                <w:bCs/>
                <w:sz w:val="23"/>
                <w:szCs w:val="23"/>
              </w:rPr>
              <w:t>bed</w:t>
            </w:r>
          </w:p>
          <w:p>
            <w:pPr>
              <w:bidi/>
              <w:spacing w:before="0" w:after="0"/>
              <w:jc w:val="center"/>
            </w:pPr>
            <w:r>
              <w:rPr>
                <w:rFonts w:ascii="Arial" w:hAnsi="Arial" w:cs="Arial"/>
                <w:color w:val="6B7280"/>
                <w:sz w:val="17"/>
                <w:szCs w:val="17"/>
                <w:rtl/>
                <w:lang w:val="en-US" w:bidi="he-IL"/>
              </w:rPr>
              <w:t xml:space="preserve">מיטה</w:t>
            </w:r>
          </w:p>
          <w:p>
            <w:pPr>
              <w:bidi/>
              <w:spacing w:before="0" w:after="0"/>
              <w:jc w:val="center"/>
            </w:pPr>
            <w:r>
              <w:rPr>
                <w:rFonts w:ascii="Arial" w:hAnsi="Arial" w:cs="Arial"/>
                <w:color w:val="6B7280"/>
                <w:sz w:val="17"/>
                <w:szCs w:val="17"/>
                <w:rtl/>
                <w:lang w:val="en-US" w:bidi="ar-SA"/>
              </w:rPr>
              <w:t xml:space="preserve">سرير</w:t>
            </w:r>
          </w:p>
        </w:tc>
        <w:tc>
          <w:tcPr>
            <w:tcW w:type="dxa" w:w="1663"/>
          </w:tcPr>
          <w:p>
            <w:pPr>
              <w:spacing w:before="0" w:after="0"/>
              <w:jc w:val="center"/>
            </w:pPr>
            <w:r>
              <w:drawing>
                <wp:inline xmlns:a="http://schemas.openxmlformats.org/drawingml/2006/main" xmlns:pic="http://schemas.openxmlformats.org/drawingml/2006/picture">
                  <wp:extent cx="468000" cy="458250"/>
                  <wp:docPr id="35" name="Picture 35"/>
                  <wp:cNvGraphicFramePr>
                    <a:graphicFrameLocks noChangeAspect="1"/>
                  </wp:cNvGraphicFramePr>
                  <a:graphic>
                    <a:graphicData uri="http://schemas.openxmlformats.org/drawingml/2006/picture">
                      <pic:pic>
                        <pic:nvPicPr>
                          <pic:cNvPr id="0" name="phone.png"/>
                          <pic:cNvPicPr/>
                        </pic:nvPicPr>
                        <pic:blipFill>
                          <a:blip r:embed="rId19"/>
                          <a:stretch>
                            <a:fillRect/>
                          </a:stretch>
                        </pic:blipFill>
                        <pic:spPr>
                          <a:xfrm>
                            <a:off x="0" y="0"/>
                            <a:ext cx="468000" cy="458250"/>
                          </a:xfrm>
                          <a:prstGeom prst="rect"/>
                        </pic:spPr>
                      </pic:pic>
                    </a:graphicData>
                  </a:graphic>
                </wp:inline>
              </w:drawing>
            </w:r>
          </w:p>
          <w:p>
            <w:pPr>
              <w:spacing w:before="0" w:after="0"/>
              <w:jc w:val="center"/>
            </w:pPr>
            <w:r>
              <w:rPr>
                <w:b/>
                <w:bCs/>
                <w:sz w:val="23"/>
                <w:szCs w:val="23"/>
              </w:rPr>
              <w:t>phone</w:t>
            </w:r>
          </w:p>
          <w:p>
            <w:pPr>
              <w:bidi/>
              <w:spacing w:before="0" w:after="0"/>
              <w:jc w:val="center"/>
            </w:pPr>
            <w:r>
              <w:rPr>
                <w:rFonts w:ascii="Arial" w:hAnsi="Arial" w:cs="Arial"/>
                <w:color w:val="6B7280"/>
                <w:sz w:val="17"/>
                <w:szCs w:val="17"/>
                <w:rtl/>
                <w:lang w:val="en-US" w:bidi="he-IL"/>
              </w:rPr>
              <w:t xml:space="preserve">טלפון</w:t>
            </w:r>
          </w:p>
          <w:p>
            <w:pPr>
              <w:bidi/>
              <w:spacing w:before="0" w:after="0"/>
              <w:jc w:val="center"/>
            </w:pPr>
            <w:r>
              <w:rPr>
                <w:rFonts w:ascii="Arial" w:hAnsi="Arial" w:cs="Arial"/>
                <w:color w:val="6B7280"/>
                <w:sz w:val="17"/>
                <w:szCs w:val="17"/>
                <w:rtl/>
                <w:lang w:val="en-US" w:bidi="ar-SA"/>
              </w:rPr>
              <w:t xml:space="preserve">هاتف</w:t>
            </w:r>
          </w:p>
        </w:tc>
        <w:tc>
          <w:tcPr>
            <w:tcW w:type="dxa" w:w="1663"/>
          </w:tcPr>
          <w:p>
            <w:pPr>
              <w:spacing w:before="0" w:after="0"/>
              <w:jc w:val="center"/>
            </w:pPr>
            <w:r>
              <w:drawing>
                <wp:inline xmlns:a="http://schemas.openxmlformats.org/drawingml/2006/main" xmlns:pic="http://schemas.openxmlformats.org/drawingml/2006/picture">
                  <wp:extent cx="468000" cy="385125"/>
                  <wp:docPr id="36" name="Picture 36"/>
                  <wp:cNvGraphicFramePr>
                    <a:graphicFrameLocks noChangeAspect="1"/>
                  </wp:cNvGraphicFramePr>
                  <a:graphic>
                    <a:graphicData uri="http://schemas.openxmlformats.org/drawingml/2006/picture">
                      <pic:pic>
                        <pic:nvPicPr>
                          <pic:cNvPr id="0" name="hat.png"/>
                          <pic:cNvPicPr/>
                        </pic:nvPicPr>
                        <pic:blipFill>
                          <a:blip r:embed="rId36"/>
                          <a:stretch>
                            <a:fillRect/>
                          </a:stretch>
                        </pic:blipFill>
                        <pic:spPr>
                          <a:xfrm>
                            <a:off x="0" y="0"/>
                            <a:ext cx="468000" cy="385125"/>
                          </a:xfrm>
                          <a:prstGeom prst="rect"/>
                        </pic:spPr>
                      </pic:pic>
                    </a:graphicData>
                  </a:graphic>
                </wp:inline>
              </w:drawing>
            </w:r>
          </w:p>
          <w:p>
            <w:pPr>
              <w:spacing w:before="0" w:after="0"/>
              <w:jc w:val="center"/>
            </w:pPr>
            <w:r>
              <w:rPr>
                <w:b/>
                <w:bCs/>
                <w:sz w:val="23"/>
                <w:szCs w:val="23"/>
              </w:rPr>
              <w:t>hat</w:t>
            </w:r>
          </w:p>
          <w:p>
            <w:pPr>
              <w:bidi/>
              <w:spacing w:before="0" w:after="0"/>
              <w:jc w:val="center"/>
            </w:pPr>
            <w:r>
              <w:rPr>
                <w:rFonts w:ascii="Arial" w:hAnsi="Arial" w:cs="Arial"/>
                <w:color w:val="6B7280"/>
                <w:sz w:val="17"/>
                <w:szCs w:val="17"/>
                <w:rtl/>
                <w:lang w:val="en-US" w:bidi="he-IL"/>
              </w:rPr>
              <w:t xml:space="preserve">כובע</w:t>
            </w:r>
          </w:p>
          <w:p>
            <w:pPr>
              <w:bidi/>
              <w:spacing w:before="0" w:after="0"/>
              <w:jc w:val="center"/>
            </w:pPr>
            <w:r>
              <w:rPr>
                <w:rFonts w:ascii="Arial" w:hAnsi="Arial" w:cs="Arial"/>
                <w:color w:val="6B7280"/>
                <w:sz w:val="17"/>
                <w:szCs w:val="17"/>
                <w:rtl/>
                <w:lang w:val="en-US" w:bidi="ar-SA"/>
              </w:rPr>
              <w:t xml:space="preserve">قبعة</w:t>
            </w:r>
          </w:p>
        </w:tc>
      </w:tr>
    </w:tbl>
    <w:p>
      <w:pPr>
        <w:spacing w:before="0" w:after="80"/>
        <w:jc w:val="both"/>
      </w:pPr>
    </w:p>
    <w:p>
      <w:pPr>
        <w:spacing w:before="160" w:after="20"/>
        <w:jc w:val="both"/>
      </w:pPr>
      <w:r>
        <w:rPr>
          <w:b/>
          <w:bCs/>
          <w:sz w:val="26"/>
          <w:szCs w:val="26"/>
        </w:rPr>
        <w:t>1. Match the problems to the advice.</w:t>
      </w:r>
    </w:p>
    <w:p>
      <w:pPr>
        <w:bidi/>
        <w:spacing w:before="0" w:after="0"/>
        <w:jc w:val="both"/>
      </w:pPr>
      <w:r>
        <w:rPr>
          <w:rFonts w:ascii="Arial" w:hAnsi="Arial" w:cs="Arial"/>
          <w:color w:val="6B7280"/>
          <w:sz w:val="20"/>
          <w:szCs w:val="20"/>
          <w:rtl/>
          <w:lang w:val="en-US" w:bidi="he-IL"/>
        </w:rPr>
        <w:t xml:space="preserve">התאימו בין הבעיות לעצות.</w:t>
      </w:r>
    </w:p>
    <w:p>
      <w:pPr>
        <w:bidi/>
        <w:spacing w:before="0" w:after="80"/>
        <w:jc w:val="both"/>
      </w:pPr>
      <w:r>
        <w:rPr>
          <w:rFonts w:ascii="Arial" w:hAnsi="Arial" w:cs="Arial"/>
          <w:color w:val="6B7280"/>
          <w:sz w:val="21"/>
          <w:szCs w:val="21"/>
          <w:rtl/>
          <w:lang w:val="en-US" w:bidi="ar-SA"/>
        </w:rPr>
        <w:t xml:space="preserve">صِل المشكلات بالنصائح.</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Column A</w:t>
            </w:r>
          </w:p>
        </w:tc>
        <w:tc>
          <w:tcPr>
            <w:tcW w:type="dxa" w:w="4989"/>
            <w:shd w:val="clear" w:color="auto" w:fill="1e3a8a"/>
          </w:tcPr>
          <w:p>
            <w:pPr>
              <w:spacing w:before="0" w:after="40"/>
              <w:jc w:val="both"/>
            </w:pPr>
            <w:r>
              <w:rPr>
                <w:b/>
                <w:bCs/>
                <w:color w:val="FFFFFF"/>
              </w:rPr>
              <w:t>Column B</w:t>
            </w:r>
          </w:p>
        </w:tc>
      </w:tr>
      <w:tr>
        <w:tc>
          <w:tcPr>
            <w:tcW w:type="dxa" w:w="4989"/>
          </w:tcPr>
          <w:p>
            <w:pPr>
              <w:spacing w:before="0" w:after="40"/>
              <w:jc w:val="both"/>
            </w:pPr>
            <w:r>
              <w:rPr/>
              <w:t>1. I'm hungry.</w:t>
            </w:r>
          </w:p>
        </w:tc>
        <w:tc>
          <w:tcPr>
            <w:tcW w:type="dxa" w:w="4989"/>
          </w:tcPr>
          <w:p>
            <w:pPr>
              <w:spacing w:before="0" w:after="40"/>
              <w:jc w:val="both"/>
            </w:pPr>
            <w:r>
              <w:rPr/>
              <w:t>[   ] You should look in your bag.</w:t>
            </w:r>
          </w:p>
        </w:tc>
      </w:tr>
      <w:tr>
        <w:tc>
          <w:tcPr>
            <w:tcW w:type="dxa" w:w="4989"/>
          </w:tcPr>
          <w:p>
            <w:pPr>
              <w:spacing w:before="0" w:after="40"/>
              <w:jc w:val="both"/>
            </w:pPr>
            <w:r>
              <w:rPr/>
              <w:t>2. I'm bored.</w:t>
            </w:r>
          </w:p>
        </w:tc>
        <w:tc>
          <w:tcPr>
            <w:tcW w:type="dxa" w:w="4989"/>
          </w:tcPr>
          <w:p>
            <w:pPr>
              <w:spacing w:before="0" w:after="40"/>
              <w:jc w:val="both"/>
            </w:pPr>
            <w:r>
              <w:rPr/>
              <w:t>[   ] You should wear a sweater.</w:t>
            </w:r>
          </w:p>
        </w:tc>
      </w:tr>
      <w:tr>
        <w:tc>
          <w:tcPr>
            <w:tcW w:type="dxa" w:w="4989"/>
          </w:tcPr>
          <w:p>
            <w:pPr>
              <w:spacing w:before="0" w:after="40"/>
              <w:jc w:val="both"/>
            </w:pPr>
            <w:r>
              <w:rPr/>
              <w:t>3. I have a headache.</w:t>
            </w:r>
          </w:p>
        </w:tc>
        <w:tc>
          <w:tcPr>
            <w:tcW w:type="dxa" w:w="4989"/>
          </w:tcPr>
          <w:p>
            <w:pPr>
              <w:spacing w:before="0" w:after="40"/>
              <w:jc w:val="both"/>
            </w:pPr>
            <w:r>
              <w:rPr/>
              <w:t>[   ] You should eat a sandwich.</w:t>
            </w:r>
          </w:p>
        </w:tc>
      </w:tr>
      <w:tr>
        <w:tc>
          <w:tcPr>
            <w:tcW w:type="dxa" w:w="4989"/>
          </w:tcPr>
          <w:p>
            <w:pPr>
              <w:spacing w:before="0" w:after="40"/>
              <w:jc w:val="both"/>
            </w:pPr>
            <w:r>
              <w:rPr/>
              <w:t>4. I'm cold.</w:t>
            </w:r>
          </w:p>
        </w:tc>
        <w:tc>
          <w:tcPr>
            <w:tcW w:type="dxa" w:w="4989"/>
          </w:tcPr>
          <w:p>
            <w:pPr>
              <w:spacing w:before="0" w:after="40"/>
              <w:jc w:val="both"/>
            </w:pPr>
            <w:r>
              <w:rPr/>
              <w:t>[   ] You should read a book.</w:t>
            </w:r>
          </w:p>
        </w:tc>
      </w:tr>
      <w:tr>
        <w:tc>
          <w:tcPr>
            <w:tcW w:type="dxa" w:w="4989"/>
          </w:tcPr>
          <w:p>
            <w:pPr>
              <w:spacing w:before="0" w:after="40"/>
              <w:jc w:val="both"/>
            </w:pPr>
            <w:r>
              <w:rPr/>
              <w:t>5. I can't find my keys.</w:t>
            </w:r>
          </w:p>
        </w:tc>
        <w:tc>
          <w:tcPr>
            <w:tcW w:type="dxa" w:w="4989"/>
          </w:tcPr>
          <w:p>
            <w:pPr>
              <w:spacing w:before="0" w:after="40"/>
              <w:jc w:val="both"/>
            </w:pPr>
            <w:r>
              <w:rPr/>
              <w:t>[   ] You should rest.</w:t>
            </w:r>
          </w:p>
        </w:tc>
      </w:tr>
    </w:tbl>
    <w:p>
      <w:pPr>
        <w:spacing w:before="0" w:after="40"/>
        <w:jc w:val="both"/>
      </w:pPr>
    </w:p>
    <w:p>
      <w:pPr>
        <w:spacing w:before="160" w:after="20"/>
        <w:jc w:val="both"/>
      </w:pPr>
      <w:r>
        <w:rPr>
          <w:b/>
          <w:bCs/>
          <w:sz w:val="26"/>
          <w:szCs w:val="26"/>
        </w:rPr>
        <w:t>2. Complete with can or can't.</w:t>
      </w:r>
    </w:p>
    <w:p>
      <w:pPr>
        <w:bidi/>
        <w:spacing w:before="0" w:after="0"/>
        <w:jc w:val="both"/>
      </w:pPr>
      <w:r>
        <w:rPr>
          <w:rFonts w:ascii="Arial" w:hAnsi="Arial" w:cs="Arial"/>
          <w:color w:val="6B7280"/>
          <w:sz w:val="20"/>
          <w:szCs w:val="20"/>
          <w:rtl/>
          <w:lang w:val="en-US" w:bidi="he-IL"/>
        </w:rPr>
        <w:t xml:space="preserve">השלימו עם ‎can‎ או ‎can't‎.</w:t>
      </w:r>
    </w:p>
    <w:p>
      <w:pPr>
        <w:bidi/>
        <w:spacing w:before="0" w:after="80"/>
        <w:jc w:val="both"/>
      </w:pPr>
      <w:r>
        <w:rPr>
          <w:rFonts w:ascii="Arial" w:hAnsi="Arial" w:cs="Arial"/>
          <w:color w:val="6B7280"/>
          <w:sz w:val="21"/>
          <w:szCs w:val="21"/>
          <w:rtl/>
          <w:lang w:val="en-US" w:bidi="ar-SA"/>
        </w:rPr>
        <w:t xml:space="preserve">أكمل بـ ‎can‎ أو ‎can't‎.</w:t>
      </w:r>
    </w:p>
    <w:p>
      <w:pPr>
        <w:spacing w:before="0" w:after="80"/>
        <w:jc w:val="both"/>
      </w:pPr>
      <w:r>
        <w:rPr>
          <w:color w:val="1E3A8A"/>
          <w:sz w:val="24"/>
          <w:szCs w:val="24"/>
        </w:rPr>
        <w:t>Word bank: can  |  can't</w:t>
      </w:r>
    </w:p>
    <w:p>
      <w:pPr>
        <w:spacing w:before="0" w:after="60"/>
        <w:jc w:val="both"/>
      </w:pPr>
      <w:r>
        <w:rPr/>
        <w:t>a. Fish __________ swim.</w:t>
      </w:r>
    </w:p>
    <w:p>
      <w:pPr>
        <w:spacing w:before="0" w:after="60"/>
        <w:jc w:val="both"/>
      </w:pPr>
      <w:r>
        <w:rPr/>
        <w:t>b. Fish __________ walk.</w:t>
      </w:r>
    </w:p>
    <w:p>
      <w:pPr>
        <w:spacing w:before="0" w:after="60"/>
        <w:jc w:val="both"/>
      </w:pPr>
      <w:r>
        <w:rPr/>
        <w:t>c. A baby __________ drive a car.</w:t>
      </w:r>
    </w:p>
    <w:p>
      <w:pPr>
        <w:spacing w:before="0" w:after="60"/>
        <w:jc w:val="both"/>
      </w:pPr>
      <w:r>
        <w:rPr/>
        <w:t>d. Birds __________ fly.</w:t>
      </w:r>
    </w:p>
    <w:p>
      <w:pPr>
        <w:spacing w:before="0" w:after="60"/>
        <w:jc w:val="both"/>
      </w:pPr>
      <w:r>
        <w:rPr/>
        <w:t>e. I __________ hear you. Please speak louder!</w:t>
      </w:r>
    </w:p>
    <w:p>
      <w:pPr>
        <w:spacing w:before="160" w:after="20"/>
        <w:jc w:val="both"/>
      </w:pPr>
      <w:r>
        <w:rPr>
          <w:b/>
          <w:bCs/>
          <w:sz w:val="26"/>
          <w:szCs w:val="26"/>
        </w:rPr>
        <w:t>3. Circle the more polite request.</w:t>
      </w:r>
    </w:p>
    <w:p>
      <w:pPr>
        <w:bidi/>
        <w:spacing w:before="0" w:after="0"/>
        <w:jc w:val="both"/>
      </w:pPr>
      <w:r>
        <w:rPr>
          <w:rFonts w:ascii="Arial" w:hAnsi="Arial" w:cs="Arial"/>
          <w:color w:val="6B7280"/>
          <w:sz w:val="20"/>
          <w:szCs w:val="20"/>
          <w:rtl/>
          <w:lang w:val="en-US" w:bidi="he-IL"/>
        </w:rPr>
        <w:t xml:space="preserve">הקיפו את הבקשה המנומסת יותר.</w:t>
      </w:r>
    </w:p>
    <w:p>
      <w:pPr>
        <w:bidi/>
        <w:spacing w:before="0" w:after="80"/>
        <w:jc w:val="both"/>
      </w:pPr>
      <w:r>
        <w:rPr>
          <w:rFonts w:ascii="Arial" w:hAnsi="Arial" w:cs="Arial"/>
          <w:color w:val="6B7280"/>
          <w:sz w:val="21"/>
          <w:szCs w:val="21"/>
          <w:rtl/>
          <w:lang w:val="en-US" w:bidi="ar-SA"/>
        </w:rPr>
        <w:t xml:space="preserve">ضع دائرة حول الطلب الأكثر تهذيبًا.</w:t>
      </w:r>
    </w:p>
    <w:p>
      <w:pPr>
        <w:spacing w:before="0" w:after="20"/>
        <w:jc w:val="both"/>
      </w:pPr>
      <w:r>
        <w:rPr/>
        <w:t>a. Which request is more polite?</w:t>
      </w:r>
    </w:p>
    <w:p>
      <w:pPr>
        <w:spacing w:before="0" w:after="80"/>
        <w:jc w:val="both"/>
      </w:pPr>
      <w:r>
        <w:rPr/>
        <w:t xml:space="preserve">   ○ Give me the book.      ○ Could you give me the book, please?</w:t>
      </w:r>
    </w:p>
    <w:p>
      <w:pPr>
        <w:spacing w:before="0" w:after="20"/>
        <w:jc w:val="both"/>
      </w:pPr>
      <w:r>
        <w:rPr/>
        <w:t>b. Which request is more polite?</w:t>
      </w:r>
    </w:p>
    <w:p>
      <w:pPr>
        <w:spacing w:before="0" w:after="80"/>
        <w:jc w:val="both"/>
      </w:pPr>
      <w:r>
        <w:rPr/>
        <w:t xml:space="preserve">   ○ Could I sit here, please?      ○ I sit here.</w:t>
      </w:r>
    </w:p>
    <w:p>
      <w:pPr>
        <w:spacing w:before="0" w:after="20"/>
        <w:jc w:val="both"/>
      </w:pPr>
      <w:r>
        <w:rPr/>
        <w:t>c. Which request is more polite?</w:t>
      </w:r>
    </w:p>
    <w:p>
      <w:pPr>
        <w:spacing w:before="0" w:after="80"/>
        <w:jc w:val="both"/>
      </w:pPr>
      <w:r>
        <w:rPr/>
        <w:t xml:space="preserve">   ○ Open the door!      ○ Could you open the door, please?</w:t>
      </w:r>
    </w:p>
    <w:p>
      <w:pPr>
        <w:spacing w:before="160" w:after="20"/>
        <w:jc w:val="both"/>
      </w:pPr>
      <w:r>
        <w:rPr>
          <w:b/>
          <w:bCs/>
          <w:sz w:val="26"/>
          <w:szCs w:val="26"/>
        </w:rPr>
        <w:t>4. Complete the museum rules with must or mustn't.</w:t>
      </w:r>
    </w:p>
    <w:p>
      <w:pPr>
        <w:bidi/>
        <w:spacing w:before="0" w:after="0"/>
        <w:jc w:val="both"/>
      </w:pPr>
      <w:r>
        <w:rPr>
          <w:rFonts w:ascii="Arial" w:hAnsi="Arial" w:cs="Arial"/>
          <w:color w:val="6B7280"/>
          <w:sz w:val="20"/>
          <w:szCs w:val="20"/>
          <w:rtl/>
          <w:lang w:val="en-US" w:bidi="he-IL"/>
        </w:rPr>
        <w:t xml:space="preserve">השלימו את כללי המוזיאון ב-‎must‎ או ‎mustn't‎.</w:t>
      </w:r>
    </w:p>
    <w:p>
      <w:pPr>
        <w:bidi/>
        <w:spacing w:before="0" w:after="80"/>
        <w:jc w:val="both"/>
      </w:pPr>
      <w:r>
        <w:rPr>
          <w:rFonts w:ascii="Arial" w:hAnsi="Arial" w:cs="Arial"/>
          <w:color w:val="6B7280"/>
          <w:sz w:val="21"/>
          <w:szCs w:val="21"/>
          <w:rtl/>
          <w:lang w:val="en-US" w:bidi="ar-SA"/>
        </w:rPr>
        <w:t xml:space="preserve">أكمل قوانين المتحف بـ ‎must‎ أو ‎mustn't‎.</w:t>
      </w:r>
    </w:p>
    <w:p>
      <w:pPr>
        <w:spacing w:before="0" w:after="60"/>
        <w:jc w:val="both"/>
      </w:pPr>
      <w:r>
        <w:rPr/>
        <w:t>a. You __________ touch the paintings.</w:t>
      </w:r>
    </w:p>
    <w:p>
      <w:pPr>
        <w:spacing w:before="0" w:after="60"/>
        <w:jc w:val="both"/>
      </w:pPr>
      <w:r>
        <w:rPr/>
        <w:t>b. You __________ buy a ticket.</w:t>
      </w:r>
    </w:p>
    <w:p>
      <w:pPr>
        <w:spacing w:before="0" w:after="60"/>
        <w:jc w:val="both"/>
      </w:pPr>
      <w:r>
        <w:rPr/>
        <w:t>c. You __________ take photos with a flash.</w:t>
      </w:r>
    </w:p>
    <w:p>
      <w:pPr>
        <w:spacing w:before="0" w:after="60"/>
        <w:jc w:val="both"/>
      </w:pPr>
      <w:r>
        <w:rPr/>
        <w:t>d. You __________ leave your bag at the entrance.</w:t>
      </w:r>
    </w:p>
    <w:p>
      <w:pPr>
        <w:spacing w:before="160" w:after="20"/>
        <w:jc w:val="both"/>
      </w:pPr>
      <w:r>
        <w:rPr>
          <w:b/>
          <w:bCs/>
          <w:sz w:val="26"/>
          <w:szCs w:val="26"/>
        </w:rPr>
        <w:t>5. Sort the sentences: good advice or bad advice?</w:t>
      </w:r>
    </w:p>
    <w:p>
      <w:pPr>
        <w:bidi/>
        <w:spacing w:before="0" w:after="0"/>
        <w:jc w:val="both"/>
      </w:pPr>
      <w:r>
        <w:rPr>
          <w:rFonts w:ascii="Arial" w:hAnsi="Arial" w:cs="Arial"/>
          <w:color w:val="6B7280"/>
          <w:sz w:val="20"/>
          <w:szCs w:val="20"/>
          <w:rtl/>
          <w:lang w:val="en-US" w:bidi="he-IL"/>
        </w:rPr>
        <w:t xml:space="preserve">מיינו את המשפטים: עצה טובה או עצה לא טובה?</w:t>
      </w:r>
    </w:p>
    <w:p>
      <w:pPr>
        <w:bidi/>
        <w:spacing w:before="0" w:after="80"/>
        <w:jc w:val="both"/>
      </w:pPr>
      <w:r>
        <w:rPr>
          <w:rFonts w:ascii="Arial" w:hAnsi="Arial" w:cs="Arial"/>
          <w:color w:val="6B7280"/>
          <w:sz w:val="21"/>
          <w:szCs w:val="21"/>
          <w:rtl/>
          <w:lang w:val="en-US" w:bidi="ar-SA"/>
        </w:rPr>
        <w:t xml:space="preserve">صنّف الجمل: نصيحة جيدة أم نصيحة سيئة؟</w:t>
      </w:r>
    </w:p>
    <w:p>
      <w:pPr>
        <w:spacing w:before="0" w:after="80"/>
        <w:jc w:val="both"/>
      </w:pPr>
      <w:r>
        <w:rPr>
          <w:color w:val="1E3A8A"/>
          <w:sz w:val="24"/>
          <w:szCs w:val="24"/>
        </w:rPr>
        <w:t>Words: You should brush your teeth twice a day.  |  You should eat candy for breakfast.  |  You shouldn't cross the road on a red light.  |  You should sleep only four hours.  |  You should drink water when it's hot.  |  You shouldn't share your password.</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Good advice</w:t>
            </w:r>
          </w:p>
        </w:tc>
        <w:tc>
          <w:tcPr>
            <w:tcW w:type="dxa" w:w="4989"/>
            <w:shd w:val="clear" w:color="auto" w:fill="1e3a8a"/>
          </w:tcPr>
          <w:p>
            <w:pPr>
              <w:spacing w:before="0" w:after="40"/>
              <w:jc w:val="both"/>
            </w:pPr>
            <w:r>
              <w:rPr>
                <w:b/>
                <w:bCs/>
                <w:color w:val="FFFFFF"/>
              </w:rPr>
              <w:t>Bad advice</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6. Complete with can, could, must, mustn't, should or shouldn't.</w:t>
      </w:r>
    </w:p>
    <w:p>
      <w:pPr>
        <w:bidi/>
        <w:spacing w:before="0" w:after="0"/>
        <w:jc w:val="both"/>
      </w:pPr>
      <w:r>
        <w:rPr>
          <w:rFonts w:ascii="Arial" w:hAnsi="Arial" w:cs="Arial"/>
          <w:color w:val="6B7280"/>
          <w:sz w:val="20"/>
          <w:szCs w:val="20"/>
          <w:rtl/>
          <w:lang w:val="en-US" w:bidi="he-IL"/>
        </w:rPr>
        <w:t xml:space="preserve">השלימו ב-‎can, could, must, mustn't, should‎ או ‎shouldn't‎.</w:t>
      </w:r>
    </w:p>
    <w:p>
      <w:pPr>
        <w:bidi/>
        <w:spacing w:before="0" w:after="80"/>
        <w:jc w:val="both"/>
      </w:pPr>
      <w:r>
        <w:rPr>
          <w:rFonts w:ascii="Arial" w:hAnsi="Arial" w:cs="Arial"/>
          <w:color w:val="6B7280"/>
          <w:sz w:val="21"/>
          <w:szCs w:val="21"/>
          <w:rtl/>
          <w:lang w:val="en-US" w:bidi="ar-SA"/>
        </w:rPr>
        <w:t xml:space="preserve">أكمل بـ ‎can‎ أو ‎could‎ أو ‎must‎ أو ‎mustn't‎ أو ‎should‎ أو ‎shouldn't‎.</w:t>
      </w:r>
    </w:p>
    <w:p>
      <w:pPr>
        <w:spacing w:before="0" w:after="60"/>
        <w:jc w:val="both"/>
      </w:pPr>
      <w:r>
        <w:rPr/>
        <w:t>a. __________ you tell me the time, please?</w:t>
      </w:r>
    </w:p>
    <w:p>
      <w:pPr>
        <w:spacing w:before="0" w:after="60"/>
        <w:jc w:val="both"/>
      </w:pPr>
      <w:r>
        <w:rPr/>
        <w:t>b. In Israel, drivers __________ drive on the right side of the road.</w:t>
      </w:r>
    </w:p>
    <w:p>
      <w:pPr>
        <w:spacing w:before="0" w:after="60"/>
        <w:jc w:val="both"/>
      </w:pPr>
      <w:r>
        <w:rPr/>
        <w:t>c. You __________ play with matches. It's dangerous.</w:t>
      </w:r>
    </w:p>
    <w:p>
      <w:pPr>
        <w:spacing w:before="0" w:after="60"/>
        <w:jc w:val="both"/>
      </w:pPr>
      <w:r>
        <w:rPr/>
        <w:t>d. Your shoes are old. You __________ buy new ones.</w:t>
      </w:r>
    </w:p>
    <w:p>
      <w:pPr>
        <w:spacing w:before="160" w:after="20"/>
        <w:jc w:val="both"/>
      </w:pPr>
      <w:r>
        <w:rPr>
          <w:b/>
          <w:bCs/>
          <w:sz w:val="26"/>
          <w:szCs w:val="26"/>
        </w:rPr>
        <w:t>7. Write a question and an answer.</w:t>
      </w:r>
    </w:p>
    <w:p>
      <w:pPr>
        <w:bidi/>
        <w:spacing w:before="0" w:after="0"/>
        <w:jc w:val="both"/>
      </w:pPr>
      <w:r>
        <w:rPr>
          <w:rFonts w:ascii="Arial" w:hAnsi="Arial" w:cs="Arial"/>
          <w:color w:val="6B7280"/>
          <w:sz w:val="20"/>
          <w:szCs w:val="20"/>
          <w:rtl/>
          <w:lang w:val="en-US" w:bidi="he-IL"/>
        </w:rPr>
        <w:t xml:space="preserve">כתבו שאלה ותשובה.</w:t>
      </w:r>
    </w:p>
    <w:p>
      <w:pPr>
        <w:bidi/>
        <w:spacing w:before="0" w:after="80"/>
        <w:jc w:val="both"/>
      </w:pPr>
      <w:r>
        <w:rPr>
          <w:rFonts w:ascii="Arial" w:hAnsi="Arial" w:cs="Arial"/>
          <w:color w:val="6B7280"/>
          <w:sz w:val="21"/>
          <w:szCs w:val="21"/>
          <w:rtl/>
          <w:lang w:val="en-US" w:bidi="ar-SA"/>
        </w:rPr>
        <w:t xml:space="preserve">اكتب سؤالًا وإجابة.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Question words</w:t>
            </w:r>
          </w:p>
        </w:tc>
        <w:tc>
          <w:tcPr>
            <w:tcW w:type="dxa" w:w="3326"/>
            <w:shd w:val="clear" w:color="auto" w:fill="1e3a8a"/>
          </w:tcPr>
          <w:p>
            <w:pPr>
              <w:spacing w:before="0" w:after="40"/>
              <w:jc w:val="both"/>
            </w:pPr>
            <w:r>
              <w:rPr>
                <w:b/>
                <w:bCs/>
                <w:color w:val="FFFFFF"/>
              </w:rPr>
              <w:t>Question</w:t>
            </w:r>
          </w:p>
        </w:tc>
        <w:tc>
          <w:tcPr>
            <w:tcW w:type="dxa" w:w="3326"/>
            <w:shd w:val="clear" w:color="auto" w:fill="1e3a8a"/>
          </w:tcPr>
          <w:p>
            <w:pPr>
              <w:spacing w:before="0" w:after="40"/>
              <w:jc w:val="both"/>
            </w:pPr>
            <w:r>
              <w:rPr>
                <w:b/>
                <w:bCs/>
                <w:color w:val="FFFFFF"/>
              </w:rPr>
              <w:t>Answer</w:t>
            </w:r>
          </w:p>
        </w:tc>
      </w:tr>
      <w:tr>
        <w:tc>
          <w:tcPr>
            <w:tcW w:type="dxa" w:w="3326"/>
          </w:tcPr>
          <w:p>
            <w:pPr>
              <w:spacing w:before="0" w:after="40"/>
              <w:jc w:val="both"/>
            </w:pPr>
            <w:r>
              <w:rPr/>
              <w:t>Can / I / open the window?</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Should / we / bring food?</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Can / Noam / swim?</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8. Find the mistake and write the correct sentence.</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You mustn't to talk in the library.</w:t>
      </w:r>
    </w:p>
    <w:p>
      <w:pPr>
        <w:spacing w:before="0" w:after="100"/>
        <w:jc w:val="both"/>
      </w:pPr>
      <w:r>
        <w:rPr/>
        <w:t>b. Can you to help me?</w:t>
      </w:r>
    </w:p>
    <w:p>
      <w:pPr>
        <w:spacing w:before="0" w:after="100"/>
        <w:jc w:val="both"/>
      </w:pPr>
      <w:r>
        <w:rPr/>
        <w:t>c. She must goes to the dentist.</w:t>
      </w:r>
    </w:p>
    <w:p>
      <w:pPr>
        <w:spacing w:before="0" w:after="100"/>
        <w:jc w:val="both"/>
      </w:pPr>
      <w:r>
        <w:rPr/>
        <w:t>d. We should to leave now.</w:t>
      </w:r>
    </w:p>
    <w:p>
      <w:pPr>
        <w:spacing w:before="120" w:after="40"/>
        <w:jc w:val="center"/>
      </w:pPr>
      <w:r>
        <w:rPr>
          <w:rFonts w:ascii="Arial Black" w:hAnsi="Arial Black" w:cs="Arial Black"/>
          <w:b/>
          <w:bCs/>
          <w:color w:val="1E3A8A"/>
          <w:sz w:val="30"/>
          <w:szCs w:val="30"/>
        </w:rPr>
        <w:t>Tips for a Hike</w:t>
      </w:r>
    </w:p>
    <w:p>
      <w:pPr>
        <w:spacing w:before="0" w:after="80"/>
        <w:jc w:val="both"/>
      </w:pPr>
      <w:r>
        <w:rPr/>
        <w:t>Next week class 6C is going on a hike in the Negev. The teacher, Mr. Cohen, wrote a letter to the pupils.</w:t>
      </w:r>
    </w:p>
    <w:p>
      <w:pPr>
        <w:spacing w:before="0" w:after="80"/>
        <w:jc w:val="both"/>
      </w:pPr>
      <w:r>
        <w:rPr/>
        <w:t>"Dear pupils, the desert is beautiful, but it can be dangerous. Everyone must bring three liters of water. You must wear a hat and good shoes, not sandals. You mustn't leave the group, and you mustn't climb on rocks without a guide.</w:t>
      </w:r>
    </w:p>
    <w:p>
      <w:pPr>
        <w:spacing w:before="0" w:after="80"/>
        <w:jc w:val="both"/>
      </w:pPr>
      <w:r>
        <w:rPr/>
        <w:t>You should go to bed early the night before, because we are going to start walking at six in the morning. You shouldn't bring heavy things in your bag. You can bring a camera or a small game for the bus.</w:t>
      </w:r>
    </w:p>
    <w:p>
      <w:pPr>
        <w:spacing w:before="0" w:after="80"/>
        <w:jc w:val="both"/>
      </w:pPr>
      <w:r>
        <w:rPr/>
        <w:t>If you have any questions, you can call me. See you on Sunday!"</w:t>
      </w:r>
    </w:p>
    <w:p>
      <w:pPr>
        <w:spacing w:before="160" w:after="20"/>
        <w:jc w:val="both"/>
      </w:pPr>
      <w:r>
        <w:rPr>
          <w:b/>
          <w:bCs/>
          <w:sz w:val="26"/>
          <w:szCs w:val="26"/>
        </w:rPr>
        <w:t>9. Read the text and circle the correct answer.</w:t>
      </w:r>
    </w:p>
    <w:p>
      <w:pPr>
        <w:bidi/>
        <w:spacing w:before="0" w:after="0"/>
        <w:jc w:val="both"/>
      </w:pPr>
      <w:r>
        <w:rPr>
          <w:rFonts w:ascii="Arial" w:hAnsi="Arial" w:cs="Arial"/>
          <w:color w:val="6B7280"/>
          <w:sz w:val="20"/>
          <w:szCs w:val="20"/>
          <w:rtl/>
          <w:lang w:val="en-US" w:bidi="he-IL"/>
        </w:rPr>
        <w:t xml:space="preserve">קראו את הטקסט והקיפו את התשובה הנכונה.</w:t>
      </w:r>
    </w:p>
    <w:p>
      <w:pPr>
        <w:bidi/>
        <w:spacing w:before="0" w:after="80"/>
        <w:jc w:val="both"/>
      </w:pPr>
      <w:r>
        <w:rPr>
          <w:rFonts w:ascii="Arial" w:hAnsi="Arial" w:cs="Arial"/>
          <w:color w:val="6B7280"/>
          <w:sz w:val="21"/>
          <w:szCs w:val="21"/>
          <w:rtl/>
          <w:lang w:val="en-US" w:bidi="ar-SA"/>
        </w:rPr>
        <w:t xml:space="preserve">اقرأ النص وضع دائرة حول الإجابة الصحيحة.</w:t>
      </w:r>
    </w:p>
    <w:p>
      <w:pPr>
        <w:spacing w:before="0" w:after="20"/>
        <w:jc w:val="both"/>
      </w:pPr>
      <w:r>
        <w:rPr/>
        <w:t>a. How much water must everyone bring?</w:t>
      </w:r>
    </w:p>
    <w:p>
      <w:pPr>
        <w:spacing w:before="0" w:after="80"/>
        <w:jc w:val="both"/>
      </w:pPr>
      <w:r>
        <w:rPr/>
        <w:t xml:space="preserve">   ○ one liter      ○ two liters      ○ three liters</w:t>
      </w:r>
    </w:p>
    <w:p>
      <w:pPr>
        <w:spacing w:before="0" w:after="20"/>
        <w:jc w:val="both"/>
      </w:pPr>
      <w:r>
        <w:rPr/>
        <w:t>b. Why should the pupils go to bed early?</w:t>
      </w:r>
    </w:p>
    <w:p>
      <w:pPr>
        <w:spacing w:before="0" w:after="80"/>
        <w:jc w:val="both"/>
      </w:pPr>
      <w:r>
        <w:rPr/>
        <w:t xml:space="preserve">   ○ They start walking at six.      ○ The bus is slow.      ○ It is cold at night.</w:t>
      </w:r>
    </w:p>
    <w:p>
      <w:pPr>
        <w:spacing w:before="160" w:after="20"/>
        <w:jc w:val="both"/>
      </w:pPr>
      <w:r>
        <w:rPr>
          <w:b/>
          <w:bCs/>
          <w:sz w:val="26"/>
          <w:szCs w:val="26"/>
        </w:rPr>
        <w:t>10.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The pupils can wear sandals on the hike.      True / False</w:t>
      </w:r>
    </w:p>
    <w:p>
      <w:pPr>
        <w:spacing w:before="0" w:after="60"/>
        <w:jc w:val="both"/>
      </w:pPr>
      <w:r>
        <w:rPr/>
        <w:t>b. The pupils mustn't leave the group.      True / False</w:t>
      </w:r>
    </w:p>
    <w:p>
      <w:pPr>
        <w:spacing w:before="0" w:after="60"/>
        <w:jc w:val="both"/>
      </w:pPr>
      <w:r>
        <w:rPr/>
        <w:t>c. Mr. Cohen thinks the desert is never dangerous.      True / False</w:t>
      </w:r>
    </w:p>
    <w:p>
      <w:pPr>
        <w:spacing w:before="160" w:after="20"/>
        <w:jc w:val="both"/>
      </w:pPr>
      <w:r>
        <w:rPr>
          <w:b/>
          <w:bCs/>
          <w:sz w:val="26"/>
          <w:szCs w:val="26"/>
        </w:rPr>
        <w:t>11. Complete according to the text.</w:t>
      </w:r>
    </w:p>
    <w:p>
      <w:pPr>
        <w:bidi/>
        <w:spacing w:before="0" w:after="0"/>
        <w:jc w:val="both"/>
      </w:pPr>
      <w:r>
        <w:rPr>
          <w:rFonts w:ascii="Arial" w:hAnsi="Arial" w:cs="Arial"/>
          <w:color w:val="6B7280"/>
          <w:sz w:val="20"/>
          <w:szCs w:val="20"/>
          <w:rtl/>
          <w:lang w:val="en-US" w:bidi="he-IL"/>
        </w:rPr>
        <w:t xml:space="preserve">השלימו לפי הטקסט.</w:t>
      </w:r>
    </w:p>
    <w:p>
      <w:pPr>
        <w:bidi/>
        <w:spacing w:before="0" w:after="80"/>
        <w:jc w:val="both"/>
      </w:pPr>
      <w:r>
        <w:rPr>
          <w:rFonts w:ascii="Arial" w:hAnsi="Arial" w:cs="Arial"/>
          <w:color w:val="6B7280"/>
          <w:sz w:val="21"/>
          <w:szCs w:val="21"/>
          <w:rtl/>
          <w:lang w:val="en-US" w:bidi="ar-SA"/>
        </w:rPr>
        <w:t xml:space="preserve">أكمل حسب النص.</w:t>
      </w:r>
    </w:p>
    <w:p>
      <w:pPr>
        <w:spacing w:before="0" w:after="60"/>
        <w:jc w:val="both"/>
      </w:pPr>
      <w:r>
        <w:rPr/>
        <w:t>a. You __________ climb on rocks without a guide.</w:t>
      </w:r>
    </w:p>
    <w:p>
      <w:pPr>
        <w:spacing w:before="0" w:after="60"/>
        <w:jc w:val="both"/>
      </w:pPr>
      <w:r>
        <w:rPr/>
        <w:t>b. You __________ bring a camera for the bus.</w:t>
      </w:r>
    </w:p>
    <w:p>
      <w:pPr>
        <w:spacing w:before="0" w:after="60"/>
        <w:jc w:val="both"/>
      </w:pPr>
      <w:r>
        <w:rPr/>
        <w:t>c. You __________ bring heavy things in your bag.</w:t>
      </w:r>
    </w:p>
    <w:p>
      <w:pPr>
        <w:spacing w:before="160" w:after="20"/>
        <w:jc w:val="both"/>
      </w:pPr>
      <w:r>
        <w:rPr>
          <w:b/>
          <w:bCs/>
          <w:sz w:val="26"/>
          <w:szCs w:val="26"/>
        </w:rPr>
        <w:t>12. Your friend is going to visit your town for the first time. Write 4 sentences of advice and rules.</w:t>
      </w:r>
    </w:p>
    <w:p>
      <w:pPr>
        <w:bidi/>
        <w:spacing w:before="0" w:after="0"/>
        <w:jc w:val="both"/>
      </w:pPr>
      <w:r>
        <w:rPr>
          <w:rFonts w:ascii="Arial" w:hAnsi="Arial" w:cs="Arial"/>
          <w:color w:val="6B7280"/>
          <w:sz w:val="20"/>
          <w:szCs w:val="20"/>
          <w:rtl/>
          <w:lang w:val="en-US" w:bidi="he-IL"/>
        </w:rPr>
        <w:t xml:space="preserve">חבר או חברה שלכם עומדים לבקר בעיר שלכם בפעם הראשונה. כתבו 4 משפטים של עצות וכללים.</w:t>
      </w:r>
    </w:p>
    <w:p>
      <w:pPr>
        <w:bidi/>
        <w:spacing w:before="0" w:after="80"/>
        <w:jc w:val="both"/>
      </w:pPr>
      <w:r>
        <w:rPr>
          <w:rFonts w:ascii="Arial" w:hAnsi="Arial" w:cs="Arial"/>
          <w:color w:val="6B7280"/>
          <w:sz w:val="21"/>
          <w:szCs w:val="21"/>
          <w:rtl/>
          <w:lang w:val="en-US" w:bidi="ar-SA"/>
        </w:rPr>
        <w:t xml:space="preserve">صديقك سيزور بلدتك لأول مرة. اكتب 4 جمل فيها نصائح وقواعد.</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6   |   Unit 6</w:t>
      </w:r>
    </w:p>
    <w:p>
      <w:pPr>
        <w:spacing w:before="0" w:after="40"/>
        <w:jc w:val="both"/>
      </w:pPr>
      <w:r>
        <w:rPr>
          <w:rFonts w:ascii="Arial Black" w:hAnsi="Arial Black" w:cs="Arial Black"/>
          <w:b/>
          <w:bCs/>
          <w:color w:val="1E3A8A"/>
          <w:sz w:val="44"/>
          <w:szCs w:val="44"/>
        </w:rPr>
        <w:t>Unit 6: Asking questions: Wh-questions review</w:t>
      </w:r>
    </w:p>
    <w:p>
      <w:pPr>
        <w:bidi/>
        <w:spacing w:before="0" w:after="0"/>
        <w:jc w:val="both"/>
      </w:pPr>
      <w:r>
        <w:rPr>
          <w:rFonts w:ascii="Arial" w:hAnsi="Arial" w:cs="Arial"/>
          <w:color w:val="6B7280"/>
          <w:sz w:val="22"/>
          <w:szCs w:val="22"/>
          <w:rtl/>
          <w:lang w:val="en-US" w:bidi="he-IL"/>
        </w:rPr>
        <w:t xml:space="preserve">שואלים שאלות: חזרה על שאלות ‎Wh-‎</w:t>
      </w:r>
    </w:p>
    <w:p>
      <w:pPr>
        <w:bidi/>
        <w:spacing w:before="0" w:after="120"/>
        <w:jc w:val="both"/>
      </w:pPr>
      <w:r>
        <w:rPr>
          <w:rFonts w:ascii="Arial" w:hAnsi="Arial" w:cs="Arial"/>
          <w:color w:val="6B7280"/>
          <w:sz w:val="23"/>
          <w:szCs w:val="23"/>
          <w:rtl/>
          <w:lang w:val="en-US" w:bidi="ar-SA"/>
        </w:rPr>
        <w:t xml:space="preserve">طرح الأسئلة: مراجعة أسئلة ‎Wh-‎</w:t>
      </w:r>
    </w:p>
    <w:p>
      <w:pPr>
        <w:spacing w:before="0" w:after="80"/>
        <w:jc w:val="center"/>
      </w:pPr>
      <w:r>
        <w:drawing>
          <wp:inline xmlns:a="http://schemas.openxmlformats.org/drawingml/2006/main" xmlns:pic="http://schemas.openxmlformats.org/drawingml/2006/picture">
            <wp:extent cx="3240000" cy="2160000"/>
            <wp:docPr id="37" name="Picture 37"/>
            <wp:cNvGraphicFramePr>
              <a:graphicFrameLocks noChangeAspect="1"/>
            </wp:cNvGraphicFramePr>
            <a:graphic>
              <a:graphicData uri="http://schemas.openxmlformats.org/drawingml/2006/picture">
                <pic:pic>
                  <pic:nvPicPr>
                    <pic:cNvPr id="0" name="english_g6_t06.jpg"/>
                    <pic:cNvPicPr/>
                  </pic:nvPicPr>
                  <pic:blipFill>
                    <a:blip r:embed="rId37"/>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1E3A8A"/>
          <w:sz w:val="28"/>
          <w:szCs w:val="28"/>
        </w:rPr>
        <w:t>◆ Question words</w:t>
      </w:r>
    </w:p>
    <w:p>
      <w:pPr>
        <w:bidi/>
        <w:spacing w:before="0" w:after="0"/>
        <w:jc w:val="both"/>
      </w:pPr>
      <w:r>
        <w:rPr>
          <w:rFonts w:ascii="Arial" w:hAnsi="Arial" w:cs="Arial"/>
          <w:color w:val="6B7280"/>
          <w:sz w:val="20"/>
          <w:szCs w:val="20"/>
          <w:rtl/>
          <w:lang w:val="en-US" w:bidi="he-IL"/>
        </w:rPr>
        <w:t xml:space="preserve">מילות שאלה</w:t>
      </w:r>
    </w:p>
    <w:p>
      <w:pPr>
        <w:bidi/>
        <w:spacing w:before="0" w:after="40"/>
        <w:jc w:val="both"/>
      </w:pPr>
      <w:r>
        <w:rPr>
          <w:rFonts w:ascii="Arial" w:hAnsi="Arial" w:cs="Arial"/>
          <w:color w:val="6B7280"/>
          <w:sz w:val="21"/>
          <w:szCs w:val="21"/>
          <w:rtl/>
          <w:lang w:val="en-US" w:bidi="ar-SA"/>
        </w:rPr>
        <w:t xml:space="preserve">كلمات السؤال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Word</w:t>
            </w:r>
          </w:p>
        </w:tc>
        <w:tc>
          <w:tcPr>
            <w:tcW w:type="dxa" w:w="3326"/>
            <w:shd w:val="clear" w:color="auto" w:fill="1e3a8a"/>
          </w:tcPr>
          <w:p>
            <w:pPr>
              <w:spacing w:before="0" w:after="40"/>
              <w:jc w:val="both"/>
            </w:pPr>
            <w:r>
              <w:rPr>
                <w:b/>
                <w:bCs/>
                <w:color w:val="FFFFFF"/>
              </w:rPr>
              <w:t>Asks about</w:t>
            </w:r>
          </w:p>
        </w:tc>
        <w:tc>
          <w:tcPr>
            <w:tcW w:type="dxa" w:w="3326"/>
            <w:shd w:val="clear" w:color="auto" w:fill="1e3a8a"/>
          </w:tcPr>
          <w:p>
            <w:pPr>
              <w:spacing w:before="0" w:after="40"/>
              <w:jc w:val="both"/>
            </w:pPr>
            <w:r>
              <w:rPr>
                <w:b/>
                <w:bCs/>
                <w:color w:val="FFFFFF"/>
              </w:rPr>
              <w:t>Example</w:t>
            </w:r>
          </w:p>
        </w:tc>
      </w:tr>
      <w:tr>
        <w:tc>
          <w:tcPr>
            <w:tcW w:type="dxa" w:w="3326"/>
          </w:tcPr>
          <w:p>
            <w:pPr>
              <w:spacing w:before="0" w:after="40"/>
              <w:jc w:val="both"/>
            </w:pPr>
            <w:r>
              <w:rPr/>
              <w:t>Who</w:t>
            </w:r>
          </w:p>
        </w:tc>
        <w:tc>
          <w:tcPr>
            <w:tcW w:type="dxa" w:w="3326"/>
          </w:tcPr>
          <w:p>
            <w:pPr>
              <w:spacing w:before="0" w:after="40"/>
              <w:jc w:val="both"/>
            </w:pPr>
            <w:r>
              <w:rPr/>
              <w:t>a person</w:t>
            </w:r>
          </w:p>
        </w:tc>
        <w:tc>
          <w:tcPr>
            <w:tcW w:type="dxa" w:w="3326"/>
          </w:tcPr>
          <w:p>
            <w:pPr>
              <w:spacing w:before="0" w:after="40"/>
              <w:jc w:val="both"/>
            </w:pPr>
            <w:r>
              <w:rPr/>
              <w:t>Who is that boy?</w:t>
            </w:r>
          </w:p>
        </w:tc>
      </w:tr>
      <w:tr>
        <w:tc>
          <w:tcPr>
            <w:tcW w:type="dxa" w:w="3326"/>
          </w:tcPr>
          <w:p>
            <w:pPr>
              <w:spacing w:before="0" w:after="40"/>
              <w:jc w:val="both"/>
            </w:pPr>
            <w:r>
              <w:rPr/>
              <w:t>What</w:t>
            </w:r>
          </w:p>
        </w:tc>
        <w:tc>
          <w:tcPr>
            <w:tcW w:type="dxa" w:w="3326"/>
          </w:tcPr>
          <w:p>
            <w:pPr>
              <w:spacing w:before="0" w:after="40"/>
              <w:jc w:val="both"/>
            </w:pPr>
            <w:r>
              <w:rPr/>
              <w:t>a thing / an action</w:t>
            </w:r>
          </w:p>
        </w:tc>
        <w:tc>
          <w:tcPr>
            <w:tcW w:type="dxa" w:w="3326"/>
          </w:tcPr>
          <w:p>
            <w:pPr>
              <w:spacing w:before="0" w:after="40"/>
              <w:jc w:val="both"/>
            </w:pPr>
            <w:r>
              <w:rPr/>
              <w:t>What are you eating?</w:t>
            </w:r>
          </w:p>
        </w:tc>
      </w:tr>
      <w:tr>
        <w:tc>
          <w:tcPr>
            <w:tcW w:type="dxa" w:w="3326"/>
          </w:tcPr>
          <w:p>
            <w:pPr>
              <w:spacing w:before="0" w:after="40"/>
              <w:jc w:val="both"/>
            </w:pPr>
            <w:r>
              <w:rPr/>
              <w:t>Where</w:t>
            </w:r>
          </w:p>
        </w:tc>
        <w:tc>
          <w:tcPr>
            <w:tcW w:type="dxa" w:w="3326"/>
          </w:tcPr>
          <w:p>
            <w:pPr>
              <w:spacing w:before="0" w:after="40"/>
              <w:jc w:val="both"/>
            </w:pPr>
            <w:r>
              <w:rPr/>
              <w:t>a place</w:t>
            </w:r>
          </w:p>
        </w:tc>
        <w:tc>
          <w:tcPr>
            <w:tcW w:type="dxa" w:w="3326"/>
          </w:tcPr>
          <w:p>
            <w:pPr>
              <w:spacing w:before="0" w:after="40"/>
              <w:jc w:val="both"/>
            </w:pPr>
            <w:r>
              <w:rPr/>
              <w:t>Where is my bag?</w:t>
            </w:r>
          </w:p>
        </w:tc>
      </w:tr>
      <w:tr>
        <w:tc>
          <w:tcPr>
            <w:tcW w:type="dxa" w:w="3326"/>
          </w:tcPr>
          <w:p>
            <w:pPr>
              <w:spacing w:before="0" w:after="40"/>
              <w:jc w:val="both"/>
            </w:pPr>
            <w:r>
              <w:rPr/>
              <w:t>When</w:t>
            </w:r>
          </w:p>
        </w:tc>
        <w:tc>
          <w:tcPr>
            <w:tcW w:type="dxa" w:w="3326"/>
          </w:tcPr>
          <w:p>
            <w:pPr>
              <w:spacing w:before="0" w:after="40"/>
              <w:jc w:val="both"/>
            </w:pPr>
            <w:r>
              <w:rPr/>
              <w:t>a time</w:t>
            </w:r>
          </w:p>
        </w:tc>
        <w:tc>
          <w:tcPr>
            <w:tcW w:type="dxa" w:w="3326"/>
          </w:tcPr>
          <w:p>
            <w:pPr>
              <w:spacing w:before="0" w:after="40"/>
              <w:jc w:val="both"/>
            </w:pPr>
            <w:r>
              <w:rPr/>
              <w:t>When does the movie start?</w:t>
            </w:r>
          </w:p>
        </w:tc>
      </w:tr>
      <w:tr>
        <w:tc>
          <w:tcPr>
            <w:tcW w:type="dxa" w:w="3326"/>
          </w:tcPr>
          <w:p>
            <w:pPr>
              <w:spacing w:before="0" w:after="40"/>
              <w:jc w:val="both"/>
            </w:pPr>
            <w:r>
              <w:rPr/>
              <w:t>Why</w:t>
            </w:r>
          </w:p>
        </w:tc>
        <w:tc>
          <w:tcPr>
            <w:tcW w:type="dxa" w:w="3326"/>
          </w:tcPr>
          <w:p>
            <w:pPr>
              <w:spacing w:before="0" w:after="40"/>
              <w:jc w:val="both"/>
            </w:pPr>
            <w:r>
              <w:rPr/>
              <w:t>a reason</w:t>
            </w:r>
          </w:p>
        </w:tc>
        <w:tc>
          <w:tcPr>
            <w:tcW w:type="dxa" w:w="3326"/>
          </w:tcPr>
          <w:p>
            <w:pPr>
              <w:spacing w:before="0" w:after="40"/>
              <w:jc w:val="both"/>
            </w:pPr>
            <w:r>
              <w:rPr/>
              <w:t>Why are you late?</w:t>
            </w:r>
          </w:p>
        </w:tc>
      </w:tr>
      <w:tr>
        <w:tc>
          <w:tcPr>
            <w:tcW w:type="dxa" w:w="3326"/>
          </w:tcPr>
          <w:p>
            <w:pPr>
              <w:spacing w:before="0" w:after="40"/>
              <w:jc w:val="both"/>
            </w:pPr>
            <w:r>
              <w:rPr/>
              <w:t>How</w:t>
            </w:r>
          </w:p>
        </w:tc>
        <w:tc>
          <w:tcPr>
            <w:tcW w:type="dxa" w:w="3326"/>
          </w:tcPr>
          <w:p>
            <w:pPr>
              <w:spacing w:before="0" w:after="40"/>
              <w:jc w:val="both"/>
            </w:pPr>
            <w:r>
              <w:rPr/>
              <w:t>the way</w:t>
            </w:r>
          </w:p>
        </w:tc>
        <w:tc>
          <w:tcPr>
            <w:tcW w:type="dxa" w:w="3326"/>
          </w:tcPr>
          <w:p>
            <w:pPr>
              <w:spacing w:before="0" w:after="40"/>
              <w:jc w:val="both"/>
            </w:pPr>
            <w:r>
              <w:rPr/>
              <w:t>How do you spell it?</w:t>
            </w:r>
          </w:p>
        </w:tc>
      </w:tr>
    </w:tbl>
    <w:p>
      <w:pPr>
        <w:spacing w:before="0" w:after="40"/>
        <w:jc w:val="both"/>
      </w:pPr>
    </w:p>
    <w:p>
      <w:pPr>
        <w:spacing w:before="120" w:after="40"/>
        <w:jc w:val="both"/>
      </w:pPr>
      <w:r>
        <w:rPr>
          <w:rFonts w:ascii="Arial Black" w:hAnsi="Arial Black" w:cs="Arial Black"/>
          <w:b/>
          <w:bCs/>
          <w:color w:val="1E3A8A"/>
          <w:sz w:val="28"/>
          <w:szCs w:val="28"/>
        </w:rPr>
        <w:t>◆ How + …</w:t>
      </w:r>
    </w:p>
    <w:p>
      <w:pPr>
        <w:spacing w:before="0" w:after="20"/>
        <w:jc w:val="both"/>
      </w:pPr>
      <w:r>
        <w:rPr/>
        <w:t>1. How many + count nouns: How many pencils?</w:t>
      </w:r>
    </w:p>
    <w:p>
      <w:pPr>
        <w:bidi/>
        <w:spacing w:before="0" w:after="0"/>
        <w:jc w:val="both"/>
      </w:pPr>
      <w:r>
        <w:rPr>
          <w:rFonts w:ascii="Arial" w:hAnsi="Arial" w:cs="Arial"/>
          <w:color w:val="6B7280"/>
          <w:sz w:val="20"/>
          <w:szCs w:val="20"/>
          <w:rtl/>
          <w:lang w:val="en-US" w:bidi="he-IL"/>
        </w:rPr>
        <w:t xml:space="preserve">‎How many +‎ שמות עצם שאפשר לספור: ‎How many pencils?‎</w:t>
      </w:r>
    </w:p>
    <w:p>
      <w:pPr>
        <w:bidi/>
        <w:spacing w:before="0" w:after="40"/>
        <w:jc w:val="both"/>
      </w:pPr>
      <w:r>
        <w:rPr>
          <w:rFonts w:ascii="Arial" w:hAnsi="Arial" w:cs="Arial"/>
          <w:color w:val="6B7280"/>
          <w:sz w:val="21"/>
          <w:szCs w:val="21"/>
          <w:rtl/>
          <w:lang w:val="en-US" w:bidi="ar-SA"/>
        </w:rPr>
        <w:t xml:space="preserve">‎How many +‎ أسماء يمكن عدّها: ‎How many pencils?‎</w:t>
      </w:r>
    </w:p>
    <w:p>
      <w:pPr>
        <w:spacing w:before="0" w:after="20"/>
        <w:jc w:val="both"/>
      </w:pPr>
      <w:r>
        <w:rPr/>
        <w:t>2. How much + no-count nouns / price: How much milk? How much is it?</w:t>
      </w:r>
    </w:p>
    <w:p>
      <w:pPr>
        <w:bidi/>
        <w:spacing w:before="0" w:after="0"/>
        <w:jc w:val="both"/>
      </w:pPr>
      <w:r>
        <w:rPr>
          <w:rFonts w:ascii="Arial" w:hAnsi="Arial" w:cs="Arial"/>
          <w:color w:val="6B7280"/>
          <w:sz w:val="20"/>
          <w:szCs w:val="20"/>
          <w:rtl/>
          <w:lang w:val="en-US" w:bidi="he-IL"/>
        </w:rPr>
        <w:t xml:space="preserve">‎How much +‎ שמות עצם שאי אפשר לספור / מחיר: ‎How much milk?‎‏ ‎How much is it?‎</w:t>
      </w:r>
    </w:p>
    <w:p>
      <w:pPr>
        <w:bidi/>
        <w:spacing w:before="0" w:after="40"/>
        <w:jc w:val="both"/>
      </w:pPr>
      <w:r>
        <w:rPr>
          <w:rFonts w:ascii="Arial" w:hAnsi="Arial" w:cs="Arial"/>
          <w:color w:val="6B7280"/>
          <w:sz w:val="21"/>
          <w:szCs w:val="21"/>
          <w:rtl/>
          <w:lang w:val="en-US" w:bidi="ar-SA"/>
        </w:rPr>
        <w:t xml:space="preserve">‎How much +‎ أسماء لا يمكن عدّها / السعر: ‎How much milk?‎‏ ‎How much is it?‎</w:t>
      </w:r>
    </w:p>
    <w:p>
      <w:pPr>
        <w:spacing w:before="0" w:after="20"/>
        <w:jc w:val="both"/>
      </w:pPr>
      <w:r>
        <w:rPr/>
        <w:t>3. How old / How often / How long</w:t>
      </w:r>
    </w:p>
    <w:p>
      <w:pPr>
        <w:spacing w:before="120" w:after="40"/>
        <w:jc w:val="both"/>
      </w:pPr>
      <w:r>
        <w:rPr>
          <w:rFonts w:ascii="Arial Black" w:hAnsi="Arial Black" w:cs="Arial Black"/>
          <w:b/>
          <w:bCs/>
          <w:color w:val="1E3A8A"/>
          <w:sz w:val="28"/>
          <w:szCs w:val="28"/>
        </w:rPr>
        <w:t>◆ Word order</w:t>
      </w:r>
    </w:p>
    <w:p>
      <w:pPr>
        <w:bidi/>
        <w:spacing w:before="0" w:after="0"/>
        <w:jc w:val="both"/>
      </w:pPr>
      <w:r>
        <w:rPr>
          <w:rFonts w:ascii="Arial" w:hAnsi="Arial" w:cs="Arial"/>
          <w:color w:val="6B7280"/>
          <w:sz w:val="20"/>
          <w:szCs w:val="20"/>
          <w:rtl/>
          <w:lang w:val="en-US" w:bidi="he-IL"/>
        </w:rPr>
        <w:t xml:space="preserve">סדר המילים</w:t>
      </w:r>
    </w:p>
    <w:p>
      <w:pPr>
        <w:bidi/>
        <w:spacing w:before="0" w:after="40"/>
        <w:jc w:val="both"/>
      </w:pPr>
      <w:r>
        <w:rPr>
          <w:rFonts w:ascii="Arial" w:hAnsi="Arial" w:cs="Arial"/>
          <w:color w:val="6B7280"/>
          <w:sz w:val="21"/>
          <w:szCs w:val="21"/>
          <w:rtl/>
          <w:lang w:val="en-US" w:bidi="ar-SA"/>
        </w:rPr>
        <w:t xml:space="preserve">ترتيب الكلمات</w:t>
      </w:r>
    </w:p>
    <w:p>
      <w:pPr>
        <w:spacing w:before="0" w:after="20"/>
        <w:jc w:val="both"/>
      </w:pPr>
      <w:r>
        <w:rPr/>
        <w:t>1. Question word + be + subject: Where is Noa?</w:t>
      </w:r>
    </w:p>
    <w:p>
      <w:pPr>
        <w:bidi/>
        <w:spacing w:before="0" w:after="0"/>
        <w:jc w:val="both"/>
      </w:pPr>
      <w:r>
        <w:rPr>
          <w:rFonts w:ascii="Arial" w:hAnsi="Arial" w:cs="Arial"/>
          <w:color w:val="6B7280"/>
          <w:sz w:val="20"/>
          <w:szCs w:val="20"/>
          <w:rtl/>
          <w:lang w:val="en-US" w:bidi="he-IL"/>
        </w:rPr>
        <w:t xml:space="preserve">מילת שאלה ‎+ be +‎ נושא: ‎Where is Noa?‎</w:t>
      </w:r>
    </w:p>
    <w:p>
      <w:pPr>
        <w:bidi/>
        <w:spacing w:before="0" w:after="40"/>
        <w:jc w:val="both"/>
      </w:pPr>
      <w:r>
        <w:rPr>
          <w:rFonts w:ascii="Arial" w:hAnsi="Arial" w:cs="Arial"/>
          <w:color w:val="6B7280"/>
          <w:sz w:val="21"/>
          <w:szCs w:val="21"/>
          <w:rtl/>
          <w:lang w:val="en-US" w:bidi="ar-SA"/>
        </w:rPr>
        <w:t xml:space="preserve">كلمة السؤال ‎+ be +‎ الفاعل: ‎Where is Noa?‎</w:t>
      </w:r>
    </w:p>
    <w:p>
      <w:pPr>
        <w:spacing w:before="0" w:after="20"/>
        <w:jc w:val="both"/>
      </w:pPr>
      <w:r>
        <w:rPr/>
        <w:t>2. Question word + do / does / did + subject + base form: What did Ben say?</w:t>
      </w:r>
    </w:p>
    <w:p>
      <w:pPr>
        <w:bidi/>
        <w:spacing w:before="0" w:after="0"/>
        <w:jc w:val="both"/>
      </w:pPr>
      <w:r>
        <w:rPr>
          <w:rFonts w:ascii="Arial" w:hAnsi="Arial" w:cs="Arial"/>
          <w:color w:val="6B7280"/>
          <w:sz w:val="20"/>
          <w:szCs w:val="20"/>
          <w:rtl/>
          <w:lang w:val="en-US" w:bidi="he-IL"/>
        </w:rPr>
        <w:t xml:space="preserve">מילת שאלה ‎+ do / does / did +‎ נושא + צורת בסיס: ‎What did Ben say?‎</w:t>
      </w:r>
    </w:p>
    <w:p>
      <w:pPr>
        <w:bidi/>
        <w:spacing w:before="0" w:after="40"/>
        <w:jc w:val="both"/>
      </w:pPr>
      <w:r>
        <w:rPr>
          <w:rFonts w:ascii="Arial" w:hAnsi="Arial" w:cs="Arial"/>
          <w:color w:val="6B7280"/>
          <w:sz w:val="21"/>
          <w:szCs w:val="21"/>
          <w:rtl/>
          <w:lang w:val="en-US" w:bidi="ar-SA"/>
        </w:rPr>
        <w:t xml:space="preserve">كلمة السؤال ‎+ do / does / did +‎ الفاعل + الصيغة الأساسية: ‎What did Ben say?‎</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09500"/>
                  <wp:docPr id="38" name="Picture 38"/>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477957"/>
                  <wp:docPr id="39" name="Picture 39"/>
                  <wp:cNvGraphicFramePr>
                    <a:graphicFrameLocks noChangeAspect="1"/>
                  </wp:cNvGraphicFramePr>
                  <a:graphic>
                    <a:graphicData uri="http://schemas.openxmlformats.org/drawingml/2006/picture">
                      <pic:pic>
                        <pic:nvPicPr>
                          <pic:cNvPr id="0" name="bag.png"/>
                          <pic:cNvPicPr/>
                        </pic:nvPicPr>
                        <pic:blipFill>
                          <a:blip r:embed="rId21"/>
                          <a:stretch>
                            <a:fillRect/>
                          </a:stretch>
                        </pic:blipFill>
                        <pic:spPr>
                          <a:xfrm>
                            <a:off x="0" y="0"/>
                            <a:ext cx="468000" cy="477957"/>
                          </a:xfrm>
                          <a:prstGeom prst="rect"/>
                        </pic:spPr>
                      </pic:pic>
                    </a:graphicData>
                  </a:graphic>
                </wp:inline>
              </w:drawing>
            </w:r>
          </w:p>
          <w:p>
            <w:pPr>
              <w:spacing w:before="0" w:after="0"/>
              <w:jc w:val="center"/>
            </w:pPr>
            <w:r>
              <w:rPr>
                <w:b/>
                <w:bCs/>
                <w:sz w:val="23"/>
                <w:szCs w:val="23"/>
              </w:rPr>
              <w:t>bag</w:t>
            </w:r>
          </w:p>
          <w:p>
            <w:pPr>
              <w:bidi/>
              <w:spacing w:before="0" w:after="0"/>
              <w:jc w:val="center"/>
            </w:pPr>
            <w:r>
              <w:rPr>
                <w:rFonts w:ascii="Arial" w:hAnsi="Arial" w:cs="Arial"/>
                <w:color w:val="6B7280"/>
                <w:sz w:val="17"/>
                <w:szCs w:val="17"/>
                <w:rtl/>
                <w:lang w:val="en-US" w:bidi="he-IL"/>
              </w:rPr>
              <w:t xml:space="preserve">תיק</w:t>
            </w:r>
          </w:p>
          <w:p>
            <w:pPr>
              <w:bidi/>
              <w:spacing w:before="0" w:after="0"/>
              <w:jc w:val="center"/>
            </w:pPr>
            <w:r>
              <w:rPr>
                <w:rFonts w:ascii="Arial" w:hAnsi="Arial" w:cs="Arial"/>
                <w:color w:val="6B7280"/>
                <w:sz w:val="17"/>
                <w:szCs w:val="17"/>
                <w:rtl/>
                <w:lang w:val="en-US" w:bidi="ar-SA"/>
              </w:rPr>
              <w:t xml:space="preserve">حقيبة</w:t>
            </w:r>
          </w:p>
        </w:tc>
        <w:tc>
          <w:tcPr>
            <w:tcW w:type="dxa" w:w="1663"/>
          </w:tcPr>
          <w:p>
            <w:pPr>
              <w:spacing w:before="0" w:after="0"/>
              <w:jc w:val="center"/>
            </w:pPr>
            <w:r>
              <w:drawing>
                <wp:inline xmlns:a="http://schemas.openxmlformats.org/drawingml/2006/main" xmlns:pic="http://schemas.openxmlformats.org/drawingml/2006/picture">
                  <wp:extent cx="468000" cy="419250"/>
                  <wp:docPr id="40" name="Picture 40"/>
                  <wp:cNvGraphicFramePr>
                    <a:graphicFrameLocks noChangeAspect="1"/>
                  </wp:cNvGraphicFramePr>
                  <a:graphic>
                    <a:graphicData uri="http://schemas.openxmlformats.org/drawingml/2006/picture">
                      <pic:pic>
                        <pic:nvPicPr>
                          <pic:cNvPr id="0" name="cat.png"/>
                          <pic:cNvPicPr/>
                        </pic:nvPicPr>
                        <pic:blipFill>
                          <a:blip r:embed="rId32"/>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788211"/>
                  <wp:docPr id="41" name="Picture 41"/>
                  <wp:cNvGraphicFramePr>
                    <a:graphicFrameLocks noChangeAspect="1"/>
                  </wp:cNvGraphicFramePr>
                  <a:graphic>
                    <a:graphicData uri="http://schemas.openxmlformats.org/drawingml/2006/picture">
                      <pic:pic>
                        <pic:nvPicPr>
                          <pic:cNvPr id="0" name="milk.png"/>
                          <pic:cNvPicPr/>
                        </pic:nvPicPr>
                        <pic:blipFill>
                          <a:blip r:embed="rId38"/>
                          <a:stretch>
                            <a:fillRect/>
                          </a:stretch>
                        </pic:blipFill>
                        <pic:spPr>
                          <a:xfrm>
                            <a:off x="0" y="0"/>
                            <a:ext cx="468000" cy="788211"/>
                          </a:xfrm>
                          <a:prstGeom prst="rect"/>
                        </pic:spPr>
                      </pic:pic>
                    </a:graphicData>
                  </a:graphic>
                </wp:inline>
              </w:drawing>
            </w:r>
          </w:p>
          <w:p>
            <w:pPr>
              <w:spacing w:before="0" w:after="0"/>
              <w:jc w:val="center"/>
            </w:pPr>
            <w:r>
              <w:rPr>
                <w:b/>
                <w:bCs/>
                <w:sz w:val="23"/>
                <w:szCs w:val="23"/>
              </w:rPr>
              <w:t>milk</w:t>
            </w:r>
          </w:p>
          <w:p>
            <w:pPr>
              <w:bidi/>
              <w:spacing w:before="0" w:after="0"/>
              <w:jc w:val="center"/>
            </w:pPr>
            <w:r>
              <w:rPr>
                <w:rFonts w:ascii="Arial" w:hAnsi="Arial" w:cs="Arial"/>
                <w:color w:val="6B7280"/>
                <w:sz w:val="17"/>
                <w:szCs w:val="17"/>
                <w:rtl/>
                <w:lang w:val="en-US" w:bidi="he-IL"/>
              </w:rPr>
              <w:t xml:space="preserve">חלב</w:t>
            </w:r>
          </w:p>
          <w:p>
            <w:pPr>
              <w:bidi/>
              <w:spacing w:before="0" w:after="0"/>
              <w:jc w:val="center"/>
            </w:pPr>
            <w:r>
              <w:rPr>
                <w:rFonts w:ascii="Arial" w:hAnsi="Arial" w:cs="Arial"/>
                <w:color w:val="6B7280"/>
                <w:sz w:val="17"/>
                <w:szCs w:val="17"/>
                <w:rtl/>
                <w:lang w:val="en-US" w:bidi="ar-SA"/>
              </w:rPr>
              <w:t xml:space="preserve">حليب</w:t>
            </w:r>
          </w:p>
        </w:tc>
        <w:tc>
          <w:tcPr>
            <w:tcW w:type="dxa" w:w="1663"/>
          </w:tcPr>
          <w:p>
            <w:pPr>
              <w:spacing w:before="0" w:after="0"/>
              <w:jc w:val="center"/>
            </w:pPr>
            <w:r>
              <w:drawing>
                <wp:inline xmlns:a="http://schemas.openxmlformats.org/drawingml/2006/main" xmlns:pic="http://schemas.openxmlformats.org/drawingml/2006/picture">
                  <wp:extent cx="468000" cy="468000"/>
                  <wp:docPr id="42" name="Picture 42"/>
                  <wp:cNvGraphicFramePr>
                    <a:graphicFrameLocks noChangeAspect="1"/>
                  </wp:cNvGraphicFramePr>
                  <a:graphic>
                    <a:graphicData uri="http://schemas.openxmlformats.org/drawingml/2006/picture">
                      <pic:pic>
                        <pic:nvPicPr>
                          <pic:cNvPr id="0" name="blue.png"/>
                          <pic:cNvPicPr/>
                        </pic:nvPicPr>
                        <pic:blipFill>
                          <a:blip r:embed="rId39"/>
                          <a:stretch>
                            <a:fillRect/>
                          </a:stretch>
                        </pic:blipFill>
                        <pic:spPr>
                          <a:xfrm>
                            <a:off x="0" y="0"/>
                            <a:ext cx="468000" cy="468000"/>
                          </a:xfrm>
                          <a:prstGeom prst="rect"/>
                        </pic:spPr>
                      </pic:pic>
                    </a:graphicData>
                  </a:graphic>
                </wp:inline>
              </w:drawing>
            </w:r>
          </w:p>
          <w:p>
            <w:pPr>
              <w:spacing w:before="0" w:after="0"/>
              <w:jc w:val="center"/>
            </w:pPr>
            <w:r>
              <w:rPr>
                <w:b/>
                <w:bCs/>
                <w:sz w:val="23"/>
                <w:szCs w:val="23"/>
              </w:rPr>
              <w:t>blue</w:t>
            </w:r>
          </w:p>
          <w:p>
            <w:pPr>
              <w:bidi/>
              <w:spacing w:before="0" w:after="0"/>
              <w:jc w:val="center"/>
            </w:pPr>
            <w:r>
              <w:rPr>
                <w:rFonts w:ascii="Arial" w:hAnsi="Arial" w:cs="Arial"/>
                <w:color w:val="6B7280"/>
                <w:sz w:val="17"/>
                <w:szCs w:val="17"/>
                <w:rtl/>
                <w:lang w:val="en-US" w:bidi="he-IL"/>
              </w:rPr>
              <w:t xml:space="preserve">כחול</w:t>
            </w:r>
          </w:p>
          <w:p>
            <w:pPr>
              <w:bidi/>
              <w:spacing w:before="0" w:after="0"/>
              <w:jc w:val="center"/>
            </w:pPr>
            <w:r>
              <w:rPr>
                <w:rFonts w:ascii="Arial" w:hAnsi="Arial" w:cs="Arial"/>
                <w:color w:val="6B7280"/>
                <w:sz w:val="17"/>
                <w:szCs w:val="17"/>
                <w:rtl/>
                <w:lang w:val="en-US" w:bidi="ar-SA"/>
              </w:rPr>
              <w:t xml:space="preserve">أزرق</w:t>
            </w:r>
          </w:p>
        </w:tc>
        <w:tc>
          <w:tcPr>
            <w:tcW w:type="dxa" w:w="1663"/>
          </w:tcPr>
          <w:p>
            <w:pPr>
              <w:spacing w:before="0" w:after="0"/>
              <w:jc w:val="center"/>
            </w:pPr>
            <w:r>
              <w:drawing>
                <wp:inline xmlns:a="http://schemas.openxmlformats.org/drawingml/2006/main" xmlns:pic="http://schemas.openxmlformats.org/drawingml/2006/picture">
                  <wp:extent cx="468000" cy="316875"/>
                  <wp:docPr id="43" name="Picture 43"/>
                  <wp:cNvGraphicFramePr>
                    <a:graphicFrameLocks noChangeAspect="1"/>
                  </wp:cNvGraphicFramePr>
                  <a:graphic>
                    <a:graphicData uri="http://schemas.openxmlformats.org/drawingml/2006/picture">
                      <pic:pic>
                        <pic:nvPicPr>
                          <pic:cNvPr id="0" name="bus.png"/>
                          <pic:cNvPicPr/>
                        </pic:nvPicPr>
                        <pic:blipFill>
                          <a:blip r:embed="rId15"/>
                          <a:stretch>
                            <a:fillRect/>
                          </a:stretch>
                        </pic:blipFill>
                        <pic:spPr>
                          <a:xfrm>
                            <a:off x="0" y="0"/>
                            <a:ext cx="468000" cy="316875"/>
                          </a:xfrm>
                          <a:prstGeom prst="rect"/>
                        </pic:spPr>
                      </pic:pic>
                    </a:graphicData>
                  </a:graphic>
                </wp:inline>
              </w:drawing>
            </w:r>
          </w:p>
          <w:p>
            <w:pPr>
              <w:spacing w:before="0" w:after="0"/>
              <w:jc w:val="center"/>
            </w:pPr>
            <w:r>
              <w:rPr>
                <w:b/>
                <w:bCs/>
                <w:sz w:val="23"/>
                <w:szCs w:val="23"/>
              </w:rPr>
              <w:t>bus</w:t>
            </w:r>
          </w:p>
          <w:p>
            <w:pPr>
              <w:bidi/>
              <w:spacing w:before="0" w:after="0"/>
              <w:jc w:val="center"/>
            </w:pPr>
            <w:r>
              <w:rPr>
                <w:rFonts w:ascii="Arial" w:hAnsi="Arial" w:cs="Arial"/>
                <w:color w:val="6B7280"/>
                <w:sz w:val="17"/>
                <w:szCs w:val="17"/>
                <w:rtl/>
                <w:lang w:val="en-US" w:bidi="he-IL"/>
              </w:rPr>
              <w:t xml:space="preserve">אוטובוס</w:t>
            </w:r>
          </w:p>
          <w:p>
            <w:pPr>
              <w:bidi/>
              <w:spacing w:before="0" w:after="0"/>
              <w:jc w:val="center"/>
            </w:pPr>
            <w:r>
              <w:rPr>
                <w:rFonts w:ascii="Arial" w:hAnsi="Arial" w:cs="Arial"/>
                <w:color w:val="6B7280"/>
                <w:sz w:val="17"/>
                <w:szCs w:val="17"/>
                <w:rtl/>
                <w:lang w:val="en-US" w:bidi="ar-SA"/>
              </w:rPr>
              <w:t xml:space="preserve">حافلة</w:t>
            </w:r>
          </w:p>
        </w:tc>
      </w:tr>
    </w:tbl>
    <w:p>
      <w:pPr>
        <w:spacing w:before="0" w:after="80"/>
        <w:jc w:val="both"/>
      </w:pPr>
    </w:p>
    <w:p>
      <w:pPr>
        <w:spacing w:before="160" w:after="20"/>
        <w:jc w:val="both"/>
      </w:pPr>
      <w:r>
        <w:rPr>
          <w:b/>
          <w:bCs/>
          <w:sz w:val="26"/>
          <w:szCs w:val="26"/>
        </w:rPr>
        <w:t>1. Complete with Who, What, Where or When.</w:t>
      </w:r>
    </w:p>
    <w:p>
      <w:pPr>
        <w:bidi/>
        <w:spacing w:before="0" w:after="0"/>
        <w:jc w:val="both"/>
      </w:pPr>
      <w:r>
        <w:rPr>
          <w:rFonts w:ascii="Arial" w:hAnsi="Arial" w:cs="Arial"/>
          <w:color w:val="6B7280"/>
          <w:sz w:val="20"/>
          <w:szCs w:val="20"/>
          <w:rtl/>
          <w:lang w:val="en-US" w:bidi="he-IL"/>
        </w:rPr>
        <w:t xml:space="preserve">השלימו ב-‎Who, What, Where‎ או ‎When‎.</w:t>
      </w:r>
    </w:p>
    <w:p>
      <w:pPr>
        <w:bidi/>
        <w:spacing w:before="0" w:after="80"/>
        <w:jc w:val="both"/>
      </w:pPr>
      <w:r>
        <w:rPr>
          <w:rFonts w:ascii="Arial" w:hAnsi="Arial" w:cs="Arial"/>
          <w:color w:val="6B7280"/>
          <w:sz w:val="21"/>
          <w:szCs w:val="21"/>
          <w:rtl/>
          <w:lang w:val="en-US" w:bidi="ar-SA"/>
        </w:rPr>
        <w:t xml:space="preserve">أكمل بـ ‎Who‎ أو ‎What‎ أو ‎Where‎ أو ‎When‎.</w:t>
      </w:r>
    </w:p>
    <w:p>
      <w:pPr>
        <w:spacing w:before="0" w:after="60"/>
        <w:jc w:val="both"/>
      </w:pPr>
      <w:r>
        <w:rPr/>
        <w:t>a. __________ is the library? Next to the gym.</w:t>
      </w:r>
    </w:p>
    <w:p>
      <w:pPr>
        <w:spacing w:before="0" w:after="60"/>
        <w:jc w:val="both"/>
      </w:pPr>
      <w:r>
        <w:rPr/>
        <w:t>b. __________ is your favorite singer? I don't have one.</w:t>
      </w:r>
    </w:p>
    <w:p>
      <w:pPr>
        <w:spacing w:before="0" w:after="60"/>
        <w:jc w:val="both"/>
      </w:pPr>
      <w:r>
        <w:rPr/>
        <w:t>c. __________ time is it? It's ten o'clock.</w:t>
      </w:r>
    </w:p>
    <w:p>
      <w:pPr>
        <w:spacing w:before="0" w:after="60"/>
        <w:jc w:val="both"/>
      </w:pPr>
      <w:r>
        <w:rPr/>
        <w:t>d. __________ does school end? At 1:30.</w:t>
      </w:r>
    </w:p>
    <w:p>
      <w:pPr>
        <w:spacing w:before="0" w:after="60"/>
        <w:jc w:val="both"/>
      </w:pPr>
      <w:r>
        <w:rPr/>
        <w:t>e. __________ did you see at the mall? Shira and Tamar.</w:t>
      </w:r>
    </w:p>
    <w:p>
      <w:pPr>
        <w:spacing w:before="160" w:after="20"/>
        <w:jc w:val="both"/>
      </w:pPr>
      <w:r>
        <w:rPr>
          <w:b/>
          <w:bCs/>
          <w:sz w:val="26"/>
          <w:szCs w:val="26"/>
        </w:rPr>
        <w:t>2. Match the questions to the answers.</w:t>
      </w:r>
    </w:p>
    <w:p>
      <w:pPr>
        <w:bidi/>
        <w:spacing w:before="0" w:after="0"/>
        <w:jc w:val="both"/>
      </w:pPr>
      <w:r>
        <w:rPr>
          <w:rFonts w:ascii="Arial" w:hAnsi="Arial" w:cs="Arial"/>
          <w:color w:val="6B7280"/>
          <w:sz w:val="20"/>
          <w:szCs w:val="20"/>
          <w:rtl/>
          <w:lang w:val="en-US" w:bidi="he-IL"/>
        </w:rPr>
        <w:t xml:space="preserve">התאימו בין השאלות לתשובות.</w:t>
      </w:r>
    </w:p>
    <w:p>
      <w:pPr>
        <w:bidi/>
        <w:spacing w:before="0" w:after="80"/>
        <w:jc w:val="both"/>
      </w:pPr>
      <w:r>
        <w:rPr>
          <w:rFonts w:ascii="Arial" w:hAnsi="Arial" w:cs="Arial"/>
          <w:color w:val="6B7280"/>
          <w:sz w:val="21"/>
          <w:szCs w:val="21"/>
          <w:rtl/>
          <w:lang w:val="en-US" w:bidi="ar-SA"/>
        </w:rPr>
        <w:t xml:space="preserve">صِل الأسئلة بالإجابات.</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Column A</w:t>
            </w:r>
          </w:p>
        </w:tc>
        <w:tc>
          <w:tcPr>
            <w:tcW w:type="dxa" w:w="4989"/>
            <w:shd w:val="clear" w:color="auto" w:fill="1e3a8a"/>
          </w:tcPr>
          <w:p>
            <w:pPr>
              <w:spacing w:before="0" w:after="40"/>
              <w:jc w:val="both"/>
            </w:pPr>
            <w:r>
              <w:rPr>
                <w:b/>
                <w:bCs/>
                <w:color w:val="FFFFFF"/>
              </w:rPr>
              <w:t>Column B</w:t>
            </w:r>
          </w:p>
        </w:tc>
      </w:tr>
      <w:tr>
        <w:tc>
          <w:tcPr>
            <w:tcW w:type="dxa" w:w="4989"/>
          </w:tcPr>
          <w:p>
            <w:pPr>
              <w:spacing w:before="0" w:after="40"/>
              <w:jc w:val="both"/>
            </w:pPr>
            <w:r>
              <w:rPr/>
              <w:t>1. How often do you play tennis?</w:t>
            </w:r>
          </w:p>
        </w:tc>
        <w:tc>
          <w:tcPr>
            <w:tcW w:type="dxa" w:w="4989"/>
          </w:tcPr>
          <w:p>
            <w:pPr>
              <w:spacing w:before="0" w:after="40"/>
              <w:jc w:val="both"/>
            </w:pPr>
            <w:r>
              <w:rPr/>
              <w:t>[   ] Twice a week.</w:t>
            </w:r>
          </w:p>
        </w:tc>
      </w:tr>
      <w:tr>
        <w:tc>
          <w:tcPr>
            <w:tcW w:type="dxa" w:w="4989"/>
          </w:tcPr>
          <w:p>
            <w:pPr>
              <w:spacing w:before="0" w:after="40"/>
              <w:jc w:val="both"/>
            </w:pPr>
            <w:r>
              <w:rPr/>
              <w:t>2. How long is the movie?</w:t>
            </w:r>
          </w:p>
        </w:tc>
        <w:tc>
          <w:tcPr>
            <w:tcW w:type="dxa" w:w="4989"/>
          </w:tcPr>
          <w:p>
            <w:pPr>
              <w:spacing w:before="0" w:after="40"/>
              <w:jc w:val="both"/>
            </w:pPr>
            <w:r>
              <w:rPr/>
              <w:t>[   ] Two hours.</w:t>
            </w:r>
          </w:p>
        </w:tc>
      </w:tr>
      <w:tr>
        <w:tc>
          <w:tcPr>
            <w:tcW w:type="dxa" w:w="4989"/>
          </w:tcPr>
          <w:p>
            <w:pPr>
              <w:spacing w:before="0" w:after="40"/>
              <w:jc w:val="both"/>
            </w:pPr>
            <w:r>
              <w:rPr/>
              <w:t>3. Which shirt do you want?</w:t>
            </w:r>
          </w:p>
        </w:tc>
        <w:tc>
          <w:tcPr>
            <w:tcW w:type="dxa" w:w="4989"/>
          </w:tcPr>
          <w:p>
            <w:pPr>
              <w:spacing w:before="0" w:after="40"/>
              <w:jc w:val="both"/>
            </w:pPr>
            <w:r>
              <w:rPr/>
              <w:t>[   ] The blue one.</w:t>
            </w:r>
          </w:p>
        </w:tc>
      </w:tr>
      <w:tr>
        <w:tc>
          <w:tcPr>
            <w:tcW w:type="dxa" w:w="4989"/>
          </w:tcPr>
          <w:p>
            <w:pPr>
              <w:spacing w:before="0" w:after="40"/>
              <w:jc w:val="both"/>
            </w:pPr>
            <w:r>
              <w:rPr/>
              <w:t>4. Whose phone is ringing?</w:t>
            </w:r>
          </w:p>
        </w:tc>
        <w:tc>
          <w:tcPr>
            <w:tcW w:type="dxa" w:w="4989"/>
          </w:tcPr>
          <w:p>
            <w:pPr>
              <w:spacing w:before="0" w:after="40"/>
              <w:jc w:val="both"/>
            </w:pPr>
            <w:r>
              <w:rPr/>
              <w:t>[   ] Thirty shekels.</w:t>
            </w:r>
          </w:p>
        </w:tc>
      </w:tr>
      <w:tr>
        <w:tc>
          <w:tcPr>
            <w:tcW w:type="dxa" w:w="4989"/>
          </w:tcPr>
          <w:p>
            <w:pPr>
              <w:spacing w:before="0" w:after="40"/>
              <w:jc w:val="both"/>
            </w:pPr>
            <w:r>
              <w:rPr/>
              <w:t>5. How much is the ticket?</w:t>
            </w:r>
          </w:p>
        </w:tc>
        <w:tc>
          <w:tcPr>
            <w:tcW w:type="dxa" w:w="4989"/>
          </w:tcPr>
          <w:p>
            <w:pPr>
              <w:spacing w:before="0" w:after="40"/>
              <w:jc w:val="both"/>
            </w:pPr>
            <w:r>
              <w:rPr/>
              <w:t>[   ] Five.</w:t>
            </w:r>
          </w:p>
        </w:tc>
      </w:tr>
      <w:tr>
        <w:tc>
          <w:tcPr>
            <w:tcW w:type="dxa" w:w="4989"/>
          </w:tcPr>
          <w:p>
            <w:pPr>
              <w:spacing w:before="0" w:after="40"/>
              <w:jc w:val="both"/>
            </w:pPr>
            <w:r>
              <w:rPr/>
              <w:t>6. How many people are in your family?</w:t>
            </w:r>
          </w:p>
        </w:tc>
        <w:tc>
          <w:tcPr>
            <w:tcW w:type="dxa" w:w="4989"/>
          </w:tcPr>
          <w:p>
            <w:pPr>
              <w:spacing w:before="0" w:after="40"/>
              <w:jc w:val="both"/>
            </w:pPr>
            <w:r>
              <w:rPr/>
              <w:t>[   ] It's Dad's.</w:t>
            </w:r>
          </w:p>
        </w:tc>
      </w:tr>
    </w:tbl>
    <w:p>
      <w:pPr>
        <w:spacing w:before="0" w:after="40"/>
        <w:jc w:val="both"/>
      </w:pPr>
    </w:p>
    <w:p>
      <w:pPr>
        <w:spacing w:before="160" w:after="20"/>
        <w:jc w:val="both"/>
      </w:pPr>
      <w:r>
        <w:rPr>
          <w:b/>
          <w:bCs/>
          <w:sz w:val="26"/>
          <w:szCs w:val="26"/>
        </w:rPr>
        <w:t>3. Sort the answers by the question word they answer.</w:t>
      </w:r>
    </w:p>
    <w:p>
      <w:pPr>
        <w:bidi/>
        <w:spacing w:before="0" w:after="0"/>
        <w:jc w:val="both"/>
      </w:pPr>
      <w:r>
        <w:rPr>
          <w:rFonts w:ascii="Arial" w:hAnsi="Arial" w:cs="Arial"/>
          <w:color w:val="6B7280"/>
          <w:sz w:val="20"/>
          <w:szCs w:val="20"/>
          <w:rtl/>
          <w:lang w:val="en-US" w:bidi="he-IL"/>
        </w:rPr>
        <w:t xml:space="preserve">מיינו את התשובות לפי מילת השאלה שהן עונות עליה.</w:t>
      </w:r>
    </w:p>
    <w:p>
      <w:pPr>
        <w:bidi/>
        <w:spacing w:before="0" w:after="80"/>
        <w:jc w:val="both"/>
      </w:pPr>
      <w:r>
        <w:rPr>
          <w:rFonts w:ascii="Arial" w:hAnsi="Arial" w:cs="Arial"/>
          <w:color w:val="6B7280"/>
          <w:sz w:val="21"/>
          <w:szCs w:val="21"/>
          <w:rtl/>
          <w:lang w:val="en-US" w:bidi="ar-SA"/>
        </w:rPr>
        <w:t xml:space="preserve">صنّف الإجابات حسب كلمة السؤال التي تجيب عنها.</w:t>
      </w:r>
    </w:p>
    <w:p>
      <w:pPr>
        <w:spacing w:before="0" w:after="80"/>
        <w:jc w:val="both"/>
      </w:pPr>
      <w:r>
        <w:rPr>
          <w:color w:val="1E3A8A"/>
          <w:sz w:val="24"/>
          <w:szCs w:val="24"/>
        </w:rPr>
        <w:t>Words: In Tel Aviv.  |  At midnight.  |  Because I'm hungry.  |  Under the bed.  |  On Tuesday.  |  Because it's my birthday.</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Where?</w:t>
            </w:r>
          </w:p>
        </w:tc>
        <w:tc>
          <w:tcPr>
            <w:tcW w:type="dxa" w:w="3326"/>
            <w:shd w:val="clear" w:color="auto" w:fill="1e3a8a"/>
          </w:tcPr>
          <w:p>
            <w:pPr>
              <w:spacing w:before="0" w:after="40"/>
              <w:jc w:val="both"/>
            </w:pPr>
            <w:r>
              <w:rPr>
                <w:b/>
                <w:bCs/>
                <w:color w:val="FFFFFF"/>
              </w:rPr>
              <w:t>When?</w:t>
            </w:r>
          </w:p>
        </w:tc>
        <w:tc>
          <w:tcPr>
            <w:tcW w:type="dxa" w:w="3326"/>
            <w:shd w:val="clear" w:color="auto" w:fill="1e3a8a"/>
          </w:tcPr>
          <w:p>
            <w:pPr>
              <w:spacing w:before="0" w:after="40"/>
              <w:jc w:val="both"/>
            </w:pPr>
            <w:r>
              <w:rPr>
                <w:b/>
                <w:bCs/>
                <w:color w:val="FFFFFF"/>
              </w:rPr>
              <w:t>Why?</w:t>
            </w:r>
          </w:p>
        </w:tc>
      </w:tr>
      <w:tr>
        <w:tc>
          <w:tcPr>
            <w:tcW w:type="dxa" w:w="3326"/>
          </w:tcPr>
          <w:p>
            <w:pPr>
              <w:spacing w:before="0" w:after="40"/>
              <w:jc w:val="both"/>
            </w:pPr>
            <w:r>
              <w:rPr/>
              <w:br/>
              <w:br/>
              <w:br/>
            </w:r>
          </w:p>
        </w:tc>
        <w:tc>
          <w:tcPr>
            <w:tcW w:type="dxa" w:w="3326"/>
          </w:tcPr>
          <w:p>
            <w:pPr>
              <w:spacing w:before="0" w:after="40"/>
              <w:jc w:val="both"/>
            </w:pPr>
            <w:r>
              <w:rPr/>
              <w:br/>
              <w:br/>
              <w:br/>
            </w:r>
          </w:p>
        </w:tc>
        <w:tc>
          <w:tcPr>
            <w:tcW w:type="dxa" w:w="3326"/>
          </w:tcPr>
          <w:p>
            <w:pPr>
              <w:spacing w:before="0" w:after="40"/>
              <w:jc w:val="both"/>
            </w:pPr>
            <w:r>
              <w:rPr/>
              <w:br/>
              <w:br/>
              <w:br/>
            </w:r>
          </w:p>
        </w:tc>
      </w:tr>
    </w:tbl>
    <w:p>
      <w:pPr>
        <w:spacing w:before="0" w:after="40"/>
        <w:jc w:val="both"/>
      </w:pPr>
    </w:p>
    <w:p>
      <w:pPr>
        <w:spacing w:before="160" w:after="20"/>
        <w:jc w:val="both"/>
      </w:pPr>
      <w:r>
        <w:rPr>
          <w:b/>
          <w:bCs/>
          <w:sz w:val="26"/>
          <w:szCs w:val="26"/>
        </w:rPr>
        <w:t>4. Circle the correct question.</w:t>
      </w:r>
    </w:p>
    <w:p>
      <w:pPr>
        <w:bidi/>
        <w:spacing w:before="0" w:after="0"/>
        <w:jc w:val="both"/>
      </w:pPr>
      <w:r>
        <w:rPr>
          <w:rFonts w:ascii="Arial" w:hAnsi="Arial" w:cs="Arial"/>
          <w:color w:val="6B7280"/>
          <w:sz w:val="20"/>
          <w:szCs w:val="20"/>
          <w:rtl/>
          <w:lang w:val="en-US" w:bidi="he-IL"/>
        </w:rPr>
        <w:t xml:space="preserve">הקיפו את השאלה הנכונה.</w:t>
      </w:r>
    </w:p>
    <w:p>
      <w:pPr>
        <w:bidi/>
        <w:spacing w:before="0" w:after="80"/>
        <w:jc w:val="both"/>
      </w:pPr>
      <w:r>
        <w:rPr>
          <w:rFonts w:ascii="Arial" w:hAnsi="Arial" w:cs="Arial"/>
          <w:color w:val="6B7280"/>
          <w:sz w:val="21"/>
          <w:szCs w:val="21"/>
          <w:rtl/>
          <w:lang w:val="en-US" w:bidi="ar-SA"/>
        </w:rPr>
        <w:t xml:space="preserve">ضع دائرة حول السؤال الصحيح.</w:t>
      </w:r>
    </w:p>
    <w:p>
      <w:pPr>
        <w:spacing w:before="0" w:after="20"/>
        <w:jc w:val="both"/>
      </w:pPr>
      <w:r>
        <w:rPr/>
        <w:t>a. Which question is correct?</w:t>
      </w:r>
    </w:p>
    <w:p>
      <w:pPr>
        <w:spacing w:before="0" w:after="80"/>
        <w:jc w:val="both"/>
      </w:pPr>
      <w:r>
        <w:rPr/>
        <w:t xml:space="preserve">   ○ Where you live?      ○ Where do you live?      ○ Where does you live?</w:t>
      </w:r>
    </w:p>
    <w:p>
      <w:pPr>
        <w:spacing w:before="0" w:after="20"/>
        <w:jc w:val="both"/>
      </w:pPr>
      <w:r>
        <w:rPr/>
        <w:t>b. Which question is correct?</w:t>
      </w:r>
    </w:p>
    <w:p>
      <w:pPr>
        <w:spacing w:before="0" w:after="80"/>
        <w:jc w:val="both"/>
      </w:pPr>
      <w:r>
        <w:rPr/>
        <w:t xml:space="preserve">   ○ What is Noam doing?      ○ What Noam is doing?      ○ What does Noam doing?</w:t>
      </w:r>
    </w:p>
    <w:p>
      <w:pPr>
        <w:spacing w:before="0" w:after="20"/>
        <w:jc w:val="both"/>
      </w:pPr>
      <w:r>
        <w:rPr/>
        <w:t>c. Which question is correct?</w:t>
      </w:r>
    </w:p>
    <w:p>
      <w:pPr>
        <w:spacing w:before="0" w:after="80"/>
        <w:jc w:val="both"/>
      </w:pPr>
      <w:r>
        <w:rPr/>
        <w:t xml:space="preserve">   ○ When you did arrive?      ○ When did you arrived?      ○ When did you arrive?</w:t>
      </w:r>
    </w:p>
    <w:p>
      <w:pPr>
        <w:spacing w:before="160" w:after="20"/>
        <w:jc w:val="both"/>
      </w:pPr>
      <w:r>
        <w:rPr>
          <w:b/>
          <w:bCs/>
          <w:sz w:val="26"/>
          <w:szCs w:val="26"/>
        </w:rPr>
        <w:t>5. Complete with How many, How much, How old or How often.</w:t>
      </w:r>
    </w:p>
    <w:p>
      <w:pPr>
        <w:bidi/>
        <w:spacing w:before="0" w:after="0"/>
        <w:jc w:val="both"/>
      </w:pPr>
      <w:r>
        <w:rPr>
          <w:rFonts w:ascii="Arial" w:hAnsi="Arial" w:cs="Arial"/>
          <w:color w:val="6B7280"/>
          <w:sz w:val="20"/>
          <w:szCs w:val="20"/>
          <w:rtl/>
          <w:lang w:val="en-US" w:bidi="he-IL"/>
        </w:rPr>
        <w:t xml:space="preserve">השלימו ב-‎How many, How much, How old‎ או ‎How often‎.</w:t>
      </w:r>
    </w:p>
    <w:p>
      <w:pPr>
        <w:bidi/>
        <w:spacing w:before="0" w:after="80"/>
        <w:jc w:val="both"/>
      </w:pPr>
      <w:r>
        <w:rPr>
          <w:rFonts w:ascii="Arial" w:hAnsi="Arial" w:cs="Arial"/>
          <w:color w:val="6B7280"/>
          <w:sz w:val="21"/>
          <w:szCs w:val="21"/>
          <w:rtl/>
          <w:lang w:val="en-US" w:bidi="ar-SA"/>
        </w:rPr>
        <w:t xml:space="preserve">أكمل بـ ‎How many‎ أو ‎How much‎ أو ‎How old‎ أو ‎How often‎.</w:t>
      </w:r>
    </w:p>
    <w:p>
      <w:pPr>
        <w:spacing w:before="0" w:after="60"/>
        <w:jc w:val="both"/>
      </w:pPr>
      <w:r>
        <w:rPr/>
        <w:t>a. __________ is your dog? He's four.</w:t>
      </w:r>
    </w:p>
    <w:p>
      <w:pPr>
        <w:spacing w:before="0" w:after="60"/>
        <w:jc w:val="both"/>
      </w:pPr>
      <w:r>
        <w:rPr/>
        <w:t>b. __________ juice is in the bottle?</w:t>
      </w:r>
    </w:p>
    <w:p>
      <w:pPr>
        <w:spacing w:before="0" w:after="60"/>
        <w:jc w:val="both"/>
      </w:pPr>
      <w:r>
        <w:rPr/>
        <w:t>c. __________ pupils are in your class?</w:t>
      </w:r>
    </w:p>
    <w:p>
      <w:pPr>
        <w:spacing w:before="0" w:after="60"/>
        <w:jc w:val="both"/>
      </w:pPr>
      <w:r>
        <w:rPr/>
        <w:t>d. __________ do you eat pizza? Once a week.</w:t>
      </w:r>
    </w:p>
    <w:p>
      <w:pPr>
        <w:spacing w:before="160" w:after="20"/>
        <w:jc w:val="both"/>
      </w:pPr>
      <w:r>
        <w:rPr>
          <w:b/>
          <w:bCs/>
          <w:sz w:val="26"/>
          <w:szCs w:val="26"/>
        </w:rPr>
        <w:t>6. Write a question about the words in CAPITAL letters.</w:t>
      </w:r>
    </w:p>
    <w:p>
      <w:pPr>
        <w:bidi/>
        <w:spacing w:before="0" w:after="0"/>
        <w:jc w:val="both"/>
      </w:pPr>
      <w:r>
        <w:rPr>
          <w:rFonts w:ascii="Arial" w:hAnsi="Arial" w:cs="Arial"/>
          <w:color w:val="6B7280"/>
          <w:sz w:val="20"/>
          <w:szCs w:val="20"/>
          <w:rtl/>
          <w:lang w:val="en-US" w:bidi="he-IL"/>
        </w:rPr>
        <w:t xml:space="preserve">כתבו שאלה על המילים שכתובות באותיות גדולות ‎(CAPITAL)‎.</w:t>
      </w:r>
    </w:p>
    <w:p>
      <w:pPr>
        <w:bidi/>
        <w:spacing w:before="0" w:after="80"/>
        <w:jc w:val="both"/>
      </w:pPr>
      <w:r>
        <w:rPr>
          <w:rFonts w:ascii="Arial" w:hAnsi="Arial" w:cs="Arial"/>
          <w:color w:val="6B7280"/>
          <w:sz w:val="21"/>
          <w:szCs w:val="21"/>
          <w:rtl/>
          <w:lang w:val="en-US" w:bidi="ar-SA"/>
        </w:rPr>
        <w:t xml:space="preserve">اكتب سؤالًا عن الكلمات المكتوبة بالأحرف الكبيرة ‎(CAPITAL)‎.</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Answer</w:t>
            </w:r>
          </w:p>
        </w:tc>
        <w:tc>
          <w:tcPr>
            <w:tcW w:type="dxa" w:w="4989"/>
            <w:shd w:val="clear" w:color="auto" w:fill="1e3a8a"/>
          </w:tcPr>
          <w:p>
            <w:pPr>
              <w:spacing w:before="0" w:after="40"/>
              <w:jc w:val="both"/>
            </w:pPr>
            <w:r>
              <w:rPr>
                <w:b/>
                <w:bCs/>
                <w:color w:val="FFFFFF"/>
              </w:rPr>
              <w:t>Question</w:t>
            </w:r>
          </w:p>
        </w:tc>
      </w:tr>
      <w:tr>
        <w:tc>
          <w:tcPr>
            <w:tcW w:type="dxa" w:w="4989"/>
          </w:tcPr>
          <w:p>
            <w:pPr>
              <w:spacing w:before="0" w:after="40"/>
              <w:jc w:val="both"/>
            </w:pPr>
            <w:r>
              <w:rPr/>
              <w:t>Yoav lives in HAIFA.</w:t>
            </w:r>
          </w:p>
        </w:tc>
        <w:tc>
          <w:tcPr>
            <w:tcW w:type="dxa" w:w="4989"/>
          </w:tcPr>
          <w:p>
            <w:pPr>
              <w:spacing w:before="0" w:after="40"/>
              <w:jc w:val="both"/>
            </w:pPr>
            <w:r>
              <w:rPr/>
            </w:r>
          </w:p>
        </w:tc>
      </w:tr>
      <w:tr>
        <w:tc>
          <w:tcPr>
            <w:tcW w:type="dxa" w:w="4989"/>
          </w:tcPr>
          <w:p>
            <w:pPr>
              <w:spacing w:before="0" w:after="40"/>
              <w:jc w:val="both"/>
            </w:pPr>
            <w:r>
              <w:rPr/>
              <w:t>The concert starts AT EIGHT.</w:t>
            </w:r>
          </w:p>
        </w:tc>
        <w:tc>
          <w:tcPr>
            <w:tcW w:type="dxa" w:w="4989"/>
          </w:tcPr>
          <w:p>
            <w:pPr>
              <w:spacing w:before="0" w:after="40"/>
              <w:jc w:val="both"/>
            </w:pPr>
            <w:r>
              <w:rPr/>
            </w:r>
          </w:p>
        </w:tc>
      </w:tr>
      <w:tr>
        <w:tc>
          <w:tcPr>
            <w:tcW w:type="dxa" w:w="4989"/>
          </w:tcPr>
          <w:p>
            <w:pPr>
              <w:spacing w:before="0" w:after="40"/>
              <w:jc w:val="both"/>
            </w:pPr>
            <w:r>
              <w:rPr/>
              <w:t>Maya is crying BECAUSE SHE FELL.</w:t>
            </w:r>
          </w:p>
        </w:tc>
        <w:tc>
          <w:tcPr>
            <w:tcW w:type="dxa" w:w="4989"/>
          </w:tcPr>
          <w:p>
            <w:pPr>
              <w:spacing w:before="0" w:after="40"/>
              <w:jc w:val="both"/>
            </w:pPr>
            <w:r>
              <w:rPr/>
            </w:r>
          </w:p>
        </w:tc>
      </w:tr>
      <w:tr>
        <w:tc>
          <w:tcPr>
            <w:tcW w:type="dxa" w:w="4989"/>
          </w:tcPr>
          <w:p>
            <w:pPr>
              <w:spacing w:before="0" w:after="40"/>
              <w:jc w:val="both"/>
            </w:pPr>
            <w:r>
              <w:rPr/>
              <w:t>Omer has THREE cats.</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7. Find the mistake and write the correct question.</w:t>
      </w:r>
    </w:p>
    <w:p>
      <w:pPr>
        <w:bidi/>
        <w:spacing w:before="0" w:after="0"/>
        <w:jc w:val="both"/>
      </w:pPr>
      <w:r>
        <w:rPr>
          <w:rFonts w:ascii="Arial" w:hAnsi="Arial" w:cs="Arial"/>
          <w:color w:val="6B7280"/>
          <w:sz w:val="20"/>
          <w:szCs w:val="20"/>
          <w:rtl/>
          <w:lang w:val="en-US" w:bidi="he-IL"/>
        </w:rPr>
        <w:t xml:space="preserve">מצאו את הטעות וכתבו את השאלה הנכונה.</w:t>
      </w:r>
    </w:p>
    <w:p>
      <w:pPr>
        <w:bidi/>
        <w:spacing w:before="0" w:after="80"/>
        <w:jc w:val="both"/>
      </w:pPr>
      <w:r>
        <w:rPr>
          <w:rFonts w:ascii="Arial" w:hAnsi="Arial" w:cs="Arial"/>
          <w:color w:val="6B7280"/>
          <w:sz w:val="21"/>
          <w:szCs w:val="21"/>
          <w:rtl/>
          <w:lang w:val="en-US" w:bidi="ar-SA"/>
        </w:rPr>
        <w:t xml:space="preserve">جد الخطأ واكتب السؤال الصحيح.</w:t>
      </w:r>
    </w:p>
    <w:p>
      <w:pPr>
        <w:spacing w:before="0" w:after="100"/>
        <w:jc w:val="both"/>
      </w:pPr>
      <w:r>
        <w:rPr/>
        <w:t>a. Where you are going?</w:t>
      </w:r>
    </w:p>
    <w:p>
      <w:pPr>
        <w:spacing w:before="0" w:after="100"/>
        <w:jc w:val="both"/>
      </w:pPr>
      <w:r>
        <w:rPr/>
        <w:t>b. What did Tom bought?</w:t>
      </w:r>
    </w:p>
    <w:p>
      <w:pPr>
        <w:spacing w:before="0" w:after="100"/>
        <w:jc w:val="both"/>
      </w:pPr>
      <w:r>
        <w:rPr/>
        <w:t>c. How many money do you have?</w:t>
      </w:r>
    </w:p>
    <w:p>
      <w:pPr>
        <w:spacing w:before="0" w:after="100"/>
        <w:jc w:val="both"/>
      </w:pPr>
      <w:r>
        <w:rPr/>
        <w:t>d. Who's bag is this?</w:t>
      </w:r>
    </w:p>
    <w:p>
      <w:pPr>
        <w:spacing w:before="120" w:after="40"/>
        <w:jc w:val="center"/>
      </w:pPr>
      <w:r>
        <w:rPr>
          <w:rFonts w:ascii="Arial Black" w:hAnsi="Arial Black" w:cs="Arial Black"/>
          <w:b/>
          <w:bCs/>
          <w:color w:val="1E3A8A"/>
          <w:sz w:val="30"/>
          <w:szCs w:val="30"/>
        </w:rPr>
        <w:t>An Interview with a Young Chef</w:t>
      </w:r>
    </w:p>
    <w:p>
      <w:pPr>
        <w:spacing w:before="0" w:after="80"/>
        <w:jc w:val="both"/>
      </w:pPr>
      <w:r>
        <w:rPr/>
        <w:t>Our school newspaper interviewed Noa, a pupil in class 6D who won a cooking competition for kids.</w:t>
      </w:r>
    </w:p>
    <w:p>
      <w:pPr>
        <w:spacing w:before="0" w:after="80"/>
        <w:jc w:val="both"/>
      </w:pPr>
      <w:r>
        <w:rPr/>
        <w:t>Q: When did you start cooking?</w:t>
      </w:r>
    </w:p>
    <w:p>
      <w:pPr>
        <w:spacing w:before="0" w:after="80"/>
        <w:jc w:val="both"/>
      </w:pPr>
      <w:r>
        <w:rPr/>
        <w:t>Noa: When I was seven. I helped my grandma in her kitchen every Friday.</w:t>
      </w:r>
    </w:p>
    <w:p>
      <w:pPr>
        <w:spacing w:before="0" w:after="80"/>
        <w:jc w:val="both"/>
      </w:pPr>
      <w:r>
        <w:rPr/>
        <w:t>Q: What is your favorite dish?</w:t>
      </w:r>
    </w:p>
    <w:p>
      <w:pPr>
        <w:spacing w:before="0" w:after="80"/>
        <w:jc w:val="both"/>
      </w:pPr>
      <w:r>
        <w:rPr/>
        <w:t>Noa: Shakshuka! I make it with tomatoes, peppers and a little cheese.</w:t>
      </w:r>
    </w:p>
    <w:p>
      <w:pPr>
        <w:spacing w:before="0" w:after="80"/>
        <w:jc w:val="both"/>
      </w:pPr>
      <w:r>
        <w:rPr/>
        <w:t>Q: How often do you cook at home?</w:t>
      </w:r>
    </w:p>
    <w:p>
      <w:pPr>
        <w:spacing w:before="0" w:after="80"/>
        <w:jc w:val="both"/>
      </w:pPr>
      <w:r>
        <w:rPr/>
        <w:t>Noa: About three times a week. On Fridays I cook for the whole family.</w:t>
      </w:r>
    </w:p>
    <w:p>
      <w:pPr>
        <w:spacing w:before="0" w:after="80"/>
        <w:jc w:val="both"/>
      </w:pPr>
      <w:r>
        <w:rPr/>
        <w:t>Q: Why did you join the competition?</w:t>
      </w:r>
    </w:p>
    <w:p>
      <w:pPr>
        <w:spacing w:before="0" w:after="80"/>
        <w:jc w:val="both"/>
      </w:pPr>
      <w:r>
        <w:rPr/>
        <w:t>Noa: Because my teacher told me I'm good at it, and I wanted to try something new.</w:t>
      </w:r>
    </w:p>
    <w:p>
      <w:pPr>
        <w:spacing w:before="0" w:after="80"/>
        <w:jc w:val="both"/>
      </w:pPr>
      <w:r>
        <w:rPr/>
        <w:t>Q: What are you going to do with the prize?</w:t>
      </w:r>
    </w:p>
    <w:p>
      <w:pPr>
        <w:spacing w:before="0" w:after="80"/>
        <w:jc w:val="both"/>
      </w:pPr>
      <w:r>
        <w:rPr/>
        <w:t>Noa: I'm going to buy a professional knife and a cookbook!</w:t>
      </w:r>
    </w:p>
    <w:p>
      <w:pPr>
        <w:spacing w:before="160" w:after="20"/>
        <w:jc w:val="both"/>
      </w:pPr>
      <w:r>
        <w:rPr>
          <w:b/>
          <w:bCs/>
          <w:sz w:val="26"/>
          <w:szCs w:val="26"/>
        </w:rPr>
        <w:t>8. Read the interview and circle the correct answer.</w:t>
      </w:r>
    </w:p>
    <w:p>
      <w:pPr>
        <w:bidi/>
        <w:spacing w:before="0" w:after="0"/>
        <w:jc w:val="both"/>
      </w:pPr>
      <w:r>
        <w:rPr>
          <w:rFonts w:ascii="Arial" w:hAnsi="Arial" w:cs="Arial"/>
          <w:color w:val="6B7280"/>
          <w:sz w:val="20"/>
          <w:szCs w:val="20"/>
          <w:rtl/>
          <w:lang w:val="en-US" w:bidi="he-IL"/>
        </w:rPr>
        <w:t xml:space="preserve">קראו את הראיון והקיפו את התשובה הנכונה.</w:t>
      </w:r>
    </w:p>
    <w:p>
      <w:pPr>
        <w:bidi/>
        <w:spacing w:before="0" w:after="80"/>
        <w:jc w:val="both"/>
      </w:pPr>
      <w:r>
        <w:rPr>
          <w:rFonts w:ascii="Arial" w:hAnsi="Arial" w:cs="Arial"/>
          <w:color w:val="6B7280"/>
          <w:sz w:val="21"/>
          <w:szCs w:val="21"/>
          <w:rtl/>
          <w:lang w:val="en-US" w:bidi="ar-SA"/>
        </w:rPr>
        <w:t xml:space="preserve">اقرأ المقابلة وضع دائرة حول الإجابة الصحيحة.</w:t>
      </w:r>
    </w:p>
    <w:p>
      <w:pPr>
        <w:spacing w:before="0" w:after="20"/>
        <w:jc w:val="both"/>
      </w:pPr>
      <w:r>
        <w:rPr/>
        <w:t>a. Who taught Noa to cook?</w:t>
      </w:r>
    </w:p>
    <w:p>
      <w:pPr>
        <w:spacing w:before="0" w:after="80"/>
        <w:jc w:val="both"/>
      </w:pPr>
      <w:r>
        <w:rPr/>
        <w:t xml:space="preserve">   ○ her teacher      ○ her grandma      ○ her mom</w:t>
      </w:r>
    </w:p>
    <w:p>
      <w:pPr>
        <w:spacing w:before="0" w:after="20"/>
        <w:jc w:val="both"/>
      </w:pPr>
      <w:r>
        <w:rPr/>
        <w:t>b. How often does Noa cook at home?</w:t>
      </w:r>
    </w:p>
    <w:p>
      <w:pPr>
        <w:spacing w:before="0" w:after="80"/>
        <w:jc w:val="both"/>
      </w:pPr>
      <w:r>
        <w:rPr/>
        <w:t xml:space="preserve">   ○ once a week      ○ every day      ○ about three times a week</w:t>
      </w:r>
    </w:p>
    <w:p>
      <w:pPr>
        <w:spacing w:before="160" w:after="20"/>
        <w:jc w:val="both"/>
      </w:pPr>
      <w:r>
        <w:rPr>
          <w:b/>
          <w:bCs/>
          <w:sz w:val="26"/>
          <w:szCs w:val="26"/>
        </w:rPr>
        <w:t>9. Complete the answers according to the interview.</w:t>
      </w:r>
    </w:p>
    <w:p>
      <w:pPr>
        <w:bidi/>
        <w:spacing w:before="0" w:after="0"/>
        <w:jc w:val="both"/>
      </w:pPr>
      <w:r>
        <w:rPr>
          <w:rFonts w:ascii="Arial" w:hAnsi="Arial" w:cs="Arial"/>
          <w:color w:val="6B7280"/>
          <w:sz w:val="20"/>
          <w:szCs w:val="20"/>
          <w:rtl/>
          <w:lang w:val="en-US" w:bidi="he-IL"/>
        </w:rPr>
        <w:t xml:space="preserve">השלימו את התשובות לפי הראיון.</w:t>
      </w:r>
    </w:p>
    <w:p>
      <w:pPr>
        <w:bidi/>
        <w:spacing w:before="0" w:after="80"/>
        <w:jc w:val="both"/>
      </w:pPr>
      <w:r>
        <w:rPr>
          <w:rFonts w:ascii="Arial" w:hAnsi="Arial" w:cs="Arial"/>
          <w:color w:val="6B7280"/>
          <w:sz w:val="21"/>
          <w:szCs w:val="21"/>
          <w:rtl/>
          <w:lang w:val="en-US" w:bidi="ar-SA"/>
        </w:rPr>
        <w:t xml:space="preserve">أكمل الإجابات حسب المقابلة.</w:t>
      </w:r>
    </w:p>
    <w:p>
      <w:pPr>
        <w:spacing w:before="0" w:after="60"/>
        <w:jc w:val="both"/>
      </w:pPr>
      <w:r>
        <w:rPr/>
        <w:t>a. Noa started cooking when she was __________.</w:t>
      </w:r>
    </w:p>
    <w:p>
      <w:pPr>
        <w:spacing w:before="0" w:after="60"/>
        <w:jc w:val="both"/>
      </w:pPr>
      <w:r>
        <w:rPr/>
        <w:t>b. Her favorite dish is __________.</w:t>
      </w:r>
    </w:p>
    <w:p>
      <w:pPr>
        <w:spacing w:before="0" w:after="60"/>
        <w:jc w:val="both"/>
      </w:pPr>
      <w:r>
        <w:rPr/>
        <w:t>c. She joined the competition because her __________ told her she's good at it.</w:t>
      </w:r>
    </w:p>
    <w:p>
      <w:pPr>
        <w:spacing w:before="0" w:after="60"/>
        <w:jc w:val="both"/>
      </w:pPr>
      <w:r>
        <w:rPr/>
        <w:t>d. With the prize she is going to buy a knife and a __________.</w:t>
      </w:r>
    </w:p>
    <w:p>
      <w:pPr>
        <w:spacing w:before="160" w:after="20"/>
        <w:jc w:val="both"/>
      </w:pPr>
      <w:r>
        <w:rPr>
          <w:b/>
          <w:bCs/>
          <w:sz w:val="26"/>
          <w:szCs w:val="26"/>
        </w:rPr>
        <w:t>10.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Noa puts tomatoes and peppers in her shakshuka.      True / False</w:t>
      </w:r>
    </w:p>
    <w:p>
      <w:pPr>
        <w:spacing w:before="0" w:after="60"/>
        <w:jc w:val="both"/>
      </w:pPr>
      <w:r>
        <w:rPr/>
        <w:t>b. Noa cooks for her family on Saturdays.      True / False</w:t>
      </w:r>
    </w:p>
    <w:p>
      <w:pPr>
        <w:spacing w:before="0" w:after="60"/>
        <w:jc w:val="both"/>
      </w:pPr>
      <w:r>
        <w:rPr/>
        <w:t>c. Noa won a singing competition.      True / False</w:t>
      </w:r>
    </w:p>
    <w:p>
      <w:pPr>
        <w:spacing w:before="160" w:after="20"/>
        <w:jc w:val="both"/>
      </w:pPr>
      <w:r>
        <w:rPr>
          <w:b/>
          <w:bCs/>
          <w:sz w:val="26"/>
          <w:szCs w:val="26"/>
        </w:rPr>
        <w:t>11. Write two more questions you want to ask Noa. Use two different question words.</w:t>
      </w:r>
    </w:p>
    <w:p>
      <w:pPr>
        <w:bidi/>
        <w:spacing w:before="0" w:after="0"/>
        <w:jc w:val="both"/>
      </w:pPr>
      <w:r>
        <w:rPr>
          <w:rFonts w:ascii="Arial" w:hAnsi="Arial" w:cs="Arial"/>
          <w:color w:val="6B7280"/>
          <w:sz w:val="20"/>
          <w:szCs w:val="20"/>
          <w:rtl/>
          <w:lang w:val="en-US" w:bidi="he-IL"/>
        </w:rPr>
        <w:t xml:space="preserve">כתבו עוד שתי שאלות שהייתם רוצים לשאול את נועה. השתמשו בשתי מילות שאלה שונות.</w:t>
      </w:r>
    </w:p>
    <w:p>
      <w:pPr>
        <w:bidi/>
        <w:spacing w:before="0" w:after="80"/>
        <w:jc w:val="both"/>
      </w:pPr>
      <w:r>
        <w:rPr>
          <w:rFonts w:ascii="Arial" w:hAnsi="Arial" w:cs="Arial"/>
          <w:color w:val="6B7280"/>
          <w:sz w:val="21"/>
          <w:szCs w:val="21"/>
          <w:rtl/>
          <w:lang w:val="en-US" w:bidi="ar-SA"/>
        </w:rPr>
        <w:t xml:space="preserve">اكتب سؤالين آخرين تريد أن تسألهما لنوعا. استعمل كلمتي سؤال مختلفتين.</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12. Interview a family member. Write 3 questions and his or her answers.</w:t>
      </w:r>
    </w:p>
    <w:p>
      <w:pPr>
        <w:bidi/>
        <w:spacing w:before="0" w:after="0"/>
        <w:jc w:val="both"/>
      </w:pPr>
      <w:r>
        <w:rPr>
          <w:rFonts w:ascii="Arial" w:hAnsi="Arial" w:cs="Arial"/>
          <w:color w:val="6B7280"/>
          <w:sz w:val="20"/>
          <w:szCs w:val="20"/>
          <w:rtl/>
          <w:lang w:val="en-US" w:bidi="he-IL"/>
        </w:rPr>
        <w:t xml:space="preserve">ראיינו בן או בת משפחה. כתבו 3 שאלות ואת התשובות שלהם.</w:t>
      </w:r>
    </w:p>
    <w:p>
      <w:pPr>
        <w:bidi/>
        <w:spacing w:before="0" w:after="80"/>
        <w:jc w:val="both"/>
      </w:pPr>
      <w:r>
        <w:rPr>
          <w:rFonts w:ascii="Arial" w:hAnsi="Arial" w:cs="Arial"/>
          <w:color w:val="6B7280"/>
          <w:sz w:val="21"/>
          <w:szCs w:val="21"/>
          <w:rtl/>
          <w:lang w:val="en-US" w:bidi="ar-SA"/>
        </w:rPr>
        <w:t xml:space="preserve">قابِل أحد أفراد عائلتك. اكتب 3 أسئلة وإجاباته عنها.</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6   |   Unit 7</w:t>
      </w:r>
    </w:p>
    <w:p>
      <w:pPr>
        <w:spacing w:before="0" w:after="40"/>
        <w:jc w:val="both"/>
      </w:pPr>
      <w:r>
        <w:rPr>
          <w:rFonts w:ascii="Arial Black" w:hAnsi="Arial Black" w:cs="Arial Black"/>
          <w:b/>
          <w:bCs/>
          <w:color w:val="1E3A8A"/>
          <w:sz w:val="44"/>
          <w:szCs w:val="44"/>
        </w:rPr>
        <w:t>Unit 7: Reading comprehension and writing an email</w:t>
      </w:r>
    </w:p>
    <w:p>
      <w:pPr>
        <w:bidi/>
        <w:spacing w:before="0" w:after="0"/>
        <w:jc w:val="both"/>
      </w:pPr>
      <w:r>
        <w:rPr>
          <w:rFonts w:ascii="Arial" w:hAnsi="Arial" w:cs="Arial"/>
          <w:color w:val="6B7280"/>
          <w:sz w:val="22"/>
          <w:szCs w:val="22"/>
          <w:rtl/>
          <w:lang w:val="en-US" w:bidi="he-IL"/>
        </w:rPr>
        <w:t xml:space="preserve">הבנת הנקרא וכתיבת מייל</w:t>
      </w:r>
    </w:p>
    <w:p>
      <w:pPr>
        <w:bidi/>
        <w:spacing w:before="0" w:after="120"/>
        <w:jc w:val="both"/>
      </w:pPr>
      <w:r>
        <w:rPr>
          <w:rFonts w:ascii="Arial" w:hAnsi="Arial" w:cs="Arial"/>
          <w:color w:val="6B7280"/>
          <w:sz w:val="23"/>
          <w:szCs w:val="23"/>
          <w:rtl/>
          <w:lang w:val="en-US" w:bidi="ar-SA"/>
        </w:rPr>
        <w:t xml:space="preserve">فهم المقروء وكتابة رسالة إلكترونية</w:t>
      </w:r>
    </w:p>
    <w:p>
      <w:pPr>
        <w:spacing w:before="0" w:after="80"/>
        <w:jc w:val="center"/>
      </w:pPr>
      <w:r>
        <w:drawing>
          <wp:inline xmlns:a="http://schemas.openxmlformats.org/drawingml/2006/main" xmlns:pic="http://schemas.openxmlformats.org/drawingml/2006/picture">
            <wp:extent cx="3240000" cy="2160000"/>
            <wp:docPr id="44" name="Picture 44"/>
            <wp:cNvGraphicFramePr>
              <a:graphicFrameLocks noChangeAspect="1"/>
            </wp:cNvGraphicFramePr>
            <a:graphic>
              <a:graphicData uri="http://schemas.openxmlformats.org/drawingml/2006/picture">
                <pic:pic>
                  <pic:nvPicPr>
                    <pic:cNvPr id="0" name="english_g6_t07.jpg"/>
                    <pic:cNvPicPr/>
                  </pic:nvPicPr>
                  <pic:blipFill>
                    <a:blip r:embed="rId40"/>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1E3A8A"/>
          <w:sz w:val="28"/>
          <w:szCs w:val="28"/>
        </w:rPr>
        <w:t>◆ Reading in three steps</w:t>
      </w:r>
    </w:p>
    <w:p>
      <w:pPr>
        <w:bidi/>
        <w:spacing w:before="0" w:after="0"/>
        <w:jc w:val="both"/>
      </w:pPr>
      <w:r>
        <w:rPr>
          <w:rFonts w:ascii="Arial" w:hAnsi="Arial" w:cs="Arial"/>
          <w:color w:val="6B7280"/>
          <w:sz w:val="20"/>
          <w:szCs w:val="20"/>
          <w:rtl/>
          <w:lang w:val="en-US" w:bidi="he-IL"/>
        </w:rPr>
        <w:t xml:space="preserve">קריאה בשלושה שלבים</w:t>
      </w:r>
    </w:p>
    <w:p>
      <w:pPr>
        <w:bidi/>
        <w:spacing w:before="0" w:after="40"/>
        <w:jc w:val="both"/>
      </w:pPr>
      <w:r>
        <w:rPr>
          <w:rFonts w:ascii="Arial" w:hAnsi="Arial" w:cs="Arial"/>
          <w:color w:val="6B7280"/>
          <w:sz w:val="21"/>
          <w:szCs w:val="21"/>
          <w:rtl/>
          <w:lang w:val="en-US" w:bidi="ar-SA"/>
        </w:rPr>
        <w:t xml:space="preserve">القراءة في ثلاث خطوات</w:t>
      </w:r>
    </w:p>
    <w:p>
      <w:pPr>
        <w:spacing w:before="0" w:after="20"/>
        <w:jc w:val="both"/>
      </w:pPr>
      <w:r>
        <w:rPr/>
        <w:t>1. Before: look at the title and pictures; guess the topic.</w:t>
      </w:r>
    </w:p>
    <w:p>
      <w:pPr>
        <w:bidi/>
        <w:spacing w:before="0" w:after="0"/>
        <w:jc w:val="both"/>
      </w:pPr>
      <w:r>
        <w:rPr>
          <w:rFonts w:ascii="Arial" w:hAnsi="Arial" w:cs="Arial"/>
          <w:color w:val="6B7280"/>
          <w:sz w:val="20"/>
          <w:szCs w:val="20"/>
          <w:rtl/>
          <w:lang w:val="en-US" w:bidi="he-IL"/>
        </w:rPr>
        <w:t xml:space="preserve">לפני: הסתכלו על הכותרת ועל התמונות; נחשו את הנושא.</w:t>
      </w:r>
    </w:p>
    <w:p>
      <w:pPr>
        <w:bidi/>
        <w:spacing w:before="0" w:after="40"/>
        <w:jc w:val="both"/>
      </w:pPr>
      <w:r>
        <w:rPr>
          <w:rFonts w:ascii="Arial" w:hAnsi="Arial" w:cs="Arial"/>
          <w:color w:val="6B7280"/>
          <w:sz w:val="21"/>
          <w:szCs w:val="21"/>
          <w:rtl/>
          <w:lang w:val="en-US" w:bidi="ar-SA"/>
        </w:rPr>
        <w:t xml:space="preserve">قبل: انظر إلى العنوان والصور؛ خمّن الموضوع.</w:t>
      </w:r>
    </w:p>
    <w:p>
      <w:pPr>
        <w:spacing w:before="0" w:after="20"/>
        <w:jc w:val="both"/>
      </w:pPr>
      <w:r>
        <w:rPr/>
        <w:t>2. While: read the questions, find key words, underline the evidence.</w:t>
      </w:r>
    </w:p>
    <w:p>
      <w:pPr>
        <w:bidi/>
        <w:spacing w:before="0" w:after="0"/>
        <w:jc w:val="both"/>
      </w:pPr>
      <w:r>
        <w:rPr>
          <w:rFonts w:ascii="Arial" w:hAnsi="Arial" w:cs="Arial"/>
          <w:color w:val="6B7280"/>
          <w:sz w:val="20"/>
          <w:szCs w:val="20"/>
          <w:rtl/>
          <w:lang w:val="en-US" w:bidi="he-IL"/>
        </w:rPr>
        <w:t xml:space="preserve">בזמן: קראו את השאלות, מצאו מילות מפתח, מתחו קו מתחת לראיה.</w:t>
      </w:r>
    </w:p>
    <w:p>
      <w:pPr>
        <w:bidi/>
        <w:spacing w:before="0" w:after="40"/>
        <w:jc w:val="both"/>
      </w:pPr>
      <w:r>
        <w:rPr>
          <w:rFonts w:ascii="Arial" w:hAnsi="Arial" w:cs="Arial"/>
          <w:color w:val="6B7280"/>
          <w:sz w:val="21"/>
          <w:szCs w:val="21"/>
          <w:rtl/>
          <w:lang w:val="en-US" w:bidi="ar-SA"/>
        </w:rPr>
        <w:t xml:space="preserve">أثناء: اقرأ الأسئلة، جد الكلمات المفتاحية، ضع خطًّا تحت الدليل.</w:t>
      </w:r>
    </w:p>
    <w:p>
      <w:pPr>
        <w:spacing w:before="0" w:after="20"/>
        <w:jc w:val="both"/>
      </w:pPr>
      <w:r>
        <w:rPr/>
        <w:t>3. After: check that your answer really answers the question.</w:t>
      </w:r>
    </w:p>
    <w:p>
      <w:pPr>
        <w:bidi/>
        <w:spacing w:before="0" w:after="0"/>
        <w:jc w:val="both"/>
      </w:pPr>
      <w:r>
        <w:rPr>
          <w:rFonts w:ascii="Arial" w:hAnsi="Arial" w:cs="Arial"/>
          <w:color w:val="6B7280"/>
          <w:sz w:val="20"/>
          <w:szCs w:val="20"/>
          <w:rtl/>
          <w:lang w:val="en-US" w:bidi="he-IL"/>
        </w:rPr>
        <w:t xml:space="preserve">אחרי: בדקו שהתשובה שלכם באמת עונה על השאלה.</w:t>
      </w:r>
    </w:p>
    <w:p>
      <w:pPr>
        <w:bidi/>
        <w:spacing w:before="0" w:after="40"/>
        <w:jc w:val="both"/>
      </w:pPr>
      <w:r>
        <w:rPr>
          <w:rFonts w:ascii="Arial" w:hAnsi="Arial" w:cs="Arial"/>
          <w:color w:val="6B7280"/>
          <w:sz w:val="21"/>
          <w:szCs w:val="21"/>
          <w:rtl/>
          <w:lang w:val="en-US" w:bidi="ar-SA"/>
        </w:rPr>
        <w:t xml:space="preserve">بعد: تأكّد أن إجابتك تجيب فعلًا عن السؤال.</w:t>
      </w:r>
    </w:p>
    <w:p>
      <w:pPr>
        <w:spacing w:before="120" w:after="40"/>
        <w:jc w:val="both"/>
      </w:pPr>
      <w:r>
        <w:rPr>
          <w:rFonts w:ascii="Arial Black" w:hAnsi="Arial Black" w:cs="Arial Black"/>
          <w:b/>
          <w:bCs/>
          <w:color w:val="1E3A8A"/>
          <w:sz w:val="28"/>
          <w:szCs w:val="28"/>
        </w:rPr>
        <w:t>◆ The parts of an email</w:t>
      </w:r>
    </w:p>
    <w:p>
      <w:pPr>
        <w:bidi/>
        <w:spacing w:before="0" w:after="0"/>
        <w:jc w:val="both"/>
      </w:pPr>
      <w:r>
        <w:rPr>
          <w:rFonts w:ascii="Arial" w:hAnsi="Arial" w:cs="Arial"/>
          <w:color w:val="6B7280"/>
          <w:sz w:val="20"/>
          <w:szCs w:val="20"/>
          <w:rtl/>
          <w:lang w:val="en-US" w:bidi="he-IL"/>
        </w:rPr>
        <w:t xml:space="preserve">חלקי המייל</w:t>
      </w:r>
    </w:p>
    <w:p>
      <w:pPr>
        <w:bidi/>
        <w:spacing w:before="0" w:after="40"/>
        <w:jc w:val="both"/>
      </w:pPr>
      <w:r>
        <w:rPr>
          <w:rFonts w:ascii="Arial" w:hAnsi="Arial" w:cs="Arial"/>
          <w:color w:val="6B7280"/>
          <w:sz w:val="21"/>
          <w:szCs w:val="21"/>
          <w:rtl/>
          <w:lang w:val="en-US" w:bidi="ar-SA"/>
        </w:rPr>
        <w:t xml:space="preserve">أجزاء الرسالة الإلكترونية</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Part</w:t>
            </w:r>
          </w:p>
        </w:tc>
        <w:tc>
          <w:tcPr>
            <w:tcW w:type="dxa" w:w="4989"/>
            <w:shd w:val="clear" w:color="auto" w:fill="1e3a8a"/>
          </w:tcPr>
          <w:p>
            <w:pPr>
              <w:spacing w:before="0" w:after="40"/>
              <w:jc w:val="both"/>
            </w:pPr>
            <w:r>
              <w:rPr>
                <w:b/>
                <w:bCs/>
                <w:color w:val="FFFFFF"/>
              </w:rPr>
              <w:t>Example</w:t>
            </w:r>
          </w:p>
        </w:tc>
      </w:tr>
      <w:tr>
        <w:tc>
          <w:tcPr>
            <w:tcW w:type="dxa" w:w="4989"/>
          </w:tcPr>
          <w:p>
            <w:pPr>
              <w:spacing w:before="0" w:after="40"/>
              <w:jc w:val="both"/>
            </w:pPr>
            <w:r>
              <w:rPr/>
              <w:t>Subject</w:t>
            </w:r>
          </w:p>
        </w:tc>
        <w:tc>
          <w:tcPr>
            <w:tcW w:type="dxa" w:w="4989"/>
          </w:tcPr>
          <w:p>
            <w:pPr>
              <w:spacing w:before="0" w:after="40"/>
              <w:jc w:val="both"/>
            </w:pPr>
            <w:r>
              <w:rPr/>
              <w:t>Our class trip</w:t>
            </w:r>
          </w:p>
        </w:tc>
      </w:tr>
      <w:tr>
        <w:tc>
          <w:tcPr>
            <w:tcW w:type="dxa" w:w="4989"/>
          </w:tcPr>
          <w:p>
            <w:pPr>
              <w:spacing w:before="0" w:after="40"/>
              <w:jc w:val="both"/>
            </w:pPr>
            <w:r>
              <w:rPr/>
              <w:t>Greeting</w:t>
            </w:r>
          </w:p>
        </w:tc>
        <w:tc>
          <w:tcPr>
            <w:tcW w:type="dxa" w:w="4989"/>
          </w:tcPr>
          <w:p>
            <w:pPr>
              <w:spacing w:before="0" w:after="40"/>
              <w:jc w:val="both"/>
            </w:pPr>
            <w:r>
              <w:rPr/>
              <w:t>Hi Ben, / Dear Ms. Levi,</w:t>
            </w:r>
          </w:p>
        </w:tc>
      </w:tr>
      <w:tr>
        <w:tc>
          <w:tcPr>
            <w:tcW w:type="dxa" w:w="4989"/>
          </w:tcPr>
          <w:p>
            <w:pPr>
              <w:spacing w:before="0" w:after="40"/>
              <w:jc w:val="both"/>
            </w:pPr>
            <w:r>
              <w:rPr/>
              <w:t>Opening</w:t>
            </w:r>
          </w:p>
        </w:tc>
        <w:tc>
          <w:tcPr>
            <w:tcW w:type="dxa" w:w="4989"/>
          </w:tcPr>
          <w:p>
            <w:pPr>
              <w:spacing w:before="0" w:after="40"/>
              <w:jc w:val="both"/>
            </w:pPr>
            <w:r>
              <w:rPr/>
              <w:t>How are you? Thanks for your email.</w:t>
            </w:r>
          </w:p>
        </w:tc>
      </w:tr>
      <w:tr>
        <w:tc>
          <w:tcPr>
            <w:tcW w:type="dxa" w:w="4989"/>
          </w:tcPr>
          <w:p>
            <w:pPr>
              <w:spacing w:before="0" w:after="40"/>
              <w:jc w:val="both"/>
            </w:pPr>
            <w:r>
              <w:rPr/>
              <w:t>Body</w:t>
            </w:r>
          </w:p>
        </w:tc>
        <w:tc>
          <w:tcPr>
            <w:tcW w:type="dxa" w:w="4989"/>
          </w:tcPr>
          <w:p>
            <w:pPr>
              <w:spacing w:before="0" w:after="40"/>
              <w:jc w:val="both"/>
            </w:pPr>
            <w:r>
              <w:rPr/>
              <w:t>what happened, details, feelings, questions</w:t>
            </w:r>
          </w:p>
        </w:tc>
      </w:tr>
      <w:tr>
        <w:tc>
          <w:tcPr>
            <w:tcW w:type="dxa" w:w="4989"/>
          </w:tcPr>
          <w:p>
            <w:pPr>
              <w:spacing w:before="0" w:after="40"/>
              <w:jc w:val="both"/>
            </w:pPr>
            <w:r>
              <w:rPr/>
              <w:t>Closing + name</w:t>
            </w:r>
          </w:p>
        </w:tc>
        <w:tc>
          <w:tcPr>
            <w:tcW w:type="dxa" w:w="4989"/>
          </w:tcPr>
          <w:p>
            <w:pPr>
              <w:spacing w:before="0" w:after="40"/>
              <w:jc w:val="both"/>
            </w:pPr>
            <w:r>
              <w:rPr/>
              <w:t>See you soon! / Love, Noa</w:t>
            </w:r>
          </w:p>
        </w:tc>
      </w:tr>
    </w:tbl>
    <w:p>
      <w:pPr>
        <w:spacing w:before="0" w:after="40"/>
        <w:jc w:val="both"/>
      </w:pPr>
    </w:p>
    <w:p>
      <w:pPr>
        <w:spacing w:before="120" w:after="40"/>
        <w:jc w:val="both"/>
      </w:pPr>
      <w:r>
        <w:rPr>
          <w:rFonts w:ascii="Arial Black" w:hAnsi="Arial Black" w:cs="Arial Black"/>
          <w:b/>
          <w:bCs/>
          <w:color w:val="1E3A8A"/>
          <w:sz w:val="28"/>
          <w:szCs w:val="28"/>
        </w:rPr>
        <w:t>◆ Linking words</w:t>
      </w:r>
    </w:p>
    <w:p>
      <w:pPr>
        <w:bidi/>
        <w:spacing w:before="0" w:after="0"/>
        <w:jc w:val="both"/>
      </w:pPr>
      <w:r>
        <w:rPr>
          <w:rFonts w:ascii="Arial" w:hAnsi="Arial" w:cs="Arial"/>
          <w:color w:val="6B7280"/>
          <w:sz w:val="20"/>
          <w:szCs w:val="20"/>
          <w:rtl/>
          <w:lang w:val="en-US" w:bidi="he-IL"/>
        </w:rPr>
        <w:t xml:space="preserve">מילות קישור</w:t>
      </w:r>
    </w:p>
    <w:p>
      <w:pPr>
        <w:bidi/>
        <w:spacing w:before="0" w:after="40"/>
        <w:jc w:val="both"/>
      </w:pPr>
      <w:r>
        <w:rPr>
          <w:rFonts w:ascii="Arial" w:hAnsi="Arial" w:cs="Arial"/>
          <w:color w:val="6B7280"/>
          <w:sz w:val="21"/>
          <w:szCs w:val="21"/>
          <w:rtl/>
          <w:lang w:val="en-US" w:bidi="ar-SA"/>
        </w:rPr>
        <w:t xml:space="preserve">أدوات الربط</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Word</w:t>
            </w:r>
          </w:p>
        </w:tc>
        <w:tc>
          <w:tcPr>
            <w:tcW w:type="dxa" w:w="3326"/>
            <w:shd w:val="clear" w:color="auto" w:fill="1e3a8a"/>
          </w:tcPr>
          <w:p>
            <w:pPr>
              <w:spacing w:before="0" w:after="40"/>
              <w:jc w:val="both"/>
            </w:pPr>
            <w:r>
              <w:rPr>
                <w:b/>
                <w:bCs/>
                <w:color w:val="FFFFFF"/>
              </w:rPr>
              <w:t>Use</w:t>
            </w:r>
          </w:p>
        </w:tc>
        <w:tc>
          <w:tcPr>
            <w:tcW w:type="dxa" w:w="3326"/>
            <w:shd w:val="clear" w:color="auto" w:fill="1e3a8a"/>
          </w:tcPr>
          <w:p>
            <w:pPr>
              <w:spacing w:before="0" w:after="40"/>
              <w:jc w:val="both"/>
            </w:pPr>
            <w:r>
              <w:rPr>
                <w:b/>
                <w:bCs/>
                <w:color w:val="FFFFFF"/>
              </w:rPr>
              <w:t>Example</w:t>
            </w:r>
          </w:p>
        </w:tc>
      </w:tr>
      <w:tr>
        <w:tc>
          <w:tcPr>
            <w:tcW w:type="dxa" w:w="3326"/>
          </w:tcPr>
          <w:p>
            <w:pPr>
              <w:spacing w:before="0" w:after="40"/>
              <w:jc w:val="both"/>
            </w:pPr>
            <w:r>
              <w:rPr/>
              <w:t>and / also</w:t>
            </w:r>
          </w:p>
        </w:tc>
        <w:tc>
          <w:tcPr>
            <w:tcW w:type="dxa" w:w="3326"/>
          </w:tcPr>
          <w:p>
            <w:pPr>
              <w:spacing w:before="0" w:after="40"/>
              <w:jc w:val="both"/>
            </w:pPr>
            <w:r>
              <w:rPr/>
              <w:t>add</w:t>
            </w:r>
          </w:p>
        </w:tc>
        <w:tc>
          <w:tcPr>
            <w:tcW w:type="dxa" w:w="3326"/>
          </w:tcPr>
          <w:p>
            <w:pPr>
              <w:spacing w:before="0" w:after="40"/>
              <w:jc w:val="both"/>
            </w:pPr>
            <w:r>
              <w:rPr/>
              <w:t>I swam and I also ran.</w:t>
            </w:r>
          </w:p>
        </w:tc>
      </w:tr>
      <w:tr>
        <w:tc>
          <w:tcPr>
            <w:tcW w:type="dxa" w:w="3326"/>
          </w:tcPr>
          <w:p>
            <w:pPr>
              <w:spacing w:before="0" w:after="40"/>
              <w:jc w:val="both"/>
            </w:pPr>
            <w:r>
              <w:rPr/>
              <w:t>but</w:t>
            </w:r>
          </w:p>
        </w:tc>
        <w:tc>
          <w:tcPr>
            <w:tcW w:type="dxa" w:w="3326"/>
          </w:tcPr>
          <w:p>
            <w:pPr>
              <w:spacing w:before="0" w:after="40"/>
              <w:jc w:val="both"/>
            </w:pPr>
            <w:r>
              <w:rPr/>
              <w:t>contrast</w:t>
            </w:r>
          </w:p>
        </w:tc>
        <w:tc>
          <w:tcPr>
            <w:tcW w:type="dxa" w:w="3326"/>
          </w:tcPr>
          <w:p>
            <w:pPr>
              <w:spacing w:before="0" w:after="40"/>
              <w:jc w:val="both"/>
            </w:pPr>
            <w:r>
              <w:rPr/>
              <w:t>It was cold, but fun.</w:t>
            </w:r>
          </w:p>
        </w:tc>
      </w:tr>
      <w:tr>
        <w:tc>
          <w:tcPr>
            <w:tcW w:type="dxa" w:w="3326"/>
          </w:tcPr>
          <w:p>
            <w:pPr>
              <w:spacing w:before="0" w:after="40"/>
              <w:jc w:val="both"/>
            </w:pPr>
            <w:r>
              <w:rPr/>
              <w:t>because</w:t>
            </w:r>
          </w:p>
        </w:tc>
        <w:tc>
          <w:tcPr>
            <w:tcW w:type="dxa" w:w="3326"/>
          </w:tcPr>
          <w:p>
            <w:pPr>
              <w:spacing w:before="0" w:after="40"/>
              <w:jc w:val="both"/>
            </w:pPr>
            <w:r>
              <w:rPr/>
              <w:t>reason</w:t>
            </w:r>
          </w:p>
        </w:tc>
        <w:tc>
          <w:tcPr>
            <w:tcW w:type="dxa" w:w="3326"/>
          </w:tcPr>
          <w:p>
            <w:pPr>
              <w:spacing w:before="0" w:after="40"/>
              <w:jc w:val="both"/>
            </w:pPr>
            <w:r>
              <w:rPr/>
              <w:t>I stayed home because I was sick.</w:t>
            </w:r>
          </w:p>
        </w:tc>
      </w:tr>
      <w:tr>
        <w:tc>
          <w:tcPr>
            <w:tcW w:type="dxa" w:w="3326"/>
          </w:tcPr>
          <w:p>
            <w:pPr>
              <w:spacing w:before="0" w:after="40"/>
              <w:jc w:val="both"/>
            </w:pPr>
            <w:r>
              <w:rPr/>
              <w:t>so</w:t>
            </w:r>
          </w:p>
        </w:tc>
        <w:tc>
          <w:tcPr>
            <w:tcW w:type="dxa" w:w="3326"/>
          </w:tcPr>
          <w:p>
            <w:pPr>
              <w:spacing w:before="0" w:after="40"/>
              <w:jc w:val="both"/>
            </w:pPr>
            <w:r>
              <w:rPr/>
              <w:t>result</w:t>
            </w:r>
          </w:p>
        </w:tc>
        <w:tc>
          <w:tcPr>
            <w:tcW w:type="dxa" w:w="3326"/>
          </w:tcPr>
          <w:p>
            <w:pPr>
              <w:spacing w:before="0" w:after="40"/>
              <w:jc w:val="both"/>
            </w:pPr>
            <w:r>
              <w:rPr/>
              <w:t>I was sick, so I stayed home.</w:t>
            </w:r>
          </w:p>
        </w:tc>
      </w:tr>
    </w:tbl>
    <w:p>
      <w:pPr>
        <w:spacing w:before="0" w:after="40"/>
        <w:jc w:val="both"/>
      </w:pP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316875"/>
                  <wp:docPr id="45" name="Picture 45"/>
                  <wp:cNvGraphicFramePr>
                    <a:graphicFrameLocks noChangeAspect="1"/>
                  </wp:cNvGraphicFramePr>
                  <a:graphic>
                    <a:graphicData uri="http://schemas.openxmlformats.org/drawingml/2006/picture">
                      <pic:pic>
                        <pic:nvPicPr>
                          <pic:cNvPr id="0" name="bus.png"/>
                          <pic:cNvPicPr/>
                        </pic:nvPicPr>
                        <pic:blipFill>
                          <a:blip r:embed="rId15"/>
                          <a:stretch>
                            <a:fillRect/>
                          </a:stretch>
                        </pic:blipFill>
                        <pic:spPr>
                          <a:xfrm>
                            <a:off x="0" y="0"/>
                            <a:ext cx="468000" cy="316875"/>
                          </a:xfrm>
                          <a:prstGeom prst="rect"/>
                        </pic:spPr>
                      </pic:pic>
                    </a:graphicData>
                  </a:graphic>
                </wp:inline>
              </w:drawing>
            </w:r>
          </w:p>
          <w:p>
            <w:pPr>
              <w:spacing w:before="0" w:after="0"/>
              <w:jc w:val="center"/>
            </w:pPr>
            <w:r>
              <w:rPr>
                <w:b/>
                <w:bCs/>
                <w:sz w:val="23"/>
                <w:szCs w:val="23"/>
              </w:rPr>
              <w:t>bus</w:t>
            </w:r>
          </w:p>
          <w:p>
            <w:pPr>
              <w:bidi/>
              <w:spacing w:before="0" w:after="0"/>
              <w:jc w:val="center"/>
            </w:pPr>
            <w:r>
              <w:rPr>
                <w:rFonts w:ascii="Arial" w:hAnsi="Arial" w:cs="Arial"/>
                <w:color w:val="6B7280"/>
                <w:sz w:val="17"/>
                <w:szCs w:val="17"/>
                <w:rtl/>
                <w:lang w:val="en-US" w:bidi="he-IL"/>
              </w:rPr>
              <w:t xml:space="preserve">אוטובוס</w:t>
            </w:r>
          </w:p>
          <w:p>
            <w:pPr>
              <w:bidi/>
              <w:spacing w:before="0" w:after="0"/>
              <w:jc w:val="center"/>
            </w:pPr>
            <w:r>
              <w:rPr>
                <w:rFonts w:ascii="Arial" w:hAnsi="Arial" w:cs="Arial"/>
                <w:color w:val="6B7280"/>
                <w:sz w:val="17"/>
                <w:szCs w:val="17"/>
                <w:rtl/>
                <w:lang w:val="en-US" w:bidi="ar-SA"/>
              </w:rPr>
              <w:t xml:space="preserve">حافلة</w:t>
            </w:r>
          </w:p>
        </w:tc>
        <w:tc>
          <w:tcPr>
            <w:tcW w:type="dxa" w:w="1663"/>
          </w:tcPr>
          <w:p>
            <w:pPr>
              <w:spacing w:before="0" w:after="0"/>
              <w:jc w:val="center"/>
            </w:pPr>
            <w:r>
              <w:drawing>
                <wp:inline xmlns:a="http://schemas.openxmlformats.org/drawingml/2006/main" xmlns:pic="http://schemas.openxmlformats.org/drawingml/2006/picture">
                  <wp:extent cx="468000" cy="847698"/>
                  <wp:docPr id="46" name="Picture 46"/>
                  <wp:cNvGraphicFramePr>
                    <a:graphicFrameLocks noChangeAspect="1"/>
                  </wp:cNvGraphicFramePr>
                  <a:graphic>
                    <a:graphicData uri="http://schemas.openxmlformats.org/drawingml/2006/picture">
                      <pic:pic>
                        <pic:nvPicPr>
                          <pic:cNvPr id="0" name="ice_cream.png"/>
                          <pic:cNvPicPr/>
                        </pic:nvPicPr>
                        <pic:blipFill>
                          <a:blip r:embed="rId41"/>
                          <a:stretch>
                            <a:fillRect/>
                          </a:stretch>
                        </pic:blipFill>
                        <pic:spPr>
                          <a:xfrm>
                            <a:off x="0" y="0"/>
                            <a:ext cx="468000" cy="847698"/>
                          </a:xfrm>
                          <a:prstGeom prst="rect"/>
                        </pic:spPr>
                      </pic:pic>
                    </a:graphicData>
                  </a:graphic>
                </wp:inline>
              </w:drawing>
            </w:r>
          </w:p>
          <w:p>
            <w:pPr>
              <w:spacing w:before="0" w:after="0"/>
              <w:jc w:val="center"/>
            </w:pPr>
            <w:r>
              <w:rPr>
                <w:b/>
                <w:bCs/>
                <w:sz w:val="23"/>
                <w:szCs w:val="23"/>
              </w:rPr>
              <w:t>ice cream</w:t>
            </w:r>
          </w:p>
          <w:p>
            <w:pPr>
              <w:bidi/>
              <w:spacing w:before="0" w:after="0"/>
              <w:jc w:val="center"/>
            </w:pPr>
            <w:r>
              <w:rPr>
                <w:rFonts w:ascii="Arial" w:hAnsi="Arial" w:cs="Arial"/>
                <w:color w:val="6B7280"/>
                <w:sz w:val="17"/>
                <w:szCs w:val="17"/>
                <w:rtl/>
                <w:lang w:val="en-US" w:bidi="he-IL"/>
              </w:rPr>
              <w:t xml:space="preserve">גלידה</w:t>
            </w:r>
          </w:p>
          <w:p>
            <w:pPr>
              <w:bidi/>
              <w:spacing w:before="0" w:after="0"/>
              <w:jc w:val="center"/>
            </w:pPr>
            <w:r>
              <w:rPr>
                <w:rFonts w:ascii="Arial" w:hAnsi="Arial" w:cs="Arial"/>
                <w:color w:val="6B7280"/>
                <w:sz w:val="17"/>
                <w:szCs w:val="17"/>
                <w:rtl/>
                <w:lang w:val="en-US" w:bidi="ar-SA"/>
              </w:rPr>
              <w:t xml:space="preserve">بوظة</w:t>
            </w:r>
          </w:p>
        </w:tc>
        <w:tc>
          <w:tcPr>
            <w:tcW w:type="dxa" w:w="1663"/>
          </w:tcPr>
          <w:p>
            <w:pPr>
              <w:spacing w:before="0" w:after="0"/>
              <w:jc w:val="center"/>
            </w:pPr>
            <w:r>
              <w:drawing>
                <wp:inline xmlns:a="http://schemas.openxmlformats.org/drawingml/2006/main" xmlns:pic="http://schemas.openxmlformats.org/drawingml/2006/picture">
                  <wp:extent cx="468000" cy="483097"/>
                  <wp:docPr id="47" name="Picture 47"/>
                  <wp:cNvGraphicFramePr>
                    <a:graphicFrameLocks noChangeAspect="1"/>
                  </wp:cNvGraphicFramePr>
                  <a:graphic>
                    <a:graphicData uri="http://schemas.openxmlformats.org/drawingml/2006/picture">
                      <pic:pic>
                        <pic:nvPicPr>
                          <pic:cNvPr id="0" name="key.png"/>
                          <pic:cNvPicPr/>
                        </pic:nvPicPr>
                        <pic:blipFill>
                          <a:blip r:embed="rId42"/>
                          <a:stretch>
                            <a:fillRect/>
                          </a:stretch>
                        </pic:blipFill>
                        <pic:spPr>
                          <a:xfrm>
                            <a:off x="0" y="0"/>
                            <a:ext cx="468000" cy="483097"/>
                          </a:xfrm>
                          <a:prstGeom prst="rect"/>
                        </pic:spPr>
                      </pic:pic>
                    </a:graphicData>
                  </a:graphic>
                </wp:inline>
              </w:drawing>
            </w:r>
          </w:p>
          <w:p>
            <w:pPr>
              <w:spacing w:before="0" w:after="0"/>
              <w:jc w:val="center"/>
            </w:pPr>
            <w:r>
              <w:rPr>
                <w:b/>
                <w:bCs/>
                <w:sz w:val="23"/>
                <w:szCs w:val="23"/>
              </w:rPr>
              <w:t>key</w:t>
            </w:r>
          </w:p>
          <w:p>
            <w:pPr>
              <w:bidi/>
              <w:spacing w:before="0" w:after="0"/>
              <w:jc w:val="center"/>
            </w:pPr>
            <w:r>
              <w:rPr>
                <w:rFonts w:ascii="Arial" w:hAnsi="Arial" w:cs="Arial"/>
                <w:color w:val="6B7280"/>
                <w:sz w:val="17"/>
                <w:szCs w:val="17"/>
                <w:rtl/>
                <w:lang w:val="en-US" w:bidi="he-IL"/>
              </w:rPr>
              <w:t xml:space="preserve">מפתח</w:t>
            </w:r>
          </w:p>
          <w:p>
            <w:pPr>
              <w:bidi/>
              <w:spacing w:before="0" w:after="0"/>
              <w:jc w:val="center"/>
            </w:pPr>
            <w:r>
              <w:rPr>
                <w:rFonts w:ascii="Arial" w:hAnsi="Arial" w:cs="Arial"/>
                <w:color w:val="6B7280"/>
                <w:sz w:val="17"/>
                <w:szCs w:val="17"/>
                <w:rtl/>
                <w:lang w:val="en-US" w:bidi="ar-SA"/>
              </w:rPr>
              <w:t xml:space="preserve">مفتاح</w:t>
            </w:r>
          </w:p>
        </w:tc>
        <w:tc>
          <w:tcPr>
            <w:tcW w:type="dxa" w:w="1663"/>
          </w:tcPr>
          <w:p>
            <w:pPr>
              <w:spacing w:before="0" w:after="0"/>
              <w:jc w:val="center"/>
            </w:pPr>
            <w:r>
              <w:drawing>
                <wp:inline xmlns:a="http://schemas.openxmlformats.org/drawingml/2006/main" xmlns:pic="http://schemas.openxmlformats.org/drawingml/2006/picture">
                  <wp:extent cx="468000" cy="409500"/>
                  <wp:docPr id="48" name="Picture 48"/>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433875"/>
                  <wp:docPr id="49" name="Picture 49"/>
                  <wp:cNvGraphicFramePr>
                    <a:graphicFrameLocks noChangeAspect="1"/>
                  </wp:cNvGraphicFramePr>
                  <a:graphic>
                    <a:graphicData uri="http://schemas.openxmlformats.org/drawingml/2006/picture">
                      <pic:pic>
                        <pic:nvPicPr>
                          <pic:cNvPr id="0" name="sea.png"/>
                          <pic:cNvPicPr/>
                        </pic:nvPicPr>
                        <pic:blipFill>
                          <a:blip r:embed="rId43"/>
                          <a:stretch>
                            <a:fillRect/>
                          </a:stretch>
                        </pic:blipFill>
                        <pic:spPr>
                          <a:xfrm>
                            <a:off x="0" y="0"/>
                            <a:ext cx="468000" cy="433875"/>
                          </a:xfrm>
                          <a:prstGeom prst="rect"/>
                        </pic:spPr>
                      </pic:pic>
                    </a:graphicData>
                  </a:graphic>
                </wp:inline>
              </w:drawing>
            </w:r>
          </w:p>
          <w:p>
            <w:pPr>
              <w:spacing w:before="0" w:after="0"/>
              <w:jc w:val="center"/>
            </w:pPr>
            <w:r>
              <w:rPr>
                <w:b/>
                <w:bCs/>
                <w:sz w:val="23"/>
                <w:szCs w:val="23"/>
              </w:rPr>
              <w:t>sea</w:t>
            </w:r>
          </w:p>
          <w:p>
            <w:pPr>
              <w:bidi/>
              <w:spacing w:before="0" w:after="0"/>
              <w:jc w:val="center"/>
            </w:pPr>
            <w:r>
              <w:rPr>
                <w:rFonts w:ascii="Arial" w:hAnsi="Arial" w:cs="Arial"/>
                <w:color w:val="6B7280"/>
                <w:sz w:val="17"/>
                <w:szCs w:val="17"/>
                <w:rtl/>
                <w:lang w:val="en-US" w:bidi="he-IL"/>
              </w:rPr>
              <w:t xml:space="preserve">ים</w:t>
            </w:r>
          </w:p>
          <w:p>
            <w:pPr>
              <w:bidi/>
              <w:spacing w:before="0" w:after="0"/>
              <w:jc w:val="center"/>
            </w:pPr>
            <w:r>
              <w:rPr>
                <w:rFonts w:ascii="Arial" w:hAnsi="Arial" w:cs="Arial"/>
                <w:color w:val="6B7280"/>
                <w:sz w:val="17"/>
                <w:szCs w:val="17"/>
                <w:rtl/>
                <w:lang w:val="en-US" w:bidi="ar-SA"/>
              </w:rPr>
              <w:t xml:space="preserve">بحر</w:t>
            </w:r>
          </w:p>
        </w:tc>
        <w:tc>
          <w:tcPr>
            <w:tcW w:type="dxa" w:w="1663"/>
          </w:tcPr>
          <w:p>
            <w:pPr>
              <w:spacing w:before="0" w:after="0"/>
              <w:jc w:val="center"/>
            </w:pPr>
            <w:r>
              <w:drawing>
                <wp:inline xmlns:a="http://schemas.openxmlformats.org/drawingml/2006/main" xmlns:pic="http://schemas.openxmlformats.org/drawingml/2006/picture">
                  <wp:extent cx="468000" cy="336375"/>
                  <wp:docPr id="50" name="Picture 50"/>
                  <wp:cNvGraphicFramePr>
                    <a:graphicFrameLocks noChangeAspect="1"/>
                  </wp:cNvGraphicFramePr>
                  <a:graphic>
                    <a:graphicData uri="http://schemas.openxmlformats.org/drawingml/2006/picture">
                      <pic:pic>
                        <pic:nvPicPr>
                          <pic:cNvPr id="0" name="bike.png"/>
                          <pic:cNvPicPr/>
                        </pic:nvPicPr>
                        <pic:blipFill>
                          <a:blip r:embed="rId13"/>
                          <a:stretch>
                            <a:fillRect/>
                          </a:stretch>
                        </pic:blipFill>
                        <pic:spPr>
                          <a:xfrm>
                            <a:off x="0" y="0"/>
                            <a:ext cx="468000" cy="336375"/>
                          </a:xfrm>
                          <a:prstGeom prst="rect"/>
                        </pic:spPr>
                      </pic:pic>
                    </a:graphicData>
                  </a:graphic>
                </wp:inline>
              </w:drawing>
            </w:r>
          </w:p>
          <w:p>
            <w:pPr>
              <w:spacing w:before="0" w:after="0"/>
              <w:jc w:val="center"/>
            </w:pPr>
            <w:r>
              <w:rPr>
                <w:b/>
                <w:bCs/>
                <w:sz w:val="23"/>
                <w:szCs w:val="23"/>
              </w:rPr>
              <w:t>bike</w:t>
            </w:r>
          </w:p>
          <w:p>
            <w:pPr>
              <w:bidi/>
              <w:spacing w:before="0" w:after="0"/>
              <w:jc w:val="center"/>
            </w:pPr>
            <w:r>
              <w:rPr>
                <w:rFonts w:ascii="Arial" w:hAnsi="Arial" w:cs="Arial"/>
                <w:color w:val="6B7280"/>
                <w:sz w:val="17"/>
                <w:szCs w:val="17"/>
                <w:rtl/>
                <w:lang w:val="en-US" w:bidi="he-IL"/>
              </w:rPr>
              <w:t xml:space="preserve">אופניים</w:t>
            </w:r>
          </w:p>
          <w:p>
            <w:pPr>
              <w:bidi/>
              <w:spacing w:before="0" w:after="0"/>
              <w:jc w:val="center"/>
            </w:pPr>
            <w:r>
              <w:rPr>
                <w:rFonts w:ascii="Arial" w:hAnsi="Arial" w:cs="Arial"/>
                <w:color w:val="6B7280"/>
                <w:sz w:val="17"/>
                <w:szCs w:val="17"/>
                <w:rtl/>
                <w:lang w:val="en-US" w:bidi="ar-SA"/>
              </w:rPr>
              <w:t xml:space="preserve">دراجة</w:t>
            </w:r>
          </w:p>
        </w:tc>
      </w:tr>
    </w:tbl>
    <w:p>
      <w:pPr>
        <w:spacing w:before="0" w:after="80"/>
        <w:jc w:val="both"/>
      </w:pPr>
    </w:p>
    <w:p>
      <w:pPr>
        <w:spacing w:before="160" w:after="20"/>
        <w:jc w:val="both"/>
      </w:pPr>
      <w:r>
        <w:rPr>
          <w:b/>
          <w:bCs/>
          <w:sz w:val="26"/>
          <w:szCs w:val="26"/>
        </w:rPr>
        <w:t>1. Match the email subject to the message.</w:t>
      </w:r>
    </w:p>
    <w:p>
      <w:pPr>
        <w:bidi/>
        <w:spacing w:before="0" w:after="0"/>
        <w:jc w:val="both"/>
      </w:pPr>
      <w:r>
        <w:rPr>
          <w:rFonts w:ascii="Arial" w:hAnsi="Arial" w:cs="Arial"/>
          <w:color w:val="6B7280"/>
          <w:sz w:val="20"/>
          <w:szCs w:val="20"/>
          <w:rtl/>
          <w:lang w:val="en-US" w:bidi="he-IL"/>
        </w:rPr>
        <w:t xml:space="preserve">התאימו כל נושא מייל להודעה.</w:t>
      </w:r>
    </w:p>
    <w:p>
      <w:pPr>
        <w:bidi/>
        <w:spacing w:before="0" w:after="80"/>
        <w:jc w:val="both"/>
      </w:pPr>
      <w:r>
        <w:rPr>
          <w:rFonts w:ascii="Arial" w:hAnsi="Arial" w:cs="Arial"/>
          <w:color w:val="6B7280"/>
          <w:sz w:val="21"/>
          <w:szCs w:val="21"/>
          <w:rtl/>
          <w:lang w:val="en-US" w:bidi="ar-SA"/>
        </w:rPr>
        <w:t xml:space="preserve">صِل كل موضوع رسالة بالرسالة المناسبة.</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Column A</w:t>
            </w:r>
          </w:p>
        </w:tc>
        <w:tc>
          <w:tcPr>
            <w:tcW w:type="dxa" w:w="4989"/>
            <w:shd w:val="clear" w:color="auto" w:fill="1e3a8a"/>
          </w:tcPr>
          <w:p>
            <w:pPr>
              <w:spacing w:before="0" w:after="40"/>
              <w:jc w:val="both"/>
            </w:pPr>
            <w:r>
              <w:rPr>
                <w:b/>
                <w:bCs/>
                <w:color w:val="FFFFFF"/>
              </w:rPr>
              <w:t>Column B</w:t>
            </w:r>
          </w:p>
        </w:tc>
      </w:tr>
      <w:tr>
        <w:tc>
          <w:tcPr>
            <w:tcW w:type="dxa" w:w="4989"/>
          </w:tcPr>
          <w:p>
            <w:pPr>
              <w:spacing w:before="0" w:after="40"/>
              <w:jc w:val="both"/>
            </w:pPr>
            <w:r>
              <w:rPr/>
              <w:t>1. Thank you!</w:t>
            </w:r>
          </w:p>
        </w:tc>
        <w:tc>
          <w:tcPr>
            <w:tcW w:type="dxa" w:w="4989"/>
          </w:tcPr>
          <w:p>
            <w:pPr>
              <w:spacing w:before="0" w:after="40"/>
              <w:jc w:val="both"/>
            </w:pPr>
            <w:r>
              <w:rPr/>
              <w:t>[   ] I'm sorry I forgot your book.</w:t>
            </w:r>
          </w:p>
        </w:tc>
      </w:tr>
      <w:tr>
        <w:tc>
          <w:tcPr>
            <w:tcW w:type="dxa" w:w="4989"/>
          </w:tcPr>
          <w:p>
            <w:pPr>
              <w:spacing w:before="0" w:after="40"/>
              <w:jc w:val="both"/>
            </w:pPr>
            <w:r>
              <w:rPr/>
              <w:t>2. Party on Friday</w:t>
            </w:r>
          </w:p>
        </w:tc>
        <w:tc>
          <w:tcPr>
            <w:tcW w:type="dxa" w:w="4989"/>
          </w:tcPr>
          <w:p>
            <w:pPr>
              <w:spacing w:before="0" w:after="40"/>
              <w:jc w:val="both"/>
            </w:pPr>
            <w:r>
              <w:rPr/>
              <w:t>[   ] What pages do we need for tomorrow?</w:t>
            </w:r>
          </w:p>
        </w:tc>
      </w:tr>
      <w:tr>
        <w:tc>
          <w:tcPr>
            <w:tcW w:type="dxa" w:w="4989"/>
          </w:tcPr>
          <w:p>
            <w:pPr>
              <w:spacing w:before="0" w:after="40"/>
              <w:jc w:val="both"/>
            </w:pPr>
            <w:r>
              <w:rPr/>
              <w:t>3. I'm sorry</w:t>
            </w:r>
          </w:p>
        </w:tc>
        <w:tc>
          <w:tcPr>
            <w:tcW w:type="dxa" w:w="4989"/>
          </w:tcPr>
          <w:p>
            <w:pPr>
              <w:spacing w:before="0" w:after="40"/>
              <w:jc w:val="both"/>
            </w:pPr>
            <w:r>
              <w:rPr/>
              <w:t>[   ] Can you come to my party?</w:t>
            </w:r>
          </w:p>
        </w:tc>
      </w:tr>
      <w:tr>
        <w:tc>
          <w:tcPr>
            <w:tcW w:type="dxa" w:w="4989"/>
          </w:tcPr>
          <w:p>
            <w:pPr>
              <w:spacing w:before="0" w:after="40"/>
              <w:jc w:val="both"/>
            </w:pPr>
            <w:r>
              <w:rPr/>
              <w:t>4. Lost dog</w:t>
            </w:r>
          </w:p>
        </w:tc>
        <w:tc>
          <w:tcPr>
            <w:tcW w:type="dxa" w:w="4989"/>
          </w:tcPr>
          <w:p>
            <w:pPr>
              <w:spacing w:before="0" w:after="40"/>
              <w:jc w:val="both"/>
            </w:pPr>
            <w:r>
              <w:rPr/>
              <w:t>[   ] Thanks for the great present.</w:t>
            </w:r>
          </w:p>
        </w:tc>
      </w:tr>
      <w:tr>
        <w:tc>
          <w:tcPr>
            <w:tcW w:type="dxa" w:w="4989"/>
          </w:tcPr>
          <w:p>
            <w:pPr>
              <w:spacing w:before="0" w:after="40"/>
              <w:jc w:val="both"/>
            </w:pPr>
            <w:r>
              <w:rPr/>
              <w:t>5. Homework question</w:t>
            </w:r>
          </w:p>
        </w:tc>
        <w:tc>
          <w:tcPr>
            <w:tcW w:type="dxa" w:w="4989"/>
          </w:tcPr>
          <w:p>
            <w:pPr>
              <w:spacing w:before="0" w:after="40"/>
              <w:jc w:val="both"/>
            </w:pPr>
            <w:r>
              <w:rPr/>
              <w:t>[   ] Did anyone see a small brown dog?</w:t>
            </w:r>
          </w:p>
        </w:tc>
      </w:tr>
    </w:tbl>
    <w:p>
      <w:pPr>
        <w:spacing w:before="0" w:after="40"/>
        <w:jc w:val="both"/>
      </w:pPr>
    </w:p>
    <w:p>
      <w:pPr>
        <w:spacing w:before="160" w:after="20"/>
        <w:jc w:val="both"/>
      </w:pPr>
      <w:r>
        <w:rPr>
          <w:b/>
          <w:bCs/>
          <w:sz w:val="26"/>
          <w:szCs w:val="26"/>
        </w:rPr>
        <w:t>2. Sort the sentences: formal (to a teacher) or friendly (to a friend)?</w:t>
      </w:r>
    </w:p>
    <w:p>
      <w:pPr>
        <w:bidi/>
        <w:spacing w:before="0" w:after="0"/>
        <w:jc w:val="both"/>
      </w:pPr>
      <w:r>
        <w:rPr>
          <w:rFonts w:ascii="Arial" w:hAnsi="Arial" w:cs="Arial"/>
          <w:color w:val="6B7280"/>
          <w:sz w:val="20"/>
          <w:szCs w:val="20"/>
          <w:rtl/>
          <w:lang w:val="en-US" w:bidi="he-IL"/>
        </w:rPr>
        <w:t xml:space="preserve">מיינו את המשפטים: רשמי (למורה) או חברי (לחבר)?</w:t>
      </w:r>
    </w:p>
    <w:p>
      <w:pPr>
        <w:bidi/>
        <w:spacing w:before="0" w:after="80"/>
        <w:jc w:val="both"/>
      </w:pPr>
      <w:r>
        <w:rPr>
          <w:rFonts w:ascii="Arial" w:hAnsi="Arial" w:cs="Arial"/>
          <w:color w:val="6B7280"/>
          <w:sz w:val="21"/>
          <w:szCs w:val="21"/>
          <w:rtl/>
          <w:lang w:val="en-US" w:bidi="ar-SA"/>
        </w:rPr>
        <w:t xml:space="preserve">صنّف الجمل: رسمية (إلى معلّم) أم ودّية (إلى صديق)؟</w:t>
      </w:r>
    </w:p>
    <w:p>
      <w:pPr>
        <w:spacing w:before="0" w:after="80"/>
        <w:jc w:val="both"/>
      </w:pPr>
      <w:r>
        <w:rPr>
          <w:color w:val="1E3A8A"/>
          <w:sz w:val="24"/>
          <w:szCs w:val="24"/>
        </w:rPr>
        <w:t>Words: Dear Ms. Cohen,  |  Hey Ben!  |  Best regards,  |  See ya!  |  Thank you for your help.  |  Thanks a lot!!!</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Formal</w:t>
            </w:r>
          </w:p>
        </w:tc>
        <w:tc>
          <w:tcPr>
            <w:tcW w:type="dxa" w:w="4989"/>
            <w:shd w:val="clear" w:color="auto" w:fill="1e3a8a"/>
          </w:tcPr>
          <w:p>
            <w:pPr>
              <w:spacing w:before="0" w:after="40"/>
              <w:jc w:val="both"/>
            </w:pPr>
            <w:r>
              <w:rPr>
                <w:b/>
                <w:bCs/>
                <w:color w:val="FFFFFF"/>
              </w:rPr>
              <w:t>Friendly</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3. Complete with and, but, because or so.</w:t>
      </w:r>
    </w:p>
    <w:p>
      <w:pPr>
        <w:bidi/>
        <w:spacing w:before="0" w:after="0"/>
        <w:jc w:val="both"/>
      </w:pPr>
      <w:r>
        <w:rPr>
          <w:rFonts w:ascii="Arial" w:hAnsi="Arial" w:cs="Arial"/>
          <w:color w:val="6B7280"/>
          <w:sz w:val="20"/>
          <w:szCs w:val="20"/>
          <w:rtl/>
          <w:lang w:val="en-US" w:bidi="he-IL"/>
        </w:rPr>
        <w:t xml:space="preserve">השלימו ב-‎and, but, because‎ או ‎so‎.</w:t>
      </w:r>
    </w:p>
    <w:p>
      <w:pPr>
        <w:bidi/>
        <w:spacing w:before="0" w:after="80"/>
        <w:jc w:val="both"/>
      </w:pPr>
      <w:r>
        <w:rPr>
          <w:rFonts w:ascii="Arial" w:hAnsi="Arial" w:cs="Arial"/>
          <w:color w:val="6B7280"/>
          <w:sz w:val="21"/>
          <w:szCs w:val="21"/>
          <w:rtl/>
          <w:lang w:val="en-US" w:bidi="ar-SA"/>
        </w:rPr>
        <w:t xml:space="preserve">أكمل بـ ‎and‎ أو ‎but‎ أو ‎because‎ أو ‎so‎.</w:t>
      </w:r>
    </w:p>
    <w:p>
      <w:pPr>
        <w:spacing w:before="0" w:after="60"/>
        <w:jc w:val="both"/>
      </w:pPr>
      <w:r>
        <w:rPr/>
        <w:t>a. I studied hard, __________ I got a good grade.</w:t>
      </w:r>
    </w:p>
    <w:p>
      <w:pPr>
        <w:spacing w:before="0" w:after="60"/>
        <w:jc w:val="both"/>
      </w:pPr>
      <w:r>
        <w:rPr/>
        <w:t>b. Tom has a cat __________ two dogs.</w:t>
      </w:r>
    </w:p>
    <w:p>
      <w:pPr>
        <w:spacing w:before="0" w:after="60"/>
        <w:jc w:val="both"/>
      </w:pPr>
      <w:r>
        <w:rPr/>
        <w:t>c. We stayed inside __________ it was raining.</w:t>
      </w:r>
    </w:p>
    <w:p>
      <w:pPr>
        <w:spacing w:before="0" w:after="60"/>
        <w:jc w:val="both"/>
      </w:pPr>
      <w:r>
        <w:rPr/>
        <w:t>d. I called Shira, __________ she didn't answer.</w:t>
      </w:r>
    </w:p>
    <w:p>
      <w:pPr>
        <w:spacing w:before="160" w:after="20"/>
        <w:jc w:val="both"/>
      </w:pPr>
      <w:r>
        <w:rPr>
          <w:b/>
          <w:bCs/>
          <w:sz w:val="26"/>
          <w:szCs w:val="26"/>
        </w:rPr>
        <w:t>4. Circle the best opening sentence for an email to a friend.</w:t>
      </w:r>
    </w:p>
    <w:p>
      <w:pPr>
        <w:bidi/>
        <w:spacing w:before="0" w:after="0"/>
        <w:jc w:val="both"/>
      </w:pPr>
      <w:r>
        <w:rPr>
          <w:rFonts w:ascii="Arial" w:hAnsi="Arial" w:cs="Arial"/>
          <w:color w:val="6B7280"/>
          <w:sz w:val="20"/>
          <w:szCs w:val="20"/>
          <w:rtl/>
          <w:lang w:val="en-US" w:bidi="he-IL"/>
        </w:rPr>
        <w:t xml:space="preserve">הקיפו את משפט הפתיחה הטוב ביותר למייל לחבר.</w:t>
      </w:r>
    </w:p>
    <w:p>
      <w:pPr>
        <w:bidi/>
        <w:spacing w:before="0" w:after="80"/>
        <w:jc w:val="both"/>
      </w:pPr>
      <w:r>
        <w:rPr>
          <w:rFonts w:ascii="Arial" w:hAnsi="Arial" w:cs="Arial"/>
          <w:color w:val="6B7280"/>
          <w:sz w:val="21"/>
          <w:szCs w:val="21"/>
          <w:rtl/>
          <w:lang w:val="en-US" w:bidi="ar-SA"/>
        </w:rPr>
        <w:t xml:space="preserve">ضع دائرة حول أفضل جملة افتتاحية لرسالة إلكترونية إلى صديق.</w:t>
      </w:r>
    </w:p>
    <w:p>
      <w:pPr>
        <w:spacing w:before="0" w:after="20"/>
        <w:jc w:val="both"/>
      </w:pPr>
      <w:r>
        <w:rPr/>
        <w:t>a. Choose the best opening.</w:t>
      </w:r>
    </w:p>
    <w:p>
      <w:pPr>
        <w:spacing w:before="0" w:after="80"/>
        <w:jc w:val="both"/>
      </w:pPr>
      <w:r>
        <w:rPr/>
        <w:t xml:space="preserve">   ○ Goodbye.      ○ How are you? I have some news!      ○ Love, Noam</w:t>
      </w:r>
    </w:p>
    <w:p>
      <w:pPr>
        <w:spacing w:before="0" w:after="20"/>
        <w:jc w:val="both"/>
      </w:pPr>
      <w:r>
        <w:rPr/>
        <w:t>b. Choose the best opening.</w:t>
      </w:r>
    </w:p>
    <w:p>
      <w:pPr>
        <w:spacing w:before="0" w:after="80"/>
        <w:jc w:val="both"/>
      </w:pPr>
      <w:r>
        <w:rPr/>
        <w:t xml:space="preserve">   ○ Thanks for your email. It was great to hear from you!      ○ See you!      ○ Dear Sir,</w:t>
      </w:r>
    </w:p>
    <w:p>
      <w:pPr>
        <w:spacing w:before="120" w:after="40"/>
        <w:jc w:val="center"/>
      </w:pPr>
      <w:r>
        <w:rPr>
          <w:rFonts w:ascii="Arial Black" w:hAnsi="Arial Black" w:cs="Arial Black"/>
          <w:b/>
          <w:bCs/>
          <w:color w:val="1E3A8A"/>
          <w:sz w:val="30"/>
          <w:szCs w:val="30"/>
        </w:rPr>
        <w:t>An Ad and an Email</w:t>
      </w:r>
    </w:p>
    <w:p>
      <w:pPr>
        <w:spacing w:before="0" w:after="80"/>
        <w:jc w:val="both"/>
      </w:pPr>
      <w:r>
        <w:rPr/>
        <w:t>AD: Kids' Science Club! Every Wednesday, 4:00–6:00 p.m., at the Community Center. Ages 10–13. Build robots, do experiments and visit the planetarium. Price: 120 shekels a month. Call Dana: 050-0000000.</w:t>
      </w:r>
    </w:p>
    <w:p>
      <w:pPr>
        <w:spacing w:before="0" w:after="80"/>
        <w:jc w:val="both"/>
      </w:pPr>
      <w:r>
        <w:rPr/>
        <w:t>EMAIL:</w:t>
      </w:r>
    </w:p>
    <w:p>
      <w:pPr>
        <w:spacing w:before="0" w:after="80"/>
        <w:jc w:val="both"/>
      </w:pPr>
      <w:r>
        <w:rPr/>
        <w:t>Subject: Science Club?</w:t>
      </w:r>
    </w:p>
    <w:p>
      <w:pPr>
        <w:spacing w:before="0" w:after="80"/>
        <w:jc w:val="both"/>
      </w:pPr>
      <w:r>
        <w:rPr/>
        <w:t>Hi Ben,</w:t>
      </w:r>
    </w:p>
    <w:p>
      <w:pPr>
        <w:spacing w:before="0" w:after="80"/>
        <w:jc w:val="both"/>
      </w:pPr>
      <w:r>
        <w:rPr/>
        <w:t>Did you see the ad for the new Science Club? I want to join because I love robots. It's on Wednesdays after school, so we can go together on our bikes. It costs 120 shekels a month. That's a little expensive, but I'm going to use my birthday money.</w:t>
      </w:r>
    </w:p>
    <w:p>
      <w:pPr>
        <w:spacing w:before="0" w:after="80"/>
        <w:jc w:val="both"/>
      </w:pPr>
      <w:r>
        <w:rPr/>
        <w:t>Do you want to come with me? Please ask your parents and write back soon!</w:t>
      </w:r>
    </w:p>
    <w:p>
      <w:pPr>
        <w:spacing w:before="0" w:after="80"/>
        <w:jc w:val="both"/>
      </w:pPr>
      <w:r>
        <w:rPr/>
        <w:t>Your friend,</w:t>
      </w:r>
    </w:p>
    <w:p>
      <w:pPr>
        <w:spacing w:before="0" w:after="80"/>
        <w:jc w:val="both"/>
      </w:pPr>
      <w:r>
        <w:rPr/>
        <w:t>Ariel</w:t>
      </w:r>
    </w:p>
    <w:p>
      <w:pPr>
        <w:spacing w:before="160" w:after="20"/>
        <w:jc w:val="both"/>
      </w:pPr>
      <w:r>
        <w:rPr>
          <w:b/>
          <w:bCs/>
          <w:sz w:val="26"/>
          <w:szCs w:val="26"/>
        </w:rPr>
        <w:t>5. Read the ad and the email. Complete the sentences.</w:t>
      </w:r>
    </w:p>
    <w:p>
      <w:pPr>
        <w:bidi/>
        <w:spacing w:before="0" w:after="0"/>
        <w:jc w:val="both"/>
      </w:pPr>
      <w:r>
        <w:rPr>
          <w:rFonts w:ascii="Arial" w:hAnsi="Arial" w:cs="Arial"/>
          <w:color w:val="6B7280"/>
          <w:sz w:val="20"/>
          <w:szCs w:val="20"/>
          <w:rtl/>
          <w:lang w:val="en-US" w:bidi="he-IL"/>
        </w:rPr>
        <w:t xml:space="preserve">קראו את המודעה ואת המייל. השלימו את המשפטים.</w:t>
      </w:r>
    </w:p>
    <w:p>
      <w:pPr>
        <w:bidi/>
        <w:spacing w:before="0" w:after="80"/>
        <w:jc w:val="both"/>
      </w:pPr>
      <w:r>
        <w:rPr>
          <w:rFonts w:ascii="Arial" w:hAnsi="Arial" w:cs="Arial"/>
          <w:color w:val="6B7280"/>
          <w:sz w:val="21"/>
          <w:szCs w:val="21"/>
          <w:rtl/>
          <w:lang w:val="en-US" w:bidi="ar-SA"/>
        </w:rPr>
        <w:t xml:space="preserve">اقرأ الإعلان والرسالة الإلكترونية. أكمل الجمل.</w:t>
      </w:r>
    </w:p>
    <w:p>
      <w:pPr>
        <w:spacing w:before="0" w:after="60"/>
        <w:jc w:val="both"/>
      </w:pPr>
      <w:r>
        <w:rPr/>
        <w:t>a. The Science Club meets every __________.</w:t>
      </w:r>
    </w:p>
    <w:p>
      <w:pPr>
        <w:spacing w:before="0" w:after="60"/>
        <w:jc w:val="both"/>
      </w:pPr>
      <w:r>
        <w:rPr/>
        <w:t>b. The club is for children aged 10 to __________.</w:t>
      </w:r>
    </w:p>
    <w:p>
      <w:pPr>
        <w:spacing w:before="0" w:after="60"/>
        <w:jc w:val="both"/>
      </w:pPr>
      <w:r>
        <w:rPr/>
        <w:t>c. Ariel wants to join because he loves __________.</w:t>
      </w:r>
    </w:p>
    <w:p>
      <w:pPr>
        <w:spacing w:before="0" w:after="60"/>
        <w:jc w:val="both"/>
      </w:pPr>
      <w:r>
        <w:rPr/>
        <w:t>d. Ariel is going to pay with his __________ money.</w:t>
      </w:r>
    </w:p>
    <w:p>
      <w:pPr>
        <w:spacing w:before="160" w:after="20"/>
        <w:jc w:val="both"/>
      </w:pPr>
      <w:r>
        <w:rPr>
          <w:b/>
          <w:bCs/>
          <w:sz w:val="26"/>
          <w:szCs w:val="26"/>
        </w:rPr>
        <w:t>6.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How many hours is each meeting?</w:t>
      </w:r>
    </w:p>
    <w:p>
      <w:pPr>
        <w:spacing w:before="0" w:after="80"/>
        <w:jc w:val="both"/>
      </w:pPr>
      <w:r>
        <w:rPr/>
        <w:t xml:space="preserve">   ○ one hour      ○ two hours      ○ four hours</w:t>
      </w:r>
    </w:p>
    <w:p>
      <w:pPr>
        <w:spacing w:before="0" w:after="20"/>
        <w:jc w:val="both"/>
      </w:pPr>
      <w:r>
        <w:rPr/>
        <w:t>b. What does Ariel want Ben to do?</w:t>
      </w:r>
    </w:p>
    <w:p>
      <w:pPr>
        <w:spacing w:before="0" w:after="80"/>
        <w:jc w:val="both"/>
      </w:pPr>
      <w:r>
        <w:rPr/>
        <w:t xml:space="preserve">   ○ buy a robot      ○ call Dana      ○ ask his parents</w:t>
      </w:r>
    </w:p>
    <w:p>
      <w:pPr>
        <w:spacing w:before="160" w:after="20"/>
        <w:jc w:val="both"/>
      </w:pPr>
      <w:r>
        <w:rPr>
          <w:b/>
          <w:bCs/>
          <w:sz w:val="26"/>
          <w:szCs w:val="26"/>
        </w:rPr>
        <w:t>7. True or false? Write the evidence.</w:t>
      </w:r>
    </w:p>
    <w:p>
      <w:pPr>
        <w:bidi/>
        <w:spacing w:before="0" w:after="0"/>
        <w:jc w:val="both"/>
      </w:pPr>
      <w:r>
        <w:rPr>
          <w:rFonts w:ascii="Arial" w:hAnsi="Arial" w:cs="Arial"/>
          <w:color w:val="6B7280"/>
          <w:sz w:val="20"/>
          <w:szCs w:val="20"/>
          <w:rtl/>
          <w:lang w:val="en-US" w:bidi="he-IL"/>
        </w:rPr>
        <w:t xml:space="preserve">נכון או לא נכון? כתבו את הראיה.</w:t>
      </w:r>
    </w:p>
    <w:p>
      <w:pPr>
        <w:bidi/>
        <w:spacing w:before="0" w:after="80"/>
        <w:jc w:val="both"/>
      </w:pPr>
      <w:r>
        <w:rPr>
          <w:rFonts w:ascii="Arial" w:hAnsi="Arial" w:cs="Arial"/>
          <w:color w:val="6B7280"/>
          <w:sz w:val="21"/>
          <w:szCs w:val="21"/>
          <w:rtl/>
          <w:lang w:val="en-US" w:bidi="ar-SA"/>
        </w:rPr>
        <w:t xml:space="preserve">صحيح أم خطأ؟ اكتب الدليل.</w:t>
      </w:r>
    </w:p>
    <w:p>
      <w:pPr>
        <w:spacing w:before="0" w:after="60"/>
        <w:jc w:val="both"/>
      </w:pPr>
      <w:r>
        <w:rPr/>
        <w:t>a. The club meets at the school.      True / False</w:t>
      </w:r>
    </w:p>
    <w:p>
      <w:pPr>
        <w:spacing w:before="0" w:after="60"/>
        <w:jc w:val="both"/>
      </w:pPr>
      <w:r>
        <w:rPr/>
        <w:t>b. Ariel thinks the price is a little high.      True / False</w:t>
      </w:r>
    </w:p>
    <w:p>
      <w:pPr>
        <w:spacing w:before="0" w:after="60"/>
        <w:jc w:val="both"/>
      </w:pPr>
      <w:r>
        <w:rPr/>
        <w:t>c. Ariel wants to go to the club by bus.      True / False</w:t>
      </w:r>
    </w:p>
    <w:p>
      <w:pPr>
        <w:spacing w:before="160" w:after="20"/>
        <w:jc w:val="both"/>
      </w:pPr>
      <w:r>
        <w:rPr>
          <w:b/>
          <w:bCs/>
          <w:sz w:val="26"/>
          <w:szCs w:val="26"/>
        </w:rPr>
        <w:t>8. Complete the information from the ad.</w:t>
      </w:r>
    </w:p>
    <w:p>
      <w:pPr>
        <w:bidi/>
        <w:spacing w:before="0" w:after="0"/>
        <w:jc w:val="both"/>
      </w:pPr>
      <w:r>
        <w:rPr>
          <w:rFonts w:ascii="Arial" w:hAnsi="Arial" w:cs="Arial"/>
          <w:color w:val="6B7280"/>
          <w:sz w:val="20"/>
          <w:szCs w:val="20"/>
          <w:rtl/>
          <w:lang w:val="en-US" w:bidi="he-IL"/>
        </w:rPr>
        <w:t xml:space="preserve">השלימו את המידע מהמודעה.</w:t>
      </w:r>
    </w:p>
    <w:p>
      <w:pPr>
        <w:bidi/>
        <w:spacing w:before="0" w:after="80"/>
        <w:jc w:val="both"/>
      </w:pPr>
      <w:r>
        <w:rPr>
          <w:rFonts w:ascii="Arial" w:hAnsi="Arial" w:cs="Arial"/>
          <w:color w:val="6B7280"/>
          <w:sz w:val="21"/>
          <w:szCs w:val="21"/>
          <w:rtl/>
          <w:lang w:val="en-US" w:bidi="ar-SA"/>
        </w:rPr>
        <w:t xml:space="preserve">أكمل المعلومات من الإعلان.</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Question</w:t>
            </w:r>
          </w:p>
        </w:tc>
        <w:tc>
          <w:tcPr>
            <w:tcW w:type="dxa" w:w="4989"/>
            <w:shd w:val="clear" w:color="auto" w:fill="1e3a8a"/>
          </w:tcPr>
          <w:p>
            <w:pPr>
              <w:spacing w:before="0" w:after="40"/>
              <w:jc w:val="both"/>
            </w:pPr>
            <w:r>
              <w:rPr>
                <w:b/>
                <w:bCs/>
                <w:color w:val="FFFFFF"/>
              </w:rPr>
              <w:t>Answer</w:t>
            </w:r>
          </w:p>
        </w:tc>
      </w:tr>
      <w:tr>
        <w:tc>
          <w:tcPr>
            <w:tcW w:type="dxa" w:w="4989"/>
          </w:tcPr>
          <w:p>
            <w:pPr>
              <w:spacing w:before="0" w:after="40"/>
              <w:jc w:val="both"/>
            </w:pPr>
            <w:r>
              <w:rPr/>
              <w:t>What day?</w:t>
            </w:r>
          </w:p>
        </w:tc>
        <w:tc>
          <w:tcPr>
            <w:tcW w:type="dxa" w:w="4989"/>
          </w:tcPr>
          <w:p>
            <w:pPr>
              <w:spacing w:before="0" w:after="40"/>
              <w:jc w:val="both"/>
            </w:pPr>
            <w:r>
              <w:rPr/>
            </w:r>
          </w:p>
        </w:tc>
      </w:tr>
      <w:tr>
        <w:tc>
          <w:tcPr>
            <w:tcW w:type="dxa" w:w="4989"/>
          </w:tcPr>
          <w:p>
            <w:pPr>
              <w:spacing w:before="0" w:after="40"/>
              <w:jc w:val="both"/>
            </w:pPr>
            <w:r>
              <w:rPr/>
              <w:t>What time?</w:t>
            </w:r>
          </w:p>
        </w:tc>
        <w:tc>
          <w:tcPr>
            <w:tcW w:type="dxa" w:w="4989"/>
          </w:tcPr>
          <w:p>
            <w:pPr>
              <w:spacing w:before="0" w:after="40"/>
              <w:jc w:val="both"/>
            </w:pPr>
            <w:r>
              <w:rPr/>
            </w:r>
          </w:p>
        </w:tc>
      </w:tr>
      <w:tr>
        <w:tc>
          <w:tcPr>
            <w:tcW w:type="dxa" w:w="4989"/>
          </w:tcPr>
          <w:p>
            <w:pPr>
              <w:spacing w:before="0" w:after="40"/>
              <w:jc w:val="both"/>
            </w:pPr>
            <w:r>
              <w:rPr/>
              <w:t>Where?</w:t>
            </w:r>
          </w:p>
        </w:tc>
        <w:tc>
          <w:tcPr>
            <w:tcW w:type="dxa" w:w="4989"/>
          </w:tcPr>
          <w:p>
            <w:pPr>
              <w:spacing w:before="0" w:after="40"/>
              <w:jc w:val="both"/>
            </w:pPr>
            <w:r>
              <w:rPr/>
            </w:r>
          </w:p>
        </w:tc>
      </w:tr>
      <w:tr>
        <w:tc>
          <w:tcPr>
            <w:tcW w:type="dxa" w:w="4989"/>
          </w:tcPr>
          <w:p>
            <w:pPr>
              <w:spacing w:before="0" w:after="40"/>
              <w:jc w:val="both"/>
            </w:pPr>
            <w:r>
              <w:rPr/>
              <w:t>How much?</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9. Find the linking words in Ariel's email. Copy the sentence.</w:t>
      </w:r>
    </w:p>
    <w:p>
      <w:pPr>
        <w:bidi/>
        <w:spacing w:before="0" w:after="0"/>
        <w:jc w:val="both"/>
      </w:pPr>
      <w:r>
        <w:rPr>
          <w:rFonts w:ascii="Arial" w:hAnsi="Arial" w:cs="Arial"/>
          <w:color w:val="6B7280"/>
          <w:sz w:val="20"/>
          <w:szCs w:val="20"/>
          <w:rtl/>
          <w:lang w:val="en-US" w:bidi="he-IL"/>
        </w:rPr>
        <w:t xml:space="preserve">מצאו את מילות הקישור במייל של אריאל. העתיקו את המשפט.</w:t>
      </w:r>
    </w:p>
    <w:p>
      <w:pPr>
        <w:bidi/>
        <w:spacing w:before="0" w:after="80"/>
        <w:jc w:val="both"/>
      </w:pPr>
      <w:r>
        <w:rPr>
          <w:rFonts w:ascii="Arial" w:hAnsi="Arial" w:cs="Arial"/>
          <w:color w:val="6B7280"/>
          <w:sz w:val="21"/>
          <w:szCs w:val="21"/>
          <w:rtl/>
          <w:lang w:val="en-US" w:bidi="ar-SA"/>
        </w:rPr>
        <w:t xml:space="preserve">جد كلمات الربط في رسالة أريئيل الإلكترونية. انسخ الجملة.</w:t>
      </w:r>
    </w:p>
    <w:p>
      <w:pPr>
        <w:spacing w:before="0" w:after="100"/>
        <w:jc w:val="both"/>
      </w:pPr>
      <w:r>
        <w:rPr/>
        <w:t>a. because</w:t>
      </w:r>
    </w:p>
    <w:p>
      <w:pPr>
        <w:spacing w:before="0" w:after="100"/>
        <w:jc w:val="both"/>
      </w:pPr>
      <w:r>
        <w:rPr/>
        <w:t>b. so</w:t>
      </w:r>
    </w:p>
    <w:p>
      <w:pPr>
        <w:spacing w:before="0" w:after="100"/>
        <w:jc w:val="both"/>
      </w:pPr>
      <w:r>
        <w:rPr/>
        <w:t>c. but</w:t>
      </w:r>
    </w:p>
    <w:p>
      <w:pPr>
        <w:spacing w:before="160" w:after="20"/>
        <w:jc w:val="both"/>
      </w:pPr>
      <w:r>
        <w:rPr>
          <w:b/>
          <w:bCs/>
          <w:sz w:val="26"/>
          <w:szCs w:val="26"/>
        </w:rPr>
        <w:t>10. Fix the email. Each line has one mistake. Write it correctly.</w:t>
      </w:r>
    </w:p>
    <w:p>
      <w:pPr>
        <w:bidi/>
        <w:spacing w:before="0" w:after="0"/>
        <w:jc w:val="both"/>
      </w:pPr>
      <w:r>
        <w:rPr>
          <w:rFonts w:ascii="Arial" w:hAnsi="Arial" w:cs="Arial"/>
          <w:color w:val="6B7280"/>
          <w:sz w:val="20"/>
          <w:szCs w:val="20"/>
          <w:rtl/>
          <w:lang w:val="en-US" w:bidi="he-IL"/>
        </w:rPr>
        <w:t xml:space="preserve">תקנו את המייל. בכל שורה יש טעות אחת. כתבו אותה נכון.</w:t>
      </w:r>
    </w:p>
    <w:p>
      <w:pPr>
        <w:bidi/>
        <w:spacing w:before="0" w:after="80"/>
        <w:jc w:val="both"/>
      </w:pPr>
      <w:r>
        <w:rPr>
          <w:rFonts w:ascii="Arial" w:hAnsi="Arial" w:cs="Arial"/>
          <w:color w:val="6B7280"/>
          <w:sz w:val="21"/>
          <w:szCs w:val="21"/>
          <w:rtl/>
          <w:lang w:val="en-US" w:bidi="ar-SA"/>
        </w:rPr>
        <w:t xml:space="preserve">صحّح الرسالة الإلكترونية. في كل سطر خطأ واحد. اكتبه بشكل صحيح.</w:t>
      </w:r>
    </w:p>
    <w:p>
      <w:pPr>
        <w:spacing w:before="0" w:after="100"/>
        <w:jc w:val="both"/>
      </w:pPr>
      <w:r>
        <w:rPr/>
        <w:t>a. dear Noa,</w:t>
      </w:r>
    </w:p>
    <w:p>
      <w:pPr>
        <w:spacing w:before="0" w:after="100"/>
        <w:jc w:val="both"/>
      </w:pPr>
      <w:r>
        <w:rPr/>
        <w:t>b. How you are?</w:t>
      </w:r>
    </w:p>
    <w:p>
      <w:pPr>
        <w:spacing w:before="0" w:after="100"/>
        <w:jc w:val="both"/>
      </w:pPr>
      <w:r>
        <w:rPr/>
        <w:t>c. I go to the beach yesterday.</w:t>
      </w:r>
    </w:p>
    <w:p>
      <w:pPr>
        <w:spacing w:before="0" w:after="100"/>
        <w:jc w:val="both"/>
      </w:pPr>
      <w:r>
        <w:rPr/>
        <w:t>d. Love Shira</w:t>
      </w:r>
    </w:p>
    <w:p>
      <w:pPr>
        <w:spacing w:before="160" w:after="20"/>
        <w:jc w:val="both"/>
      </w:pPr>
      <w:r>
        <w:rPr>
          <w:b/>
          <w:bCs/>
          <w:sz w:val="26"/>
          <w:szCs w:val="26"/>
        </w:rPr>
        <w:t>11. Complete the email with words from the box.</w:t>
      </w:r>
    </w:p>
    <w:p>
      <w:pPr>
        <w:bidi/>
        <w:spacing w:before="0" w:after="0"/>
        <w:jc w:val="both"/>
      </w:pPr>
      <w:r>
        <w:rPr>
          <w:rFonts w:ascii="Arial" w:hAnsi="Arial" w:cs="Arial"/>
          <w:color w:val="6B7280"/>
          <w:sz w:val="20"/>
          <w:szCs w:val="20"/>
          <w:rtl/>
          <w:lang w:val="en-US" w:bidi="he-IL"/>
        </w:rPr>
        <w:t xml:space="preserve">השלימו את המייל במילים מהתיבה.</w:t>
      </w:r>
    </w:p>
    <w:p>
      <w:pPr>
        <w:bidi/>
        <w:spacing w:before="0" w:after="80"/>
        <w:jc w:val="both"/>
      </w:pPr>
      <w:r>
        <w:rPr>
          <w:rFonts w:ascii="Arial" w:hAnsi="Arial" w:cs="Arial"/>
          <w:color w:val="6B7280"/>
          <w:sz w:val="21"/>
          <w:szCs w:val="21"/>
          <w:rtl/>
          <w:lang w:val="en-US" w:bidi="ar-SA"/>
        </w:rPr>
        <w:t xml:space="preserve">أكمل الرسالة الإلكترونية بكلمات من المربع.</w:t>
      </w:r>
    </w:p>
    <w:p>
      <w:pPr>
        <w:spacing w:before="0" w:after="80"/>
        <w:jc w:val="both"/>
      </w:pPr>
      <w:r>
        <w:rPr>
          <w:color w:val="1E3A8A"/>
          <w:sz w:val="24"/>
          <w:szCs w:val="24"/>
        </w:rPr>
        <w:t>Word bank: Subject  |  Hi  |  because  |  so  |  Love</w:t>
      </w:r>
    </w:p>
    <w:p>
      <w:pPr>
        <w:spacing w:before="0" w:after="60"/>
        <w:jc w:val="both"/>
      </w:pPr>
      <w:r>
        <w:rPr/>
        <w:t>a. __________: My new room</w:t>
      </w:r>
    </w:p>
    <w:p>
      <w:pPr>
        <w:spacing w:before="0" w:after="60"/>
        <w:jc w:val="both"/>
      </w:pPr>
      <w:r>
        <w:rPr/>
        <w:t>b. __________ Tamar,</w:t>
      </w:r>
    </w:p>
    <w:p>
      <w:pPr>
        <w:spacing w:before="0" w:after="60"/>
        <w:jc w:val="both"/>
      </w:pPr>
      <w:r>
        <w:rPr/>
        <w:t>c. I have a new room __________ we moved to a bigger apartment.</w:t>
      </w:r>
    </w:p>
    <w:p>
      <w:pPr>
        <w:spacing w:before="0" w:after="60"/>
        <w:jc w:val="both"/>
      </w:pPr>
      <w:r>
        <w:rPr/>
        <w:t>d. It's very big, __________ you can sleep over next week!</w:t>
      </w:r>
    </w:p>
    <w:p>
      <w:pPr>
        <w:spacing w:before="0" w:after="60"/>
        <w:jc w:val="both"/>
      </w:pPr>
      <w:r>
        <w:rPr/>
        <w:t>e. __________, Maya</w:t>
      </w:r>
    </w:p>
    <w:p>
      <w:pPr>
        <w:spacing w:before="160" w:after="20"/>
        <w:jc w:val="both"/>
      </w:pPr>
      <w:r>
        <w:rPr>
          <w:b/>
          <w:bCs/>
          <w:sz w:val="26"/>
          <w:szCs w:val="26"/>
        </w:rPr>
        <w:t>12. You are Ben. Write an email (4 lines) back to Ariel. Say yes or no, and explain why.</w:t>
      </w:r>
    </w:p>
    <w:p>
      <w:pPr>
        <w:bidi/>
        <w:spacing w:before="0" w:after="0"/>
        <w:jc w:val="both"/>
      </w:pPr>
      <w:r>
        <w:rPr>
          <w:rFonts w:ascii="Arial" w:hAnsi="Arial" w:cs="Arial"/>
          <w:color w:val="6B7280"/>
          <w:sz w:val="20"/>
          <w:szCs w:val="20"/>
          <w:rtl/>
          <w:lang w:val="en-US" w:bidi="he-IL"/>
        </w:rPr>
        <w:t xml:space="preserve">אתם בן. כתבו מייל תשובה (4 שורות) לאריאל. כתבו כן או לא, והסבירו למה.</w:t>
      </w:r>
    </w:p>
    <w:p>
      <w:pPr>
        <w:bidi/>
        <w:spacing w:before="0" w:after="80"/>
        <w:jc w:val="both"/>
      </w:pPr>
      <w:r>
        <w:rPr>
          <w:rFonts w:ascii="Arial" w:hAnsi="Arial" w:cs="Arial"/>
          <w:color w:val="6B7280"/>
          <w:sz w:val="21"/>
          <w:szCs w:val="21"/>
          <w:rtl/>
          <w:lang w:val="en-US" w:bidi="ar-SA"/>
        </w:rPr>
        <w:t xml:space="preserve">أنت بن. اكتب رسالة إلكترونية (4 أسطر) ردًّا على أريئيل. قل نعم أو لا، واشرح لماذا.</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13. Write an email (4 lines) to a friend about a fun day you had. Use a greeting, a closing, and the words because and but.</w:t>
      </w:r>
    </w:p>
    <w:p>
      <w:pPr>
        <w:bidi/>
        <w:spacing w:before="0" w:after="0"/>
        <w:jc w:val="both"/>
      </w:pPr>
      <w:r>
        <w:rPr>
          <w:rFonts w:ascii="Arial" w:hAnsi="Arial" w:cs="Arial"/>
          <w:color w:val="6B7280"/>
          <w:sz w:val="20"/>
          <w:szCs w:val="20"/>
          <w:rtl/>
          <w:lang w:val="en-US" w:bidi="he-IL"/>
        </w:rPr>
        <w:t xml:space="preserve">כתבו מייל (4 שורות) לחבר או לחברה על יום כיף שהיה לכם. השתמשו בפתיחה, בסיום ובמילים ‎because‎ ו-‎but‎.</w:t>
      </w:r>
    </w:p>
    <w:p>
      <w:pPr>
        <w:bidi/>
        <w:spacing w:before="0" w:after="80"/>
        <w:jc w:val="both"/>
      </w:pPr>
      <w:r>
        <w:rPr>
          <w:rFonts w:ascii="Arial" w:hAnsi="Arial" w:cs="Arial"/>
          <w:color w:val="6B7280"/>
          <w:sz w:val="21"/>
          <w:szCs w:val="21"/>
          <w:rtl/>
          <w:lang w:val="en-US" w:bidi="ar-SA"/>
        </w:rPr>
        <w:t xml:space="preserve">اكتب رسالة إلكترونية (4 أسطر) إلى صديق عن يوم ممتع قضيته. استعمل تحية وخاتمة والكلمتين ‎because‎ و ‎but‎.</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40"/>
        <w:jc w:val="both"/>
      </w:pPr>
      <w:r>
        <w:rPr>
          <w:rFonts w:ascii="Arial Black" w:hAnsi="Arial Black" w:cs="Arial Black"/>
          <w:b/>
          <w:bCs/>
          <w:color w:val="1E3A8A"/>
          <w:sz w:val="44"/>
          <w:szCs w:val="44"/>
        </w:rPr>
        <w:t>Review – What did we learn?</w:t>
      </w:r>
    </w:p>
    <w:p>
      <w:pPr>
        <w:bidi/>
        <w:spacing w:before="0" w:after="0"/>
        <w:jc w:val="both"/>
      </w:pPr>
      <w:r>
        <w:rPr>
          <w:rFonts w:ascii="Arial" w:hAnsi="Arial" w:cs="Arial"/>
          <w:color w:val="6B7280"/>
          <w:sz w:val="22"/>
          <w:szCs w:val="22"/>
          <w:rtl/>
          <w:lang w:val="en-US" w:bidi="he-IL"/>
        </w:rPr>
        <w:t xml:space="preserve">חזרה – מה למדנו?</w:t>
      </w:r>
    </w:p>
    <w:p>
      <w:pPr>
        <w:bidi/>
        <w:spacing w:before="0" w:after="120"/>
        <w:jc w:val="both"/>
      </w:pPr>
      <w:r>
        <w:rPr>
          <w:rFonts w:ascii="Arial" w:hAnsi="Arial" w:cs="Arial"/>
          <w:color w:val="6B7280"/>
          <w:sz w:val="23"/>
          <w:szCs w:val="23"/>
          <w:rtl/>
          <w:lang w:val="en-US" w:bidi="ar-SA"/>
        </w:rPr>
        <w:t xml:space="preserve">مراجعة – ماذا تعلّمنا؟</w:t>
      </w:r>
    </w:p>
    <w:p>
      <w:pPr>
        <w:spacing w:before="160" w:after="20"/>
        <w:jc w:val="both"/>
      </w:pPr>
      <w:r>
        <w:rPr>
          <w:b/>
          <w:bCs/>
          <w:sz w:val="26"/>
          <w:szCs w:val="26"/>
        </w:rPr>
        <w:t>1. Complete with the correct form of the verb in brackets.</w:t>
      </w:r>
    </w:p>
    <w:p>
      <w:pPr>
        <w:bidi/>
        <w:spacing w:before="0" w:after="0"/>
        <w:jc w:val="both"/>
      </w:pPr>
      <w:r>
        <w:rPr>
          <w:rFonts w:ascii="Arial" w:hAnsi="Arial" w:cs="Arial"/>
          <w:color w:val="6B7280"/>
          <w:sz w:val="20"/>
          <w:szCs w:val="20"/>
          <w:rtl/>
          <w:lang w:val="en-US" w:bidi="he-IL"/>
        </w:rPr>
        <w:t xml:space="preserve">השלימו בצורה הנכונה של הפועל שבסוגריים.</w:t>
      </w:r>
    </w:p>
    <w:p>
      <w:pPr>
        <w:bidi/>
        <w:spacing w:before="0" w:after="80"/>
        <w:jc w:val="both"/>
      </w:pPr>
      <w:r>
        <w:rPr>
          <w:rFonts w:ascii="Arial" w:hAnsi="Arial" w:cs="Arial"/>
          <w:color w:val="6B7280"/>
          <w:sz w:val="21"/>
          <w:szCs w:val="21"/>
          <w:rtl/>
          <w:lang w:val="en-US" w:bidi="ar-SA"/>
        </w:rPr>
        <w:t xml:space="preserve">أكمل بالصيغة الصحيحة للفعل الذي بين القوسين.</w:t>
      </w:r>
    </w:p>
    <w:p>
      <w:pPr>
        <w:spacing w:before="0" w:after="60"/>
        <w:jc w:val="both"/>
      </w:pPr>
      <w:r>
        <w:rPr/>
        <w:t>a. Noam usually __________ (walk) to school.</w:t>
      </w:r>
    </w:p>
    <w:p>
      <w:pPr>
        <w:spacing w:before="0" w:after="60"/>
        <w:jc w:val="both"/>
      </w:pPr>
      <w:r>
        <w:rPr/>
        <w:t>b. Look! The children __________ (dance).</w:t>
      </w:r>
    </w:p>
    <w:p>
      <w:pPr>
        <w:spacing w:before="0" w:after="60"/>
        <w:jc w:val="both"/>
      </w:pPr>
      <w:r>
        <w:rPr/>
        <w:t>c. Yesterday we __________ (not / go) to the pool.</w:t>
      </w:r>
    </w:p>
    <w:p>
      <w:pPr>
        <w:spacing w:before="0" w:after="60"/>
        <w:jc w:val="both"/>
      </w:pPr>
      <w:r>
        <w:rPr/>
        <w:t>d. Next week Maya __________ (visit) her aunt. (going to)</w:t>
      </w:r>
    </w:p>
    <w:p>
      <w:pPr>
        <w:spacing w:before="0" w:after="60"/>
        <w:jc w:val="both"/>
      </w:pPr>
      <w:r>
        <w:rPr/>
        <w:t>e. Did you __________ (see) the game last night?</w:t>
      </w:r>
    </w:p>
    <w:p>
      <w:pPr>
        <w:spacing w:before="160" w:after="20"/>
        <w:jc w:val="both"/>
      </w:pPr>
      <w:r>
        <w:rPr>
          <w:b/>
          <w:bCs/>
          <w:sz w:val="26"/>
          <w:szCs w:val="26"/>
        </w:rPr>
        <w:t>2.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e3a8a"/>
          </w:tcPr>
          <w:p>
            <w:pPr>
              <w:spacing w:before="0" w:after="40"/>
              <w:jc w:val="both"/>
            </w:pPr>
            <w:r>
              <w:rPr>
                <w:b/>
                <w:bCs/>
                <w:color w:val="FFFFFF"/>
              </w:rPr>
              <w:t>Adjective</w:t>
            </w:r>
          </w:p>
        </w:tc>
        <w:tc>
          <w:tcPr>
            <w:tcW w:type="dxa" w:w="3326"/>
            <w:shd w:val="clear" w:color="auto" w:fill="1e3a8a"/>
          </w:tcPr>
          <w:p>
            <w:pPr>
              <w:spacing w:before="0" w:after="40"/>
              <w:jc w:val="both"/>
            </w:pPr>
            <w:r>
              <w:rPr>
                <w:b/>
                <w:bCs/>
                <w:color w:val="FFFFFF"/>
              </w:rPr>
              <w:t>Comparative</w:t>
            </w:r>
          </w:p>
        </w:tc>
        <w:tc>
          <w:tcPr>
            <w:tcW w:type="dxa" w:w="3326"/>
            <w:shd w:val="clear" w:color="auto" w:fill="1e3a8a"/>
          </w:tcPr>
          <w:p>
            <w:pPr>
              <w:spacing w:before="0" w:after="40"/>
              <w:jc w:val="both"/>
            </w:pPr>
            <w:r>
              <w:rPr>
                <w:b/>
                <w:bCs/>
                <w:color w:val="FFFFFF"/>
              </w:rPr>
              <w:t>Superlative</w:t>
            </w:r>
          </w:p>
        </w:tc>
      </w:tr>
      <w:tr>
        <w:tc>
          <w:tcPr>
            <w:tcW w:type="dxa" w:w="3326"/>
          </w:tcPr>
          <w:p>
            <w:pPr>
              <w:spacing w:before="0" w:after="40"/>
              <w:jc w:val="both"/>
            </w:pPr>
            <w:r>
              <w:rPr/>
              <w:t>fast</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funny</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important</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bad</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3.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You ___ wear a seat belt in the car. It's the law.</w:t>
      </w:r>
    </w:p>
    <w:p>
      <w:pPr>
        <w:spacing w:before="0" w:after="80"/>
        <w:jc w:val="both"/>
      </w:pPr>
      <w:r>
        <w:rPr/>
        <w:t xml:space="preserve">   ○ should      ○ must      ○ can</w:t>
      </w:r>
    </w:p>
    <w:p>
      <w:pPr>
        <w:spacing w:before="0" w:after="20"/>
        <w:jc w:val="both"/>
      </w:pPr>
      <w:r>
        <w:rPr/>
        <w:t>b. ___ did you put my keys? On the table.</w:t>
      </w:r>
    </w:p>
    <w:p>
      <w:pPr>
        <w:spacing w:before="0" w:after="80"/>
        <w:jc w:val="both"/>
      </w:pPr>
      <w:r>
        <w:rPr/>
        <w:t xml:space="preserve">   ○ When      ○ Who      ○ Where</w:t>
      </w:r>
    </w:p>
    <w:p>
      <w:pPr>
        <w:spacing w:before="0" w:after="20"/>
        <w:jc w:val="both"/>
      </w:pPr>
      <w:r>
        <w:rPr/>
        <w:t>c. Did Itay ___ the test?</w:t>
      </w:r>
    </w:p>
    <w:p>
      <w:pPr>
        <w:spacing w:before="0" w:after="80"/>
        <w:jc w:val="both"/>
      </w:pPr>
      <w:r>
        <w:rPr/>
        <w:t xml:space="preserve">   ○ pass      ○ passed      ○ passes</w:t>
      </w:r>
    </w:p>
    <w:p>
      <w:pPr>
        <w:spacing w:before="0" w:after="20"/>
        <w:jc w:val="both"/>
      </w:pPr>
      <w:r>
        <w:rPr/>
        <w:t>d. This is ___ day of my life!</w:t>
      </w:r>
    </w:p>
    <w:p>
      <w:pPr>
        <w:spacing w:before="0" w:after="80"/>
        <w:jc w:val="both"/>
      </w:pPr>
      <w:r>
        <w:rPr/>
        <w:t xml:space="preserve">   ○ the happiest      ○ happier      ○ the most happy</w:t>
      </w:r>
    </w:p>
    <w:p>
      <w:pPr>
        <w:spacing w:before="160" w:after="20"/>
        <w:jc w:val="both"/>
      </w:pPr>
      <w:r>
        <w:rPr>
          <w:b/>
          <w:bCs/>
          <w:sz w:val="26"/>
          <w:szCs w:val="26"/>
        </w:rPr>
        <w:t>4. Match the questions to the answers.</w:t>
      </w:r>
    </w:p>
    <w:p>
      <w:pPr>
        <w:bidi/>
        <w:spacing w:before="0" w:after="0"/>
        <w:jc w:val="both"/>
      </w:pPr>
      <w:r>
        <w:rPr>
          <w:rFonts w:ascii="Arial" w:hAnsi="Arial" w:cs="Arial"/>
          <w:color w:val="6B7280"/>
          <w:sz w:val="20"/>
          <w:szCs w:val="20"/>
          <w:rtl/>
          <w:lang w:val="en-US" w:bidi="he-IL"/>
        </w:rPr>
        <w:t xml:space="preserve">התאימו בין השאלות לתשובות.</w:t>
      </w:r>
    </w:p>
    <w:p>
      <w:pPr>
        <w:bidi/>
        <w:spacing w:before="0" w:after="80"/>
        <w:jc w:val="both"/>
      </w:pPr>
      <w:r>
        <w:rPr>
          <w:rFonts w:ascii="Arial" w:hAnsi="Arial" w:cs="Arial"/>
          <w:color w:val="6B7280"/>
          <w:sz w:val="21"/>
          <w:szCs w:val="21"/>
          <w:rtl/>
          <w:lang w:val="en-US" w:bidi="ar-SA"/>
        </w:rPr>
        <w:t xml:space="preserve">صِل الأسئلة بالإجابات.</w:t>
      </w:r>
    </w:p>
    <w:tbl>
      <w:tblPr>
        <w:tblStyle w:val="TableGrid"/>
        <w:tblW w:type="auto" w:w="0"/>
        <w:tblLook w:firstColumn="1" w:firstRow="1" w:lastColumn="0" w:lastRow="0" w:noHBand="0" w:noVBand="1" w:val="04A0"/>
      </w:tblPr>
      <w:tblGrid>
        <w:gridCol w:w="4989"/>
        <w:gridCol w:w="4989"/>
      </w:tblGrid>
      <w:tr>
        <w:tc>
          <w:tcPr>
            <w:tcW w:type="dxa" w:w="4989"/>
            <w:shd w:val="clear" w:color="auto" w:fill="1e3a8a"/>
          </w:tcPr>
          <w:p>
            <w:pPr>
              <w:spacing w:before="0" w:after="40"/>
              <w:jc w:val="both"/>
            </w:pPr>
            <w:r>
              <w:rPr>
                <w:b/>
                <w:bCs/>
                <w:color w:val="FFFFFF"/>
              </w:rPr>
              <w:t>Column A</w:t>
            </w:r>
          </w:p>
        </w:tc>
        <w:tc>
          <w:tcPr>
            <w:tcW w:type="dxa" w:w="4989"/>
            <w:shd w:val="clear" w:color="auto" w:fill="1e3a8a"/>
          </w:tcPr>
          <w:p>
            <w:pPr>
              <w:spacing w:before="0" w:after="40"/>
              <w:jc w:val="both"/>
            </w:pPr>
            <w:r>
              <w:rPr>
                <w:b/>
                <w:bCs/>
                <w:color w:val="FFFFFF"/>
              </w:rPr>
              <w:t>Column B</w:t>
            </w:r>
          </w:p>
        </w:tc>
      </w:tr>
      <w:tr>
        <w:tc>
          <w:tcPr>
            <w:tcW w:type="dxa" w:w="4989"/>
          </w:tcPr>
          <w:p>
            <w:pPr>
              <w:spacing w:before="0" w:after="40"/>
              <w:jc w:val="both"/>
            </w:pPr>
            <w:r>
              <w:rPr/>
              <w:t>1. Are you going to come?</w:t>
            </w:r>
          </w:p>
        </w:tc>
        <w:tc>
          <w:tcPr>
            <w:tcW w:type="dxa" w:w="4989"/>
          </w:tcPr>
          <w:p>
            <w:pPr>
              <w:spacing w:before="0" w:after="40"/>
              <w:jc w:val="both"/>
            </w:pPr>
            <w:r>
              <w:rPr/>
              <w:t>[   ] Yes, she does.</w:t>
            </w:r>
          </w:p>
        </w:tc>
      </w:tr>
      <w:tr>
        <w:tc>
          <w:tcPr>
            <w:tcW w:type="dxa" w:w="4989"/>
          </w:tcPr>
          <w:p>
            <w:pPr>
              <w:spacing w:before="0" w:after="40"/>
              <w:jc w:val="both"/>
            </w:pPr>
            <w:r>
              <w:rPr/>
              <w:t>2. Did you like the book?</w:t>
            </w:r>
          </w:p>
        </w:tc>
        <w:tc>
          <w:tcPr>
            <w:tcW w:type="dxa" w:w="4989"/>
          </w:tcPr>
          <w:p>
            <w:pPr>
              <w:spacing w:before="0" w:after="40"/>
              <w:jc w:val="both"/>
            </w:pPr>
            <w:r>
              <w:rPr/>
              <w:t>[   ] Yes, I am.</w:t>
            </w:r>
          </w:p>
        </w:tc>
      </w:tr>
      <w:tr>
        <w:tc>
          <w:tcPr>
            <w:tcW w:type="dxa" w:w="4989"/>
          </w:tcPr>
          <w:p>
            <w:pPr>
              <w:spacing w:before="0" w:after="40"/>
              <w:jc w:val="both"/>
            </w:pPr>
            <w:r>
              <w:rPr/>
              <w:t>3. Can I borrow your pen?</w:t>
            </w:r>
          </w:p>
        </w:tc>
        <w:tc>
          <w:tcPr>
            <w:tcW w:type="dxa" w:w="4989"/>
          </w:tcPr>
          <w:p>
            <w:pPr>
              <w:spacing w:before="0" w:after="40"/>
              <w:jc w:val="both"/>
            </w:pPr>
            <w:r>
              <w:rPr/>
              <w:t>[   ] No, it isn't.</w:t>
            </w:r>
          </w:p>
        </w:tc>
      </w:tr>
      <w:tr>
        <w:tc>
          <w:tcPr>
            <w:tcW w:type="dxa" w:w="4989"/>
          </w:tcPr>
          <w:p>
            <w:pPr>
              <w:spacing w:before="0" w:after="40"/>
              <w:jc w:val="both"/>
            </w:pPr>
            <w:r>
              <w:rPr/>
              <w:t>4. Is it raining now?</w:t>
            </w:r>
          </w:p>
        </w:tc>
        <w:tc>
          <w:tcPr>
            <w:tcW w:type="dxa" w:w="4989"/>
          </w:tcPr>
          <w:p>
            <w:pPr>
              <w:spacing w:before="0" w:after="40"/>
              <w:jc w:val="both"/>
            </w:pPr>
            <w:r>
              <w:rPr/>
              <w:t>[   ] No, I didn't.</w:t>
            </w:r>
          </w:p>
        </w:tc>
      </w:tr>
      <w:tr>
        <w:tc>
          <w:tcPr>
            <w:tcW w:type="dxa" w:w="4989"/>
          </w:tcPr>
          <w:p>
            <w:pPr>
              <w:spacing w:before="0" w:after="40"/>
              <w:jc w:val="both"/>
            </w:pPr>
            <w:r>
              <w:rPr/>
              <w:t>5. Does she speak French?</w:t>
            </w:r>
          </w:p>
        </w:tc>
        <w:tc>
          <w:tcPr>
            <w:tcW w:type="dxa" w:w="4989"/>
          </w:tcPr>
          <w:p>
            <w:pPr>
              <w:spacing w:before="0" w:after="40"/>
              <w:jc w:val="both"/>
            </w:pPr>
            <w:r>
              <w:rPr/>
              <w:t>[   ] Sure, here you are.</w:t>
            </w:r>
          </w:p>
        </w:tc>
      </w:tr>
    </w:tbl>
    <w:p>
      <w:pPr>
        <w:spacing w:before="0" w:after="40"/>
        <w:jc w:val="both"/>
      </w:pPr>
    </w:p>
    <w:p>
      <w:pPr>
        <w:spacing w:before="160" w:after="20"/>
        <w:jc w:val="both"/>
      </w:pPr>
      <w:r>
        <w:rPr>
          <w:b/>
          <w:bCs/>
          <w:sz w:val="26"/>
          <w:szCs w:val="26"/>
        </w:rPr>
        <w:t>5. Find the mistake and write the correct sentence.</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She don't like milk.</w:t>
      </w:r>
    </w:p>
    <w:p>
      <w:pPr>
        <w:spacing w:before="0" w:after="100"/>
        <w:jc w:val="both"/>
      </w:pPr>
      <w:r>
        <w:rPr/>
        <w:t>b. Did you went to the party?</w:t>
      </w:r>
    </w:p>
    <w:p>
      <w:pPr>
        <w:spacing w:before="0" w:after="100"/>
        <w:jc w:val="both"/>
      </w:pPr>
      <w:r>
        <w:rPr/>
        <w:t>c. He is going to plays tennis.</w:t>
      </w:r>
    </w:p>
    <w:p>
      <w:pPr>
        <w:spacing w:before="0" w:after="100"/>
        <w:jc w:val="both"/>
      </w:pPr>
      <w:r>
        <w:rPr/>
        <w:t>d. This bag is more heavy than mine.</w:t>
      </w:r>
    </w:p>
    <w:p>
      <w:pPr>
        <w:spacing w:before="0" w:after="100"/>
        <w:jc w:val="both"/>
      </w:pPr>
      <w:r>
        <w:rPr/>
        <w:t>e. You must to be quiet.</w:t>
      </w:r>
    </w:p>
    <w:p>
      <w:pPr>
        <w:spacing w:before="160" w:after="20"/>
        <w:jc w:val="both"/>
      </w:pPr>
      <w:r>
        <w:rPr>
          <w:b/>
          <w:bCs/>
          <w:sz w:val="26"/>
          <w:szCs w:val="26"/>
        </w:rPr>
        <w:t>6. Complete with and, but, because or so.</w:t>
      </w:r>
    </w:p>
    <w:p>
      <w:pPr>
        <w:bidi/>
        <w:spacing w:before="0" w:after="0"/>
        <w:jc w:val="both"/>
      </w:pPr>
      <w:r>
        <w:rPr>
          <w:rFonts w:ascii="Arial" w:hAnsi="Arial" w:cs="Arial"/>
          <w:color w:val="6B7280"/>
          <w:sz w:val="20"/>
          <w:szCs w:val="20"/>
          <w:rtl/>
          <w:lang w:val="en-US" w:bidi="he-IL"/>
        </w:rPr>
        <w:t xml:space="preserve">השלימו ב-‎and, but, because‎ או ‎so‎.</w:t>
      </w:r>
    </w:p>
    <w:p>
      <w:pPr>
        <w:bidi/>
        <w:spacing w:before="0" w:after="80"/>
        <w:jc w:val="both"/>
      </w:pPr>
      <w:r>
        <w:rPr>
          <w:rFonts w:ascii="Arial" w:hAnsi="Arial" w:cs="Arial"/>
          <w:color w:val="6B7280"/>
          <w:sz w:val="21"/>
          <w:szCs w:val="21"/>
          <w:rtl/>
          <w:lang w:val="en-US" w:bidi="ar-SA"/>
        </w:rPr>
        <w:t xml:space="preserve">أكمل بـ ‎and‎ أو ‎but‎ أو ‎because‎ أو ‎so‎.</w:t>
      </w:r>
    </w:p>
    <w:p>
      <w:pPr>
        <w:spacing w:before="0" w:after="60"/>
        <w:jc w:val="both"/>
      </w:pPr>
      <w:r>
        <w:rPr/>
        <w:t>a. I was tired, __________ I went to bed early.</w:t>
      </w:r>
    </w:p>
    <w:p>
      <w:pPr>
        <w:spacing w:before="0" w:after="60"/>
        <w:jc w:val="both"/>
      </w:pPr>
      <w:r>
        <w:rPr/>
        <w:t>b. We wanted to swim, __________ the sea was too cold.</w:t>
      </w:r>
    </w:p>
    <w:p>
      <w:pPr>
        <w:spacing w:before="0" w:after="60"/>
        <w:jc w:val="both"/>
      </w:pPr>
      <w:r>
        <w:rPr/>
        <w:t>c. Tom is happy __________ his team won.</w:t>
      </w:r>
    </w:p>
    <w:p>
      <w:pPr>
        <w:spacing w:before="160" w:after="20"/>
        <w:jc w:val="both"/>
      </w:pPr>
      <w:r>
        <w:rPr>
          <w:b/>
          <w:bCs/>
          <w:sz w:val="26"/>
          <w:szCs w:val="26"/>
        </w:rPr>
        <w:t>7. Write 4 sentences about yourself: something you do every day, something you did last week, something you are going to do next week, and your best friend compared to you.</w:t>
      </w:r>
    </w:p>
    <w:p>
      <w:pPr>
        <w:bidi/>
        <w:spacing w:before="0" w:after="0"/>
        <w:jc w:val="both"/>
      </w:pPr>
      <w:r>
        <w:rPr>
          <w:rFonts w:ascii="Arial" w:hAnsi="Arial" w:cs="Arial"/>
          <w:color w:val="6B7280"/>
          <w:sz w:val="20"/>
          <w:szCs w:val="20"/>
          <w:rtl/>
          <w:lang w:val="en-US" w:bidi="he-IL"/>
        </w:rPr>
        <w:t xml:space="preserve">כתבו 4 משפטים על עצמכם: משהו שאתם עושים כל יום, משהו שעשיתם בשבוע שעבר, משהו שאתם הולכים לעשות בשבוע הבא, ואת החבר/ה הכי טוב/ה שלכם בהשוואה אליכם.</w:t>
      </w:r>
    </w:p>
    <w:p>
      <w:pPr>
        <w:bidi/>
        <w:spacing w:before="0" w:after="80"/>
        <w:jc w:val="both"/>
      </w:pPr>
      <w:r>
        <w:rPr>
          <w:rFonts w:ascii="Arial" w:hAnsi="Arial" w:cs="Arial"/>
          <w:color w:val="6B7280"/>
          <w:sz w:val="21"/>
          <w:szCs w:val="21"/>
          <w:rtl/>
          <w:lang w:val="en-US" w:bidi="ar-SA"/>
        </w:rPr>
        <w:t xml:space="preserve">اكتب 4 جمل عن نفسك: شيئًا تفعله كل يوم، وشيئًا فعلته في الأسبوع الماضي، وشيئًا ستفعله في الأسبوع القادم، وصديقك المفضّل مقارنةً بك.</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480" w:after="40"/>
        <w:jc w:val="center"/>
      </w:pPr>
      <w:r>
        <w:rPr>
          <w:rFonts w:ascii="Arial Black" w:hAnsi="Arial Black" w:cs="Arial Black"/>
          <w:b/>
          <w:bCs/>
          <w:color w:val="1E3A8A"/>
          <w:sz w:val="60"/>
          <w:szCs w:val="60"/>
        </w:rPr>
        <w:t>Well done!</w:t>
      </w:r>
    </w:p>
    <w:p>
      <w:pPr>
        <w:spacing w:before="0" w:after="120"/>
        <w:jc w:val="center"/>
      </w:pPr>
      <w:r>
        <w:rPr>
          <w:rFonts w:ascii="Arial" w:hAnsi="Arial" w:cs="Arial"/>
          <w:color w:val="1D2433"/>
          <w:sz w:val="32"/>
          <w:szCs w:val="32"/>
          <w:rtl/>
          <w:lang w:val="en-US" w:bidi="he-IL"/>
        </w:rPr>
        <w:t xml:space="preserve">כל הכבוד!</w:t>
      </w:r>
      <w:r>
        <w:rPr>
          <w:sz w:val="32"/>
          <w:szCs w:val="32"/>
        </w:rPr>
        <w:t>‎</w:t>
      </w:r>
      <w:r>
        <w:rPr>
          <w:rFonts w:ascii="Arial" w:hAnsi="Arial" w:cs="Arial"/>
          <w:sz w:val="32"/>
          <w:szCs w:val="32"/>
        </w:rPr>
        <w:t xml:space="preserve"> · </w:t>
      </w:r>
      <w:r>
        <w:rPr>
          <w:rFonts w:ascii="Arial" w:hAnsi="Arial" w:cs="Arial"/>
          <w:color w:val="1D2433"/>
          <w:sz w:val="32"/>
          <w:szCs w:val="32"/>
          <w:rtl/>
          <w:lang w:val="en-US" w:bidi="ar-SA"/>
        </w:rPr>
        <w:t xml:space="preserve">أحسنت!</w:t>
      </w:r>
      <w:r>
        <w:rPr>
          <w:sz w:val="32"/>
          <w:szCs w:val="32"/>
        </w:rPr>
        <w:t>‎</w:t>
      </w:r>
    </w:p>
    <w:p>
      <w:pPr>
        <w:spacing w:before="0" w:after="80"/>
        <w:jc w:val="center"/>
      </w:pPr>
      <w:r>
        <w:rPr>
          <w:sz w:val="32"/>
          <w:szCs w:val="32"/>
        </w:rPr>
        <w:t>I finished the English workbook for Grade 6.</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jp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jp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jp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jp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jp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jp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