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Workbook – Answer Key</w:t>
      </w:r>
    </w:p>
    <w:p>
      <w:pPr>
        <w:spacing w:before="0" w:after="16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Workbook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 לחוברת העבודה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إجابات الكرّاسة</w:t>
      </w:r>
      <w:r>
        <w:rPr>
          <w:sz w:val="36"/>
          <w:szCs w:val="36"/>
        </w:rPr>
        <w:t>‎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1E3A8A"/>
          <w:sz w:val="30"/>
          <w:szCs w:val="30"/>
        </w:rPr>
        <w:t>Unit 1: Present simple or present progressive?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Add -s or -es to the verb.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הוסיפו לפועל -‎s‎ או -‎es‎.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أضف إلى الفعل -‎s‎ أو -‎es‎.</w:t>
      </w:r>
    </w:p>
    <w:p>
      <w:pPr>
        <w:spacing w:before="0" w:after="40"/>
        <w:jc w:val="both"/>
      </w:pPr>
      <w:r>
        <w:rPr/>
        <w:t>a. he walks</w:t>
      </w:r>
    </w:p>
    <w:p>
      <w:pPr>
        <w:spacing w:before="0" w:after="40"/>
        <w:jc w:val="both"/>
      </w:pPr>
      <w:r>
        <w:rPr/>
        <w:t>b. she washes</w:t>
      </w:r>
    </w:p>
    <w:p>
      <w:pPr>
        <w:spacing w:before="0" w:after="40"/>
        <w:jc w:val="both"/>
      </w:pPr>
      <w:r>
        <w:rPr/>
        <w:t>c. it fixes</w:t>
      </w:r>
    </w:p>
    <w:p>
      <w:pPr>
        <w:spacing w:before="0" w:after="40"/>
        <w:jc w:val="both"/>
      </w:pPr>
      <w:r>
        <w:rPr/>
        <w:t>d. he reads</w:t>
      </w:r>
    </w:p>
    <w:p>
      <w:pPr>
        <w:spacing w:before="0" w:after="40"/>
        <w:jc w:val="both"/>
      </w:pPr>
      <w:r>
        <w:rPr/>
        <w:t>e. she goes</w:t>
      </w:r>
    </w:p>
    <w:p>
      <w:pPr>
        <w:spacing w:before="0" w:after="40"/>
        <w:jc w:val="both"/>
      </w:pPr>
      <w:r>
        <w:rPr/>
        <w:t>f. he catches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beginnings and the endings.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תחילת המשפט לסופו.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بداية كل جملة بنهايتها.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Every evening Shira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are baking a cake.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Right now the girls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have a piano lesson.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On Tuesdays I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is knocking on the door.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Listen! Someone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live in Haifa.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My grandparents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feeds her cat.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sentences: habit or happening now?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המשפטים: הרגל או קורה עכשיו?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الجمل: عادة أم يحدث الآن؟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Habit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Now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Ben rides his bike to school., We often visit the zoo., Tamar never drinks soda.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Ben is riding his bike now., Look! The monkey is eating a banana., The teacher is writing on the board.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הצורה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الصيغة الصحيحة.</w:t>
      </w:r>
    </w:p>
    <w:p>
      <w:pPr>
        <w:spacing w:before="0" w:after="20"/>
        <w:jc w:val="both"/>
      </w:pPr>
      <w:r>
        <w:rPr/>
        <w:t>a. My dad ___ to work by train.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usually goes</w:t>
      </w:r>
    </w:p>
    <w:p>
      <w:pPr>
        <w:spacing w:before="0" w:after="20"/>
        <w:jc w:val="both"/>
      </w:pPr>
      <w:r>
        <w:rPr/>
        <w:t>b. Why ___ you ___? Are you sad?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 … crying</w:t>
      </w:r>
    </w:p>
    <w:p>
      <w:pPr>
        <w:spacing w:before="0" w:after="20"/>
        <w:jc w:val="both"/>
      </w:pPr>
      <w:r>
        <w:rPr/>
        <w:t>c. Water ___ at 100 degrees.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boils</w:t>
      </w:r>
    </w:p>
    <w:p>
      <w:pPr>
        <w:spacing w:before="0" w:after="20"/>
        <w:jc w:val="both"/>
      </w:pPr>
      <w:r>
        <w:rPr/>
        <w:t>d. I can't come now. I ___ my room.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am cleaning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the present progressive.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ב־‎present progressive‎.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‎present progressive‎.</w:t>
      </w:r>
    </w:p>
    <w:p>
      <w:pPr>
        <w:spacing w:before="0" w:after="40"/>
        <w:jc w:val="both"/>
      </w:pPr>
      <w:r>
        <w:rPr/>
        <w:t>a. Omer is wearing (wear) a red shirt today.</w:t>
      </w:r>
    </w:p>
    <w:p>
      <w:pPr>
        <w:spacing w:before="0" w:after="40"/>
        <w:jc w:val="both"/>
      </w:pPr>
      <w:r>
        <w:rPr/>
        <w:t>b. The birds are singing (sing) in the tree.</w:t>
      </w:r>
    </w:p>
    <w:p>
      <w:pPr>
        <w:spacing w:before="0" w:after="40"/>
        <w:jc w:val="both"/>
      </w:pPr>
      <w:r>
        <w:rPr/>
        <w:t>c. I am making (make) a card for Mom.</w:t>
      </w:r>
    </w:p>
    <w:p>
      <w:pPr>
        <w:spacing w:before="0" w:after="40"/>
        <w:jc w:val="both"/>
      </w:pPr>
      <w:r>
        <w:rPr/>
        <w:t>d. Look! Itay is climbing (climb) the wall.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do, does, don't or doesn't.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ב-‎do, does, don't‎ או ‎doesn't‎.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‎do‎ أو ‎does‎ أو ‎don't‎ أو ‎doesn't‎.</w:t>
      </w:r>
    </w:p>
    <w:p>
      <w:pPr>
        <w:spacing w:before="0" w:after="40"/>
        <w:jc w:val="both"/>
      </w:pPr>
      <w:r>
        <w:rPr/>
        <w:t>a. Do you like ice cream? Yes, I do.</w:t>
      </w:r>
    </w:p>
    <w:p>
      <w:pPr>
        <w:spacing w:before="0" w:after="40"/>
        <w:jc w:val="both"/>
      </w:pPr>
      <w:r>
        <w:rPr/>
        <w:t>b. Maya doesn't eat meat. She is a vegetarian.</w:t>
      </w:r>
    </w:p>
    <w:p>
      <w:pPr>
        <w:spacing w:before="0" w:after="40"/>
        <w:jc w:val="both"/>
      </w:pPr>
      <w:r>
        <w:rPr/>
        <w:t>c. Does your brother play the drums?</w:t>
      </w:r>
    </w:p>
    <w:p>
      <w:pPr>
        <w:spacing w:before="0" w:after="40"/>
        <w:jc w:val="both"/>
      </w:pPr>
      <w:r>
        <w:rPr/>
        <w:t>d. We don't have school on Saturday.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Write questions and short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שאלות ותשובות קצרות.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أسئلة وإجابات قصيرة.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Short answer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Noam is reading.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Is Noam reading?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he is.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play chess.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 they play chess?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they do.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is not dancing.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Is she dancing?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No, she isn't.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Circle the time word, then complete with the correct form of the verb.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מילת הזמן, ואז השלימו בצורה הנכונה של הפועל.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كلمة الزمن، ثم أكمل بالصيغة الصحيحة للفعل.</w:t>
      </w:r>
    </w:p>
    <w:p>
      <w:pPr>
        <w:spacing w:before="0" w:after="40"/>
        <w:jc w:val="both"/>
      </w:pPr>
      <w:r>
        <w:rPr/>
        <w:t>a. We sometimes go (go) camping in the summer.</w:t>
      </w:r>
    </w:p>
    <w:p>
      <w:pPr>
        <w:spacing w:before="0" w:after="40"/>
        <w:jc w:val="both"/>
      </w:pPr>
      <w:r>
        <w:rPr/>
        <w:t>b. At the moment Dad is washing (wash) the car.</w:t>
      </w:r>
    </w:p>
    <w:p>
      <w:pPr>
        <w:spacing w:before="0" w:after="40"/>
        <w:jc w:val="both"/>
      </w:pPr>
      <w:r>
        <w:rPr/>
        <w:t>c. Daniel doesn't eat (not / eat) breakfast every day.</w:t>
      </w:r>
    </w:p>
    <w:p>
      <w:pPr>
        <w:spacing w:before="0" w:after="40"/>
        <w:jc w:val="both"/>
      </w:pPr>
      <w:r>
        <w:rPr/>
        <w:t>d. Today Yoav is helping (help) his grandma in the garden.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the message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ההודעה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الرسالة وضع دائرة حول الإجابة الصحيحة.</w:t>
      </w:r>
    </w:p>
    <w:p>
      <w:pPr>
        <w:spacing w:before="0" w:after="20"/>
        <w:jc w:val="both"/>
      </w:pPr>
      <w:r>
        <w:rPr/>
        <w:t>a. Where is Tom now?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near a river</w:t>
      </w:r>
    </w:p>
    <w:p>
      <w:pPr>
        <w:spacing w:before="0" w:after="20"/>
        <w:jc w:val="both"/>
      </w:pPr>
      <w:r>
        <w:rPr/>
        <w:t>b. What is the teacher doing?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reading a map</w:t>
      </w:r>
    </w:p>
    <w:p>
      <w:pPr>
        <w:spacing w:before="0" w:after="20"/>
        <w:jc w:val="both"/>
      </w:pPr>
      <w:r>
        <w:rPr/>
        <w:t>c. When does Tom wake up on the trip?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at six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Answer according to the text. Complete the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לפי הטקסט. השלימו את המשפטים.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حسب النص. أكمل الجمل.</w:t>
      </w:r>
    </w:p>
    <w:p>
      <w:pPr>
        <w:spacing w:before="0" w:after="40"/>
        <w:jc w:val="both"/>
      </w:pPr>
      <w:r>
        <w:rPr/>
        <w:t>a. Omer is taking photos of everyone.</w:t>
      </w:r>
    </w:p>
    <w:p>
      <w:pPr>
        <w:spacing w:before="0" w:after="40"/>
        <w:jc w:val="both"/>
      </w:pPr>
      <w:r>
        <w:rPr/>
        <w:t>b. At home Tom usually plays computer games.</w:t>
      </w:r>
    </w:p>
    <w:p>
      <w:pPr>
        <w:spacing w:before="0" w:after="40"/>
        <w:jc w:val="both"/>
      </w:pPr>
      <w:r>
        <w:rPr/>
        <w:t>c. Every morning the children walk for four hours.</w:t>
      </w:r>
    </w:p>
    <w:p>
      <w:pPr>
        <w:spacing w:before="0" w:after="40"/>
        <w:jc w:val="both"/>
      </w:pPr>
      <w:r>
        <w:rPr/>
        <w:t>d. Right now Tom is eating an orange.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Tom loves the early mornings. – False – He doesn't love the early mornings.</w:t>
      </w:r>
    </w:p>
    <w:p>
      <w:pPr>
        <w:spacing w:before="0" w:after="40"/>
        <w:jc w:val="both"/>
      </w:pPr>
      <w:r>
        <w:rPr/>
        <w:t>b. There are no computers on the trip. – True</w:t>
      </w:r>
    </w:p>
    <w:p>
      <w:pPr>
        <w:spacing w:before="0" w:after="40"/>
        <w:jc w:val="both"/>
      </w:pPr>
      <w:r>
        <w:rPr/>
        <w:t>c. Tom is drinking hot tea. – False – He is drinking cold water.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Find the mistake and write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الصحيحة.</w:t>
      </w:r>
    </w:p>
    <w:p>
      <w:pPr>
        <w:spacing w:before="0" w:after="100"/>
        <w:jc w:val="both"/>
      </w:pPr>
      <w:r>
        <w:rPr/>
        <w:t>a. She play tennis every day.  → She plays tennis every day.</w:t>
      </w:r>
    </w:p>
    <w:p>
      <w:pPr>
        <w:spacing w:before="0" w:after="100"/>
        <w:jc w:val="both"/>
      </w:pPr>
      <w:r>
        <w:rPr/>
        <w:t>b. Look! The boys is running.  → Look! The boys are running.</w:t>
      </w:r>
    </w:p>
    <w:p>
      <w:pPr>
        <w:spacing w:before="0" w:after="100"/>
        <w:jc w:val="both"/>
      </w:pPr>
      <w:r>
        <w:rPr/>
        <w:t>c. Do Noa like music?  → Does Noa like music?</w:t>
      </w:r>
    </w:p>
    <w:p>
      <w:pPr>
        <w:spacing w:before="0" w:after="100"/>
        <w:jc w:val="both"/>
      </w:pPr>
      <w:r>
        <w:rPr/>
        <w:t>d. I am usually walking to school.  → I usually walk to school.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Look around you. Write 4 sentences about what people are doing right now, and one sentence about what they usually do.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סביבכם. כתבו 4 משפטים על מה שאנשים עושים ממש עכשיו, ומשפט אחד על מה שהם עושים בדרך כלל.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حولك. اكتب 4 جمل عمّا يفعله الناس الآن، وجملة واحدة عمّا يفعلونه عادةً.</w:t>
      </w:r>
    </w:p>
    <w:p>
      <w:pPr>
        <w:spacing w:before="0" w:after="80"/>
        <w:jc w:val="both"/>
      </w:pPr>
      <w:r>
        <w:rPr>
          <w:color w:val="0F7A4F"/>
        </w:rPr>
        <w:t>Possible answer: My friend is writing in her notebook. The teacher is sitting at her desk. Two boys are talking. I am thinking about the answer. Usually we play outside at this time.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1E3A8A"/>
          <w:sz w:val="30"/>
          <w:szCs w:val="30"/>
        </w:rPr>
        <w:t>Unit 2: Past simple: negatives and questions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base form to the past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צורת הבסיס לצורת העבר.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الصيغة الأساسية بصيغة الماضي.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drink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[7] sat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give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sang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find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found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sing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[8] told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get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got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run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ran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7. sit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gave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8. tell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drank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the past simple of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ב־‎past simple‎ של הפועל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‎past simple‎ للفعل الذي بين القوسين.</w:t>
      </w:r>
    </w:p>
    <w:p>
      <w:pPr>
        <w:spacing w:before="0" w:after="40"/>
        <w:jc w:val="both"/>
      </w:pPr>
      <w:r>
        <w:rPr/>
        <w:t>a. Yesterday we baked (bake) cookies.</w:t>
      </w:r>
    </w:p>
    <w:p>
      <w:pPr>
        <w:spacing w:before="0" w:after="40"/>
        <w:jc w:val="both"/>
      </w:pPr>
      <w:r>
        <w:rPr/>
        <w:t>b. Noa lost (lose) her pencil case.</w:t>
      </w:r>
    </w:p>
    <w:p>
      <w:pPr>
        <w:spacing w:before="0" w:after="40"/>
        <w:jc w:val="both"/>
      </w:pPr>
      <w:r>
        <w:rPr/>
        <w:t>c. The boys ran (run) to the gate.</w:t>
      </w:r>
    </w:p>
    <w:p>
      <w:pPr>
        <w:spacing w:before="0" w:after="40"/>
        <w:jc w:val="both"/>
      </w:pPr>
      <w:r>
        <w:rPr/>
        <w:t>d. I cried (cry) at the end of the movie.</w:t>
      </w:r>
    </w:p>
    <w:p>
      <w:pPr>
        <w:spacing w:before="0" w:after="40"/>
        <w:jc w:val="both"/>
      </w:pPr>
      <w:r>
        <w:rPr/>
        <w:t>e. Grandpa told (tell) us a funny story.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Correct or not correct? Sort the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מיינו את המשפטים.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صحيحة أم غير صحيحة؟ صنّف الجمل.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Correct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Not correct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He didn't go., Did you see it?, We didn't play.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He didn't went., Did you saw it?, She didn't ate.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did or didn't.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ב-‎did‎ או ‎didn't‎.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‎did‎ أو ‎didn't‎.</w:t>
      </w:r>
    </w:p>
    <w:p>
      <w:pPr>
        <w:spacing w:before="0" w:after="40"/>
        <w:jc w:val="both"/>
      </w:pPr>
      <w:r>
        <w:rPr/>
        <w:t>a. Did you have a good time at the party? Yes, I did.</w:t>
      </w:r>
    </w:p>
    <w:p>
      <w:pPr>
        <w:spacing w:before="0" w:after="40"/>
        <w:jc w:val="both"/>
      </w:pPr>
      <w:r>
        <w:rPr/>
        <w:t>b. Omer was sick, so he didn't come to school.</w:t>
      </w:r>
    </w:p>
    <w:p>
      <w:pPr>
        <w:spacing w:before="0" w:after="40"/>
        <w:jc w:val="both"/>
      </w:pPr>
      <w:r>
        <w:rPr/>
        <w:t>c. I didn't hear the bell. Sorry I'm late!</w:t>
      </w:r>
    </w:p>
    <w:p>
      <w:pPr>
        <w:spacing w:before="0" w:after="40"/>
        <w:jc w:val="both"/>
      </w:pPr>
      <w:r>
        <w:rPr/>
        <w:t>d. What did your teacher say?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question.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השאלה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السؤال الصحيح.</w:t>
      </w:r>
    </w:p>
    <w:p>
      <w:pPr>
        <w:spacing w:before="0" w:after="20"/>
        <w:jc w:val="both"/>
      </w:pPr>
      <w:r>
        <w:rPr/>
        <w:t>a. Which question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Where did you go?</w:t>
      </w:r>
    </w:p>
    <w:p>
      <w:pPr>
        <w:spacing w:before="0" w:after="20"/>
        <w:jc w:val="both"/>
      </w:pPr>
      <w:r>
        <w:rPr/>
        <w:t>b. Which question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Did she buy a dress?</w:t>
      </w:r>
    </w:p>
    <w:p>
      <w:pPr>
        <w:spacing w:before="0" w:after="20"/>
        <w:jc w:val="both"/>
      </w:pPr>
      <w:r>
        <w:rPr/>
        <w:t>c. Which question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What did they eat?</w:t>
      </w:r>
    </w:p>
    <w:p>
      <w:pPr>
        <w:spacing w:before="0" w:after="20"/>
        <w:jc w:val="both"/>
      </w:pPr>
      <w:r>
        <w:rPr/>
        <w:t>d. Which question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Why did Tom leave?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Positive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Negative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swam.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She didn't swim.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Did she swim?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They sang.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didn't sing.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Did they sing?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You slept well.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You didn't sleep well.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Did you sleep well?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 took a photo.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He didn't take a photo.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Did he take a photo?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Write the question. Use the word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השאלה. השתמשו במילה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السؤال. استعمل الكلمة التي بين القوسين.</w:t>
      </w:r>
    </w:p>
    <w:p>
      <w:pPr>
        <w:spacing w:before="0" w:after="40"/>
        <w:jc w:val="both"/>
      </w:pPr>
      <w:r>
        <w:rPr/>
        <w:t>a. (Where) Where did you buy your shoes? At the mall.</w:t>
      </w:r>
    </w:p>
    <w:p>
      <w:pPr>
        <w:spacing w:before="0" w:after="40"/>
        <w:jc w:val="both"/>
      </w:pPr>
      <w:r>
        <w:rPr/>
        <w:t>b. (What) What did Ariel see at the zoo? A lion.</w:t>
      </w:r>
    </w:p>
    <w:p>
      <w:pPr>
        <w:spacing w:before="0" w:after="40"/>
        <w:jc w:val="both"/>
      </w:pPr>
      <w:r>
        <w:rPr/>
        <w:t>c. (When) When did the game start? At six.</w:t>
      </w:r>
    </w:p>
    <w:p>
      <w:pPr>
        <w:spacing w:before="0" w:after="40"/>
        <w:jc w:val="both"/>
      </w:pPr>
      <w:r>
        <w:rPr/>
        <w:t>d. (How) How did you get to school? By bike.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mistake and write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الصحيحة.</w:t>
      </w:r>
    </w:p>
    <w:p>
      <w:pPr>
        <w:spacing w:before="0" w:after="100"/>
        <w:jc w:val="both"/>
      </w:pPr>
      <w:r>
        <w:rPr/>
        <w:t>a. I didn't saw the show.  → I didn't see the show.</w:t>
      </w:r>
    </w:p>
    <w:p>
      <w:pPr>
        <w:spacing w:before="0" w:after="100"/>
        <w:jc w:val="both"/>
      </w:pPr>
      <w:r>
        <w:rPr/>
        <w:t>b. Did Maya went home?  → Did Maya go home?</w:t>
      </w:r>
    </w:p>
    <w:p>
      <w:pPr>
        <w:spacing w:before="0" w:after="100"/>
        <w:jc w:val="both"/>
      </w:pPr>
      <w:r>
        <w:rPr/>
        <w:t>c. They don't come to the party yesterday.  → They didn't come to the party yesterday.</w:t>
      </w:r>
    </w:p>
    <w:p>
      <w:pPr>
        <w:spacing w:before="0" w:after="100"/>
        <w:jc w:val="both"/>
      </w:pPr>
      <w:r>
        <w:rPr/>
        <w:t>d. Where you did put my book?  → Where did you put my book?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the text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وضع دائرة حول الإجابة الصحيحة.</w:t>
      </w:r>
    </w:p>
    <w:p>
      <w:pPr>
        <w:spacing w:before="0" w:after="20"/>
        <w:jc w:val="both"/>
      </w:pPr>
      <w:r>
        <w:rPr/>
        <w:t>a. How old was Daniel last Friday?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twelve</w:t>
      </w:r>
    </w:p>
    <w:p>
      <w:pPr>
        <w:spacing w:before="0" w:after="20"/>
        <w:jc w:val="both"/>
      </w:pPr>
      <w:r>
        <w:rPr/>
        <w:t>b. Why didn't Daniel feel happy in the morning?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His friends didn't say anything.</w:t>
      </w:r>
    </w:p>
    <w:p>
      <w:pPr>
        <w:spacing w:before="0" w:after="20"/>
        <w:jc w:val="both"/>
      </w:pPr>
      <w:r>
        <w:rPr/>
        <w:t>c. What did Daniel's friends make for him?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video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Daniel's friends gave him a card at school. – False – Nobody gave him a card.</w:t>
      </w:r>
    </w:p>
    <w:p>
      <w:pPr>
        <w:spacing w:before="0" w:after="40"/>
        <w:jc w:val="both"/>
      </w:pPr>
      <w:r>
        <w:rPr/>
        <w:t>b. Daniel's mom answered his question. – False – She didn't answer. She just smiled.</w:t>
      </w:r>
    </w:p>
    <w:p>
      <w:pPr>
        <w:spacing w:before="0" w:after="40"/>
        <w:jc w:val="both"/>
      </w:pPr>
      <w:r>
        <w:rPr/>
        <w:t>c. Daniel's grandparents came to the party.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Complete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الأسئلة حول النص.</w:t>
      </w:r>
    </w:p>
    <w:p>
      <w:pPr>
        <w:spacing w:before="0" w:after="40"/>
        <w:jc w:val="both"/>
      </w:pPr>
      <w:r>
        <w:rPr/>
        <w:t>a. Where did the party take place? At the community center.</w:t>
      </w:r>
    </w:p>
    <w:p>
      <w:pPr>
        <w:spacing w:before="0" w:after="40"/>
        <w:jc w:val="both"/>
      </w:pPr>
      <w:r>
        <w:rPr/>
        <w:t>b. Did Daniel's mom plan the party? Yes, she did.</w:t>
      </w:r>
    </w:p>
    <w:p>
      <w:pPr>
        <w:spacing w:before="0" w:after="40"/>
        <w:jc w:val="both"/>
      </w:pPr>
      <w:r>
        <w:rPr/>
        <w:t>c. What did everyone shout? «Surprise!»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Imagine you were at Daniel's party. Write 3–4 sentences: what did you do, and what didn't you do?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דמיינו שהייתם במסיבה של דניאל. כתבו 3–4 משפטים: מה עשיתם, ומה לא עשיתם?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تخيّل أنك كنت في حفلة دانيال. اكتب 3–4 جمل: ماذا فعلت، وماذا لم تفعل؟</w:t>
      </w:r>
    </w:p>
    <w:p>
      <w:pPr>
        <w:spacing w:before="0" w:after="80"/>
        <w:jc w:val="both"/>
      </w:pPr>
      <w:r>
        <w:rPr>
          <w:color w:val="0F7A4F"/>
        </w:rPr>
        <w:t>Possible answer: I came early and helped with the balloons. I ate a big piece of cake. I didn't sing very well, but I danced a lot. I didn't want to go home!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3 questions to ask a friend about his or her last vacation. Use did.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3 שאלות לשאול חבר או חברה על החופשה האחרונה שלהם. השתמשו ב-‎did‎.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3 أسئلة تسأل بها صديقًا أو صديقة عن عطلته الأخيرة. استعمل ‎did‎.</w:t>
      </w:r>
    </w:p>
    <w:p>
      <w:pPr>
        <w:spacing w:before="0" w:after="80"/>
        <w:jc w:val="both"/>
      </w:pPr>
      <w:r>
        <w:rPr>
          <w:color w:val="0F7A4F"/>
        </w:rPr>
        <w:t>Possible answer: Where did you go? Did you swim in the sea? What did you like best?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1E3A8A"/>
          <w:sz w:val="30"/>
          <w:szCs w:val="30"/>
        </w:rPr>
        <w:t>Unit 3: "Going to" for future plans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Sort the time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מילות הזמן.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كلمات الزمن.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Future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last night, yesterday, a year ago, in 2020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next month, soon, this summer, on Sunday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plans to the reasons.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התוכניות לסיבות.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الخطط بالأسباب.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I'm going to wear a coat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because she is thirsty.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Ben is going to study hard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because it's Mom's birthday.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We are going to buy flowers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because it's raining.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They are going to take an umbrella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because it's cold.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Noa is going to drink water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because he has a test.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the correct form of going to and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בצורה הנכונה של ‎going to‎ ובפועל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بالصيغة الصحيحة لـ ‎going to‎ والفعل الذي بين القوسين.</w:t>
      </w:r>
    </w:p>
    <w:p>
      <w:pPr>
        <w:spacing w:before="0" w:after="40"/>
        <w:jc w:val="both"/>
      </w:pPr>
      <w:r>
        <w:rPr/>
        <w:t>a. Next week I am going to start (start) guitar lessons.</w:t>
      </w:r>
    </w:p>
    <w:p>
      <w:pPr>
        <w:spacing w:before="0" w:after="40"/>
        <w:jc w:val="both"/>
      </w:pPr>
      <w:r>
        <w:rPr/>
        <w:t>b. Tamar is going to paint (paint) a picture for her grandma.</w:t>
      </w:r>
    </w:p>
    <w:p>
      <w:pPr>
        <w:spacing w:before="0" w:after="40"/>
        <w:jc w:val="both"/>
      </w:pPr>
      <w:r>
        <w:rPr/>
        <w:t>c. My cousins are going to stay (stay) with us this summer.</w:t>
      </w:r>
    </w:p>
    <w:p>
      <w:pPr>
        <w:spacing w:before="0" w:after="40"/>
        <w:jc w:val="both"/>
      </w:pPr>
      <w:r>
        <w:rPr/>
        <w:t>d. Daniel is going to ride (ride) his new bike tomorrow.</w:t>
      </w:r>
    </w:p>
    <w:p>
      <w:pPr>
        <w:spacing w:before="0" w:after="40"/>
        <w:jc w:val="both"/>
      </w:pPr>
      <w:r>
        <w:rPr/>
        <w:t>e. We are going to watch (watch) the fireworks tonight.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الجملة الصحيحة.</w:t>
      </w:r>
    </w:p>
    <w:p>
      <w:pPr>
        <w:spacing w:before="0" w:after="20"/>
        <w:jc w:val="both"/>
      </w:pPr>
      <w:r>
        <w:rPr/>
        <w:t>a. Which sentence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 is going to sleep.</w:t>
      </w:r>
    </w:p>
    <w:p>
      <w:pPr>
        <w:spacing w:before="0" w:after="20"/>
        <w:jc w:val="both"/>
      </w:pPr>
      <w:r>
        <w:rPr/>
        <w:t>b. Which sentence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Are you going to eat?</w:t>
      </w:r>
    </w:p>
    <w:p>
      <w:pPr>
        <w:spacing w:before="0" w:after="20"/>
        <w:jc w:val="both"/>
      </w:pPr>
      <w:r>
        <w:rPr/>
        <w:t>c. Which sentence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They aren't going to come.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the questions with a question word from the box.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השאלות במילת שאלה מהתיבה.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الأسئلة بكلمة سؤال من المربع.</w:t>
      </w:r>
    </w:p>
    <w:p>
      <w:pPr>
        <w:spacing w:before="0" w:after="40"/>
        <w:jc w:val="both"/>
      </w:pPr>
      <w:r>
        <w:rPr/>
        <w:t>a. Who are you going to invite? Noam and Ben.</w:t>
      </w:r>
    </w:p>
    <w:p>
      <w:pPr>
        <w:spacing w:before="0" w:after="40"/>
        <w:jc w:val="both"/>
      </w:pPr>
      <w:r>
        <w:rPr/>
        <w:t>b. What is Maya going to do after school? Her homework.</w:t>
      </w:r>
    </w:p>
    <w:p>
      <w:pPr>
        <w:spacing w:before="0" w:after="40"/>
        <w:jc w:val="both"/>
      </w:pPr>
      <w:r>
        <w:rPr/>
        <w:t>c. How are we going to get there? By train.</w:t>
      </w:r>
    </w:p>
    <w:p>
      <w:pPr>
        <w:spacing w:before="0" w:after="40"/>
        <w:jc w:val="both"/>
      </w:pPr>
      <w:r>
        <w:rPr/>
        <w:t>d. When are they going to fly? On Monday morning.</w:t>
      </w:r>
    </w:p>
    <w:p>
      <w:pPr>
        <w:spacing w:before="0" w:after="40"/>
        <w:jc w:val="both"/>
      </w:pPr>
      <w:r>
        <w:rPr/>
        <w:t>e. Where is Itay going to sleep? At his friend's house.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Read Ariel's diary for next week and write sentences with going to.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היומן של אריאל לשבוע הבא וכתבו משפטים עם ‎going to‎.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مفكّرة أريئيل للأسبوع القادم واكتب جملًا مع ‎going to‎.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Day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Plan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Sunday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play tennis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On Sunday Ariel is going to play tennis.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Tuesday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visit Grandpa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On Tuesday he is going to visit Grandpa.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Thursday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go to the dentist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On Thursday he is going to go to the dentist.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Friday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bake a cake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On Friday he is going to bake a cake.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Find the mistake and write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الصحيحة.</w:t>
      </w:r>
    </w:p>
    <w:p>
      <w:pPr>
        <w:spacing w:before="0" w:after="100"/>
        <w:jc w:val="both"/>
      </w:pPr>
      <w:r>
        <w:rPr/>
        <w:t>a. I am going to plays football.  → I am going to play football.</w:t>
      </w:r>
    </w:p>
    <w:p>
      <w:pPr>
        <w:spacing w:before="0" w:after="100"/>
        <w:jc w:val="both"/>
      </w:pPr>
      <w:r>
        <w:rPr/>
        <w:t>b. She are going to call you.  → She is going to call you.</w:t>
      </w:r>
    </w:p>
    <w:p>
      <w:pPr>
        <w:spacing w:before="0" w:after="100"/>
        <w:jc w:val="both"/>
      </w:pPr>
      <w:r>
        <w:rPr/>
        <w:t>c. Is going to rain tomorrow?  → Is it going to rain tomorrow?</w:t>
      </w:r>
    </w:p>
    <w:p>
      <w:pPr>
        <w:spacing w:before="0" w:after="100"/>
        <w:jc w:val="both"/>
      </w:pPr>
      <w:r>
        <w:rPr/>
        <w:t>d. We not going to be late.  → We aren't going to be late.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Yoav is going to raise money for a hospital. – False – He is going to raise money for the animal shelter.</w:t>
      </w:r>
    </w:p>
    <w:p>
      <w:pPr>
        <w:spacing w:before="0" w:after="40"/>
        <w:jc w:val="both"/>
      </w:pPr>
      <w:r>
        <w:rPr/>
        <w:t>b. Ariel is going to help Yoav wash cars. – True</w:t>
      </w:r>
    </w:p>
    <w:p>
      <w:pPr>
        <w:spacing w:before="0" w:after="40"/>
        <w:jc w:val="both"/>
      </w:pPr>
      <w:r>
        <w:rPr/>
        <w:t>c. Yoav is going to keep some of the money. – False – He isn't going to keep any of the money.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Answer the questions about the text. Complete the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 השלימו את התשובות.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النص. أكمل الإجابات.</w:t>
      </w:r>
    </w:p>
    <w:p>
      <w:pPr>
        <w:spacing w:before="0" w:after="40"/>
        <w:jc w:val="both"/>
      </w:pPr>
      <w:r>
        <w:rPr/>
        <w:t>a. When is Yoav going to wash cars? Every Friday.</w:t>
      </w:r>
    </w:p>
    <w:p>
      <w:pPr>
        <w:spacing w:before="0" w:after="40"/>
        <w:jc w:val="both"/>
      </w:pPr>
      <w:r>
        <w:rPr/>
        <w:t>b. What are Yoav and Shira going to sell? Lemonade.</w:t>
      </w:r>
    </w:p>
    <w:p>
      <w:pPr>
        <w:spacing w:before="0" w:after="40"/>
        <w:jc w:val="both"/>
      </w:pPr>
      <w:r>
        <w:rPr/>
        <w:t>c. Who is going to make a sign? Shira's mom.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Think about the text and circle the best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חשבו על הטקסט והקיפו את התשובה הטובה ביותר.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فكّر في النص وضع دائرة حول أفضل إجابة.</w:t>
      </w:r>
    </w:p>
    <w:p>
      <w:pPr>
        <w:spacing w:before="0" w:after="20"/>
        <w:jc w:val="both"/>
      </w:pPr>
      <w:r>
        <w:rPr/>
        <w:t>a. What word describes Yoav best?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kind</w:t>
      </w:r>
    </w:p>
    <w:p>
      <w:pPr>
        <w:spacing w:before="0" w:after="20"/>
        <w:jc w:val="both"/>
      </w:pPr>
      <w:r>
        <w:rPr/>
        <w:t>b. What do you think Yoav wants at the end?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to adopt a dog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Write 3 questions you want to ask Yoav about his plan. Use going to.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3 שאלות שהייתם רוצים לשאול את יואב על התוכנית שלו. השתמשו ב-‎going to‎.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3 أسئلة تريد أن تسألها ليوآف عن خطته. استعمل ‎going to‎.</w:t>
      </w:r>
    </w:p>
    <w:p>
      <w:pPr>
        <w:spacing w:before="0" w:after="80"/>
        <w:jc w:val="both"/>
      </w:pPr>
      <w:r>
        <w:rPr>
          <w:color w:val="0F7A4F"/>
        </w:rPr>
        <w:t>Possible answer: How much money are you going to raise? Are your friends going to help you? Which dog are you going to bring home?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What are you going to do this summer? Write 4 sentences: three plans and one thing you are not going to do.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אתם הולכים לעשות בקיץ הזה? כתבו 4 משפטים: שלוש תוכניות ודבר אחד שאתם לא הולכים לעשות.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ستفعل في هذا الصيف؟ اكتب 4 جمل: ثلاث خطط وشيئًا واحدًا لن تفعله.</w:t>
      </w:r>
    </w:p>
    <w:p>
      <w:pPr>
        <w:spacing w:before="0" w:after="80"/>
        <w:jc w:val="both"/>
      </w:pPr>
      <w:r>
        <w:rPr>
          <w:color w:val="0F7A4F"/>
        </w:rPr>
        <w:t>Possible answer: This summer I am going to go to a sports camp. I am going to read three books. My family is going to visit Eilat. I am not going to get up early!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1E3A8A"/>
          <w:sz w:val="30"/>
          <w:szCs w:val="30"/>
        </w:rPr>
        <w:t>Unit 4: Comparatives and superlatives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Write the comparative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ההשוואה.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المقارنة.</w:t>
      </w:r>
    </w:p>
    <w:p>
      <w:pPr>
        <w:spacing w:before="0" w:after="40"/>
        <w:jc w:val="both"/>
      </w:pPr>
      <w:r>
        <w:rPr/>
        <w:t>a. long → longer</w:t>
      </w:r>
    </w:p>
    <w:p>
      <w:pPr>
        <w:spacing w:before="0" w:after="40"/>
        <w:jc w:val="both"/>
      </w:pPr>
      <w:r>
        <w:rPr/>
        <w:t>b. late → later</w:t>
      </w:r>
    </w:p>
    <w:p>
      <w:pPr>
        <w:spacing w:before="0" w:after="40"/>
        <w:jc w:val="both"/>
      </w:pPr>
      <w:r>
        <w:rPr/>
        <w:t>c. busy → busier</w:t>
      </w:r>
    </w:p>
    <w:p>
      <w:pPr>
        <w:spacing w:before="0" w:after="40"/>
        <w:jc w:val="both"/>
      </w:pPr>
      <w:r>
        <w:rPr/>
        <w:t>d. thin → thinner</w:t>
      </w:r>
    </w:p>
    <w:p>
      <w:pPr>
        <w:spacing w:before="0" w:after="40"/>
        <w:jc w:val="both"/>
      </w:pPr>
      <w:r>
        <w:rPr/>
        <w:t>e. far → farther</w:t>
      </w:r>
    </w:p>
    <w:p>
      <w:pPr>
        <w:spacing w:before="0" w:after="40"/>
        <w:jc w:val="both"/>
      </w:pPr>
      <w:r>
        <w:rPr/>
        <w:t>f. careful → more careful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superlative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ההפלגה.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التفضيل.</w:t>
      </w:r>
    </w:p>
    <w:p>
      <w:pPr>
        <w:spacing w:before="0" w:after="40"/>
        <w:jc w:val="both"/>
      </w:pPr>
      <w:r>
        <w:rPr/>
        <w:t>a. short → the shortest</w:t>
      </w:r>
    </w:p>
    <w:p>
      <w:pPr>
        <w:spacing w:before="0" w:after="40"/>
        <w:jc w:val="both"/>
      </w:pPr>
      <w:r>
        <w:rPr/>
        <w:t>b. safe → the safest</w:t>
      </w:r>
    </w:p>
    <w:p>
      <w:pPr>
        <w:spacing w:before="0" w:after="40"/>
        <w:jc w:val="both"/>
      </w:pPr>
      <w:r>
        <w:rPr/>
        <w:t>c. heavy → the heaviest</w:t>
      </w:r>
    </w:p>
    <w:p>
      <w:pPr>
        <w:spacing w:before="0" w:after="40"/>
        <w:jc w:val="both"/>
      </w:pPr>
      <w:r>
        <w:rPr/>
        <w:t>d. wet → the wettest</w:t>
      </w:r>
    </w:p>
    <w:p>
      <w:pPr>
        <w:spacing w:before="0" w:after="40"/>
        <w:jc w:val="both"/>
      </w:pPr>
      <w:r>
        <w:rPr/>
        <w:t>e. bad → the worst</w:t>
      </w:r>
    </w:p>
    <w:p>
      <w:pPr>
        <w:spacing w:before="0" w:after="40"/>
        <w:jc w:val="both"/>
      </w:pPr>
      <w:r>
        <w:rPr/>
        <w:t>f. important → the most important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beginnings and the endings.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תחילת המשפט לסופו.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بداية كل جملة بنهايتها.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 giraffe is taller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in August than in March.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Jupiter is the biggest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planet in our solar system.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Chess is more difficult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grade in the test.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Shira got the best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than checkers.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The sea is warmer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than a zebra.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Correct or not correct? Sort.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מיינו.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صحيحة أم غير صحيحة؟ صنّف.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Correct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Not correct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faster, the most beautiful, better, bigger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more fast, the beautifullest, gooder, biger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Yoav is ___ boy in the class.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 youngest</w:t>
      </w:r>
    </w:p>
    <w:p>
      <w:pPr>
        <w:spacing w:before="0" w:after="20"/>
        <w:jc w:val="both"/>
      </w:pPr>
      <w:r>
        <w:rPr/>
        <w:t>b. My room is ___ than my brother's room.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cleaner</w:t>
      </w:r>
    </w:p>
    <w:p>
      <w:pPr>
        <w:spacing w:before="0" w:after="20"/>
        <w:jc w:val="both"/>
      </w:pPr>
      <w:r>
        <w:rPr/>
        <w:t>c. Today is ___ than yesterday.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sunnier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Omer is 11 years old and 1.40 m tall. Itay is 12 and 1.45 m tall. Tom is 13 and 1.38 m tall. Complete with a comparative or a superlative.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עומר בן 11 וגובהו 1.40 מ'. איתי בן 12 וגובהו 1.45 מ'. תום בן 13 וגובהו 1.38 מ'. השלימו בצורת השוואה או בצורת הפלגה.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عومر عمره 11 سنة وطوله 1.40 م. إيتاي عمره 12 سنة وطوله 1.45 م. توم عمره 13 سنة وطوله 1.38 م. أكمل بصيغة المقارنة أو بصيغة التفضيل.</w:t>
      </w:r>
    </w:p>
    <w:p>
      <w:pPr>
        <w:spacing w:before="0" w:after="40"/>
        <w:jc w:val="both"/>
      </w:pPr>
      <w:r>
        <w:rPr/>
        <w:t>a. Itay is older (old) than Omer.</w:t>
      </w:r>
    </w:p>
    <w:p>
      <w:pPr>
        <w:spacing w:before="0" w:after="40"/>
        <w:jc w:val="both"/>
      </w:pPr>
      <w:r>
        <w:rPr/>
        <w:t>b. Tom is the oldest (old) of the three boys.</w:t>
      </w:r>
    </w:p>
    <w:p>
      <w:pPr>
        <w:spacing w:before="0" w:after="40"/>
        <w:jc w:val="both"/>
      </w:pPr>
      <w:r>
        <w:rPr/>
        <w:t>c. Itay is the tallest (tall) boy.</w:t>
      </w:r>
    </w:p>
    <w:p>
      <w:pPr>
        <w:spacing w:before="0" w:after="40"/>
        <w:jc w:val="both"/>
      </w:pPr>
      <w:r>
        <w:rPr/>
        <w:t>d. Tom is shorter (short) than Omer.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Find the mistake and write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الصحيحة.</w:t>
      </w:r>
    </w:p>
    <w:p>
      <w:pPr>
        <w:spacing w:before="0" w:after="100"/>
        <w:jc w:val="both"/>
      </w:pPr>
      <w:r>
        <w:rPr/>
        <w:t>a. My dog is more big than your dog.  → My dog is bigger than your dog.</w:t>
      </w:r>
    </w:p>
    <w:p>
      <w:pPr>
        <w:spacing w:before="0" w:after="100"/>
        <w:jc w:val="both"/>
      </w:pPr>
      <w:r>
        <w:rPr/>
        <w:t>b. This is the most cheap shirt in the shop.  → This is the cheapest shirt in the shop.</w:t>
      </w:r>
    </w:p>
    <w:p>
      <w:pPr>
        <w:spacing w:before="0" w:after="100"/>
        <w:jc w:val="both"/>
      </w:pPr>
      <w:r>
        <w:rPr/>
        <w:t>c. Maya is more taller than Noa.  → Maya is taller than Noa.</w:t>
      </w:r>
    </w:p>
    <w:p>
      <w:pPr>
        <w:spacing w:before="0" w:after="100"/>
        <w:jc w:val="both"/>
      </w:pPr>
      <w:r>
        <w:rPr/>
        <w:t>d. It is the goodest cake ever!  → It is the best cake ever!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Read the text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وضع دائرة حول الإجابة الصحيحة.</w:t>
      </w:r>
    </w:p>
    <w:p>
      <w:pPr>
        <w:spacing w:before="0" w:after="20"/>
        <w:jc w:val="both"/>
      </w:pPr>
      <w:r>
        <w:rPr/>
        <w:t>a. Which place gets the most votes?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 water park</w:t>
      </w:r>
    </w:p>
    <w:p>
      <w:pPr>
        <w:spacing w:before="0" w:after="20"/>
        <w:jc w:val="both"/>
      </w:pPr>
      <w:r>
        <w:rPr/>
        <w:t>b. Why does Ben like the nature reserve?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It's quieter.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Complete the sentences according to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המשפטים לפי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الجمل حسب النص.</w:t>
      </w:r>
    </w:p>
    <w:p>
      <w:pPr>
        <w:spacing w:before="0" w:after="40"/>
        <w:jc w:val="both"/>
      </w:pPr>
      <w:r>
        <w:rPr/>
        <w:t>a. Maya thinks the zoo is more interesting than a water park.</w:t>
      </w:r>
    </w:p>
    <w:p>
      <w:pPr>
        <w:spacing w:before="0" w:after="40"/>
        <w:jc w:val="both"/>
      </w:pPr>
      <w:r>
        <w:rPr/>
        <w:t>b. The water park gets more votes than the zoo.</w:t>
      </w:r>
    </w:p>
    <w:p>
      <w:pPr>
        <w:spacing w:before="0" w:after="40"/>
        <w:jc w:val="both"/>
      </w:pPr>
      <w:r>
        <w:rPr/>
        <w:t>c. The nature reserve is the cheapest choice.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There are 30 children who vote. – True</w:t>
      </w:r>
    </w:p>
    <w:p>
      <w:pPr>
        <w:spacing w:before="0" w:after="40"/>
        <w:jc w:val="both"/>
      </w:pPr>
      <w:r>
        <w:rPr/>
        <w:t>b. The zoo is the cheapest choice. – False – The nature reserve is the cheapest choice.</w:t>
      </w:r>
    </w:p>
    <w:p>
      <w:pPr>
        <w:spacing w:before="0" w:after="40"/>
        <w:jc w:val="both"/>
      </w:pPr>
      <w:r>
        <w:rPr/>
        <w:t>c. The class is going to the nature reserve this year. – False – They are going to the water park. They are going to go to the nature reserve next year.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Which place do you like best for a class trip? Write 3–4 sentences and compare it to another place.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איזה מקום אתם הכי אוהבים לטיול שנתי? כתבו 3–4 משפטים והשוו אותו למקום אחר.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أيّ مكان تحبه أكثر لرحلة الصف؟ اكتب 3–4 جمل وقارنه بمكان آخر.</w:t>
      </w:r>
    </w:p>
    <w:p>
      <w:pPr>
        <w:spacing w:before="0" w:after="80"/>
        <w:jc w:val="both"/>
      </w:pPr>
      <w:r>
        <w:rPr>
          <w:color w:val="0F7A4F"/>
        </w:rPr>
        <w:t>Possible answer: I like the beach best. It is more fun than a museum. The beach is also cheaper than a water park. It is the best place on a hot 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about your family. Who is the oldest? Who is the youngest? Who is the funniest? Write 3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על המשפחה שלכם. מי הכי מבוגר? מי הכי צעיר? מי הכי מצחיק? כתבו 3 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عن عائلتك. مَن الأكبر سنًّا؟ مَن الأصغر سنًّا؟ مَن الأكثر مرحًا؟ اكتب 3 جمل.</w:t>
      </w:r>
    </w:p>
    <w:p>
      <w:pPr>
        <w:spacing w:before="0" w:after="80"/>
        <w:jc w:val="both"/>
      </w:pPr>
      <w:r>
        <w:rPr>
          <w:color w:val="0F7A4F"/>
        </w:rPr>
        <w:t>Possible answer: My grandpa is the oldest person in my family. My baby sister is the youngest. My dad is the funniest.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1E3A8A"/>
          <w:sz w:val="30"/>
          <w:szCs w:val="30"/>
        </w:rPr>
        <w:t>Unit 5: Modal verbs: can, could, must, should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problems to the advice.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הבעיות לעצות.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المشكلات بالنصائح.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I'm hungry.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You should look in your bag.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I'm bored.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You should wear a sweater.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I have a headache.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You should eat a sandwich.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I'm cold.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You should read a book.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I can't find my keys.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You should rest.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with can or can't.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‎can‎ או ‎can't‎.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‎can‎ أو ‎can't‎.</w:t>
      </w:r>
    </w:p>
    <w:p>
      <w:pPr>
        <w:spacing w:before="0" w:after="40"/>
        <w:jc w:val="both"/>
      </w:pPr>
      <w:r>
        <w:rPr/>
        <w:t>a. Fish can swim.</w:t>
      </w:r>
    </w:p>
    <w:p>
      <w:pPr>
        <w:spacing w:before="0" w:after="40"/>
        <w:jc w:val="both"/>
      </w:pPr>
      <w:r>
        <w:rPr/>
        <w:t>b. Fish can't walk.</w:t>
      </w:r>
    </w:p>
    <w:p>
      <w:pPr>
        <w:spacing w:before="0" w:after="40"/>
        <w:jc w:val="both"/>
      </w:pPr>
      <w:r>
        <w:rPr/>
        <w:t>c. A baby can't drive a car.</w:t>
      </w:r>
    </w:p>
    <w:p>
      <w:pPr>
        <w:spacing w:before="0" w:after="40"/>
        <w:jc w:val="both"/>
      </w:pPr>
      <w:r>
        <w:rPr/>
        <w:t>d. Birds can fly.</w:t>
      </w:r>
    </w:p>
    <w:p>
      <w:pPr>
        <w:spacing w:before="0" w:after="40"/>
        <w:jc w:val="both"/>
      </w:pPr>
      <w:r>
        <w:rPr/>
        <w:t>e. I can't hear you. Please speak louder!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Circle the more polite request.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הבקשה המנומסת יותר.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الطلب الأكثر تهذيبًا.</w:t>
      </w:r>
    </w:p>
    <w:p>
      <w:pPr>
        <w:spacing w:before="0" w:after="20"/>
        <w:jc w:val="both"/>
      </w:pPr>
      <w:r>
        <w:rPr/>
        <w:t>a. Which request is more polite?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Could you give me the book, please?</w:t>
      </w:r>
    </w:p>
    <w:p>
      <w:pPr>
        <w:spacing w:before="0" w:after="20"/>
        <w:jc w:val="both"/>
      </w:pPr>
      <w:r>
        <w:rPr/>
        <w:t>b. Which request is more polite?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Could I sit here, please?</w:t>
      </w:r>
    </w:p>
    <w:p>
      <w:pPr>
        <w:spacing w:before="0" w:after="20"/>
        <w:jc w:val="both"/>
      </w:pPr>
      <w:r>
        <w:rPr/>
        <w:t>c. Which request is more polite?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Could you open the door, please?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the museum rules with must or mustn't.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כללי המוזיאון ב-‎must‎ או ‎mustn't‎.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قوانين المتحف بـ ‎must‎ أو ‎mustn't‎.</w:t>
      </w:r>
    </w:p>
    <w:p>
      <w:pPr>
        <w:spacing w:before="0" w:after="40"/>
        <w:jc w:val="both"/>
      </w:pPr>
      <w:r>
        <w:rPr/>
        <w:t>a. You mustn't touch the paintings.</w:t>
      </w:r>
    </w:p>
    <w:p>
      <w:pPr>
        <w:spacing w:before="0" w:after="40"/>
        <w:jc w:val="both"/>
      </w:pPr>
      <w:r>
        <w:rPr/>
        <w:t>b. You must buy a ticket.</w:t>
      </w:r>
    </w:p>
    <w:p>
      <w:pPr>
        <w:spacing w:before="0" w:after="40"/>
        <w:jc w:val="both"/>
      </w:pPr>
      <w:r>
        <w:rPr/>
        <w:t>c. You mustn't take photos with a flash.</w:t>
      </w:r>
    </w:p>
    <w:p>
      <w:pPr>
        <w:spacing w:before="0" w:after="40"/>
        <w:jc w:val="both"/>
      </w:pPr>
      <w:r>
        <w:rPr/>
        <w:t>d. You must leave your bag at the entrance.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Sort the sentences: good advice or bad advice?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המשפטים: עצה טובה או עצה לא טובה?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الجمل: نصيحة جيدة أم نصيحة سيئة؟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Good advice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Bad advice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You should brush your teeth twice a day., You shouldn't cross the road on a red light., You should drink water when it's hot., You shouldn't share your password.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You should eat candy for breakfast., You should sleep only four hours.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can, could, must, mustn't, should or shouldn't.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ב-‎can, could, must, mustn't, should‎ או ‎shouldn't‎.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‎can‎ أو ‎could‎ أو ‎must‎ أو ‎mustn't‎ أو ‎should‎ أو ‎shouldn't‎.</w:t>
      </w:r>
    </w:p>
    <w:p>
      <w:pPr>
        <w:spacing w:before="0" w:after="40"/>
        <w:jc w:val="both"/>
      </w:pPr>
      <w:r>
        <w:rPr/>
        <w:t>a. Could you tell me the time, please?</w:t>
      </w:r>
    </w:p>
    <w:p>
      <w:pPr>
        <w:spacing w:before="0" w:after="40"/>
        <w:jc w:val="both"/>
      </w:pPr>
      <w:r>
        <w:rPr/>
        <w:t>b. In Israel, drivers must drive on the right side of the road.</w:t>
      </w:r>
    </w:p>
    <w:p>
      <w:pPr>
        <w:spacing w:before="0" w:after="40"/>
        <w:jc w:val="both"/>
      </w:pPr>
      <w:r>
        <w:rPr/>
        <w:t>c. You mustn't play with matches. It's dangerous.</w:t>
      </w:r>
    </w:p>
    <w:p>
      <w:pPr>
        <w:spacing w:before="0" w:after="40"/>
        <w:jc w:val="both"/>
      </w:pPr>
      <w:r>
        <w:rPr/>
        <w:t>d. Your shoes are old. You should buy new ones.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Write a question and an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שאלה ותשובה.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سؤالًا وإجابة.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 words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Answer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Can / I / open the window?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I open the window?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you can.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Should / we / bring food?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Should we bring food?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No, you shouldn't.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Can / Noam / swim?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Noam swim?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Yes, he can.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mistake and write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الصحيحة.</w:t>
      </w:r>
    </w:p>
    <w:p>
      <w:pPr>
        <w:spacing w:before="0" w:after="100"/>
        <w:jc w:val="both"/>
      </w:pPr>
      <w:r>
        <w:rPr/>
        <w:t>a. You mustn't to talk in the library.  → You mustn't talk in the library.</w:t>
      </w:r>
    </w:p>
    <w:p>
      <w:pPr>
        <w:spacing w:before="0" w:after="100"/>
        <w:jc w:val="both"/>
      </w:pPr>
      <w:r>
        <w:rPr/>
        <w:t>b. Can you to help me?  → Can you help me?</w:t>
      </w:r>
    </w:p>
    <w:p>
      <w:pPr>
        <w:spacing w:before="0" w:after="100"/>
        <w:jc w:val="both"/>
      </w:pPr>
      <w:r>
        <w:rPr/>
        <w:t>c. She must goes to the dentist.  → She must go to the dentist.</w:t>
      </w:r>
    </w:p>
    <w:p>
      <w:pPr>
        <w:spacing w:before="0" w:after="100"/>
        <w:jc w:val="both"/>
      </w:pPr>
      <w:r>
        <w:rPr/>
        <w:t>d. We should to leave now.  → We should leave now.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the text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وضع دائرة حول الإجابة الصحيحة.</w:t>
      </w:r>
    </w:p>
    <w:p>
      <w:pPr>
        <w:spacing w:before="0" w:after="20"/>
        <w:jc w:val="both"/>
      </w:pPr>
      <w:r>
        <w:rPr/>
        <w:t>a. How much water must everyone bring?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three liters</w:t>
      </w:r>
    </w:p>
    <w:p>
      <w:pPr>
        <w:spacing w:before="0" w:after="20"/>
        <w:jc w:val="both"/>
      </w:pPr>
      <w:r>
        <w:rPr/>
        <w:t>b. Why should the pupils go to bed early?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They start walking at six.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The pupils can wear sandals on the hike. – False – They must wear good shoes, not sandals.</w:t>
      </w:r>
    </w:p>
    <w:p>
      <w:pPr>
        <w:spacing w:before="0" w:after="40"/>
        <w:jc w:val="both"/>
      </w:pPr>
      <w:r>
        <w:rPr/>
        <w:t>b. The pupils mustn't leave the group. – True</w:t>
      </w:r>
    </w:p>
    <w:p>
      <w:pPr>
        <w:spacing w:before="0" w:after="40"/>
        <w:jc w:val="both"/>
      </w:pPr>
      <w:r>
        <w:rPr/>
        <w:t>c. Mr. Cohen thinks the desert is never dangerous. – False – He says it can be dangerous.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Complete according to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לפי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حسب النص.</w:t>
      </w:r>
    </w:p>
    <w:p>
      <w:pPr>
        <w:spacing w:before="0" w:after="40"/>
        <w:jc w:val="both"/>
      </w:pPr>
      <w:r>
        <w:rPr/>
        <w:t>a. You mustn't climb on rocks without a guide.</w:t>
      </w:r>
    </w:p>
    <w:p>
      <w:pPr>
        <w:spacing w:before="0" w:after="40"/>
        <w:jc w:val="both"/>
      </w:pPr>
      <w:r>
        <w:rPr/>
        <w:t>b. You can bring a camera for the bus.</w:t>
      </w:r>
    </w:p>
    <w:p>
      <w:pPr>
        <w:spacing w:before="0" w:after="40"/>
        <w:jc w:val="both"/>
      </w:pPr>
      <w:r>
        <w:rPr/>
        <w:t>c. You shouldn't bring heavy things in your bag.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Your friend is going to visit your town for the first time. Write 4 sentences of advice and rules.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חבר או חברה שלכם עומדים לבקר בעיר שלכם בפעם הראשונה. כתבו 4 משפטים של עצות וכללים.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صديقك سيزور بلدتك لأول مرة. اكتب 4 جمل فيها نصائح وقواعد.</w:t>
      </w:r>
    </w:p>
    <w:p>
      <w:pPr>
        <w:spacing w:before="0" w:after="80"/>
        <w:jc w:val="both"/>
      </w:pPr>
      <w:r>
        <w:rPr>
          <w:color w:val="0F7A4F"/>
        </w:rPr>
        <w:t>Possible answer: You should visit the big park. You should try the falafel near my house. You must take the bus from the station. You mustn't forget your phone charger.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1E3A8A"/>
          <w:sz w:val="30"/>
          <w:szCs w:val="30"/>
        </w:rPr>
        <w:t>Unit 6: Asking questions: Wh-questions review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Who, What, Where or When.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ב-‎Who, What, Where‎ או ‎When‎.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‎Who‎ أو ‎What‎ أو ‎Where‎ أو ‎When‎.</w:t>
      </w:r>
    </w:p>
    <w:p>
      <w:pPr>
        <w:spacing w:before="0" w:after="40"/>
        <w:jc w:val="both"/>
      </w:pPr>
      <w:r>
        <w:rPr/>
        <w:t>a. Where is the library? Next to the gym.</w:t>
      </w:r>
    </w:p>
    <w:p>
      <w:pPr>
        <w:spacing w:before="0" w:after="40"/>
        <w:jc w:val="both"/>
      </w:pPr>
      <w:r>
        <w:rPr/>
        <w:t>b. Who is your favorite singer? I don't have one.</w:t>
      </w:r>
    </w:p>
    <w:p>
      <w:pPr>
        <w:spacing w:before="0" w:after="40"/>
        <w:jc w:val="both"/>
      </w:pPr>
      <w:r>
        <w:rPr/>
        <w:t>c. What time is it? It's ten o'clock.</w:t>
      </w:r>
    </w:p>
    <w:p>
      <w:pPr>
        <w:spacing w:before="0" w:after="40"/>
        <w:jc w:val="both"/>
      </w:pPr>
      <w:r>
        <w:rPr/>
        <w:t>d. When does school end? At 1:30.</w:t>
      </w:r>
    </w:p>
    <w:p>
      <w:pPr>
        <w:spacing w:before="0" w:after="40"/>
        <w:jc w:val="both"/>
      </w:pPr>
      <w:r>
        <w:rPr/>
        <w:t>e. Who did you see at the mall? Shira and Tamar.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questions to the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השאלות לתשובות.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الأسئلة بالإجابات.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How often do you play tennis?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Twice a week.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How long is the movie?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Two hours.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Which shirt do you want?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The blue one.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Whose phone is ringing?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Thirty shekels.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How much is the ticket?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Five.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How many people are in your family?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It's Dad's.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answers by the question word they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התשובות לפי מילת השאלה שהן עונות עליה.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الإجابات حسب كلمة السؤال التي تجيب عنها.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Where?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When?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Why?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In Tel Aviv., Under the bed.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At midnight., On Tuesday.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Because I'm hungry., Because it's my birthday.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question.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השאלה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السؤال الصحيح.</w:t>
      </w:r>
    </w:p>
    <w:p>
      <w:pPr>
        <w:spacing w:before="0" w:after="20"/>
        <w:jc w:val="both"/>
      </w:pPr>
      <w:r>
        <w:rPr/>
        <w:t>a. Which question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Where do you live?</w:t>
      </w:r>
    </w:p>
    <w:p>
      <w:pPr>
        <w:spacing w:before="0" w:after="20"/>
        <w:jc w:val="both"/>
      </w:pPr>
      <w:r>
        <w:rPr/>
        <w:t>b. Which question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What is Noam doing?</w:t>
      </w:r>
    </w:p>
    <w:p>
      <w:pPr>
        <w:spacing w:before="0" w:after="20"/>
        <w:jc w:val="both"/>
      </w:pPr>
      <w:r>
        <w:rPr/>
        <w:t>c. Which question is correct?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When did you arrive?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How many, How much, How old or How often.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ב-‎How many, How much, How old‎ או ‎How often‎.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‎How many‎ أو ‎How much‎ أو ‎How old‎ أو ‎How often‎.</w:t>
      </w:r>
    </w:p>
    <w:p>
      <w:pPr>
        <w:spacing w:before="0" w:after="40"/>
        <w:jc w:val="both"/>
      </w:pPr>
      <w:r>
        <w:rPr/>
        <w:t>a. How old is your dog? He's four.</w:t>
      </w:r>
    </w:p>
    <w:p>
      <w:pPr>
        <w:spacing w:before="0" w:after="40"/>
        <w:jc w:val="both"/>
      </w:pPr>
      <w:r>
        <w:rPr/>
        <w:t>b. How much juice is in the bottle?</w:t>
      </w:r>
    </w:p>
    <w:p>
      <w:pPr>
        <w:spacing w:before="0" w:after="40"/>
        <w:jc w:val="both"/>
      </w:pPr>
      <w:r>
        <w:rPr/>
        <w:t>c. How many pupils are in your class?</w:t>
      </w:r>
    </w:p>
    <w:p>
      <w:pPr>
        <w:spacing w:before="0" w:after="40"/>
        <w:jc w:val="both"/>
      </w:pPr>
      <w:r>
        <w:rPr/>
        <w:t>d. How often do you eat pizza? Once a week.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a question about the words in CAPITAL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שאלה על המילים שכתובות באותיות גדולות ‎(CAPITAL)‎.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سؤالًا عن الكلمات المكتوبة بالأحرف الكبيرة ‎(CAPITAL)‎.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Answer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Yoav lives in HAIFA.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Where does Yoav live?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concert starts AT EIGHT.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When does the concert start?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Maya is crying BECAUSE SHE FELL.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Why is Maya crying?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Omer has THREE cats.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How many cats does Omer have?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Find the mistake and write the correct question.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השאלה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السؤال الصحيح.</w:t>
      </w:r>
    </w:p>
    <w:p>
      <w:pPr>
        <w:spacing w:before="0" w:after="100"/>
        <w:jc w:val="both"/>
      </w:pPr>
      <w:r>
        <w:rPr/>
        <w:t>a. Where you are going?  → Where are you going?</w:t>
      </w:r>
    </w:p>
    <w:p>
      <w:pPr>
        <w:spacing w:before="0" w:after="100"/>
        <w:jc w:val="both"/>
      </w:pPr>
      <w:r>
        <w:rPr/>
        <w:t>b. What did Tom bought?  → What did Tom buy?</w:t>
      </w:r>
    </w:p>
    <w:p>
      <w:pPr>
        <w:spacing w:before="0" w:after="100"/>
        <w:jc w:val="both"/>
      </w:pPr>
      <w:r>
        <w:rPr/>
        <w:t>c. How many money do you have?  → How much money do you have?</w:t>
      </w:r>
    </w:p>
    <w:p>
      <w:pPr>
        <w:spacing w:before="0" w:after="100"/>
        <w:jc w:val="both"/>
      </w:pPr>
      <w:r>
        <w:rPr/>
        <w:t>d. Who's bag is this?  → Whose bag is this?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Read the interview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הראיון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المقابلة وضع دائرة حول الإجابة الصحيحة.</w:t>
      </w:r>
    </w:p>
    <w:p>
      <w:pPr>
        <w:spacing w:before="0" w:after="20"/>
        <w:jc w:val="both"/>
      </w:pPr>
      <w:r>
        <w:rPr/>
        <w:t>a. Who taught Noa to cook?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her grandma</w:t>
      </w:r>
    </w:p>
    <w:p>
      <w:pPr>
        <w:spacing w:before="0" w:after="20"/>
        <w:jc w:val="both"/>
      </w:pPr>
      <w:r>
        <w:rPr/>
        <w:t>b. How often does Noa cook at home?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about three times a week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Complete the answers according to the interview.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התשובות לפי הראיון.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الإجابات حسب المقابلة.</w:t>
      </w:r>
    </w:p>
    <w:p>
      <w:pPr>
        <w:spacing w:before="0" w:after="40"/>
        <w:jc w:val="both"/>
      </w:pPr>
      <w:r>
        <w:rPr/>
        <w:t>a. Noa started cooking when she was seven.</w:t>
      </w:r>
    </w:p>
    <w:p>
      <w:pPr>
        <w:spacing w:before="0" w:after="40"/>
        <w:jc w:val="both"/>
      </w:pPr>
      <w:r>
        <w:rPr/>
        <w:t>b. Her favorite dish is shakshuka.</w:t>
      </w:r>
    </w:p>
    <w:p>
      <w:pPr>
        <w:spacing w:before="0" w:after="40"/>
        <w:jc w:val="both"/>
      </w:pPr>
      <w:r>
        <w:rPr/>
        <w:t>c. She joined the competition because her teacher told her she's good at it.</w:t>
      </w:r>
    </w:p>
    <w:p>
      <w:pPr>
        <w:spacing w:before="0" w:after="40"/>
        <w:jc w:val="both"/>
      </w:pPr>
      <w:r>
        <w:rPr/>
        <w:t>d. With the prize she is going to buy a knife and a cookbook.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Noa puts tomatoes and peppers in her shakshuka. – True</w:t>
      </w:r>
    </w:p>
    <w:p>
      <w:pPr>
        <w:spacing w:before="0" w:after="40"/>
        <w:jc w:val="both"/>
      </w:pPr>
      <w:r>
        <w:rPr/>
        <w:t>b. Noa cooks for her family on Saturdays. – False – She cooks for the whole family on Fridays.</w:t>
      </w:r>
    </w:p>
    <w:p>
      <w:pPr>
        <w:spacing w:before="0" w:after="40"/>
        <w:jc w:val="both"/>
      </w:pPr>
      <w:r>
        <w:rPr/>
        <w:t>c. Noa won a singing competition. – False – She won a cooking competition.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Write two more questions you want to ask Noa. Use two different question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עוד שתי שאלות שהייתם רוצים לשאול את נועה. השתמשו בשתי מילות שאלה שונות.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سؤالين آخرين تريد أن تسألهما لنوعا. استعمل كلمتي سؤال مختلفتين.</w:t>
      </w:r>
    </w:p>
    <w:p>
      <w:pPr>
        <w:spacing w:before="0" w:after="80"/>
        <w:jc w:val="both"/>
      </w:pPr>
      <w:r>
        <w:rPr>
          <w:color w:val="0F7A4F"/>
        </w:rPr>
        <w:t>Possible answer: Which dish is the most difficult to make? Where do you want to work when you grow up?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Interview a family member. Write 3 questions and his or her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ראיינו בן או בת משפחה. כתבו 3 שאלות ואת התשובות שלהם.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قابِل أحد أفراد عائلتك. اكتب 3 أسئلة وإجاباته عنها.</w:t>
      </w:r>
    </w:p>
    <w:p>
      <w:pPr>
        <w:spacing w:before="0" w:after="80"/>
        <w:jc w:val="both"/>
      </w:pPr>
      <w:r>
        <w:rPr>
          <w:color w:val="0F7A4F"/>
        </w:rPr>
        <w:t>Possible answer: Q: What is your favorite food? A: Pasta. Q: Where did you grow up? A: In Ashdod. Q: How often do you exercise? A: Three times a week.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1E3A8A"/>
          <w:sz w:val="30"/>
          <w:szCs w:val="30"/>
        </w:rPr>
        <w:t>Unit 7: Reading comprehension and writing an email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email subject to the message.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כל נושא מייל להודעה.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كل موضوع رسالة بالرسالة المناسبة.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Thank you!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I'm sorry I forgot your book.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Party on Friday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What pages do we need for tomorrow?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I'm sorry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Can you come to my party?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Lost dog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Thanks for the great present.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Homework question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Did anyone see a small brown dog?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sentences: formal (to a teacher) or friendly (to a friend)?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המשפטים: רשמי (למורה) או חברי (לחבר)?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الجمل: رسمية (إلى معلّم) أم ودّية (إلى صديق)؟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Formal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Friendly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Dear Ms. Cohen,, Best regards,, Thank you for your help.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Hey Ben!, See ya!, Thanks a lot!!!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and, but, because or so.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ב-‎and, but, because‎ או ‎so‎.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‎and‎ أو ‎but‎ أو ‎because‎ أو ‎so‎.</w:t>
      </w:r>
    </w:p>
    <w:p>
      <w:pPr>
        <w:spacing w:before="0" w:after="40"/>
        <w:jc w:val="both"/>
      </w:pPr>
      <w:r>
        <w:rPr/>
        <w:t>a. I studied hard, so I got a good grade.</w:t>
      </w:r>
    </w:p>
    <w:p>
      <w:pPr>
        <w:spacing w:before="0" w:after="40"/>
        <w:jc w:val="both"/>
      </w:pPr>
      <w:r>
        <w:rPr/>
        <w:t>b. Tom has a cat and two dogs.</w:t>
      </w:r>
    </w:p>
    <w:p>
      <w:pPr>
        <w:spacing w:before="0" w:after="40"/>
        <w:jc w:val="both"/>
      </w:pPr>
      <w:r>
        <w:rPr/>
        <w:t>c. We stayed inside because it was raining.</w:t>
      </w:r>
    </w:p>
    <w:p>
      <w:pPr>
        <w:spacing w:before="0" w:after="40"/>
        <w:jc w:val="both"/>
      </w:pPr>
      <w:r>
        <w:rPr/>
        <w:t>d. I called Shira, but she didn't answer.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best opening sentence for an email to a friend.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משפט הפתיחה הטוב ביותר למייל לחבר.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أفضل جملة افتتاحية لرسالة إلكترونية إلى صديق.</w:t>
      </w:r>
    </w:p>
    <w:p>
      <w:pPr>
        <w:spacing w:before="0" w:after="20"/>
        <w:jc w:val="both"/>
      </w:pPr>
      <w:r>
        <w:rPr/>
        <w:t>a. Choose the best opening.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How are you? I have some news!</w:t>
      </w:r>
    </w:p>
    <w:p>
      <w:pPr>
        <w:spacing w:before="0" w:after="20"/>
        <w:jc w:val="both"/>
      </w:pPr>
      <w:r>
        <w:rPr/>
        <w:t>b. Choose the best opening.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Thanks for your email. It was great to hear from you!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Read the ad and the email. Complete the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המודעה ואת המייל. השלימו את המשפטים.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الإعلان والرسالة الإلكترونية. أكمل الجمل.</w:t>
      </w:r>
    </w:p>
    <w:p>
      <w:pPr>
        <w:spacing w:before="0" w:after="40"/>
        <w:jc w:val="both"/>
      </w:pPr>
      <w:r>
        <w:rPr/>
        <w:t>a. The Science Club meets every Wednesday.</w:t>
      </w:r>
    </w:p>
    <w:p>
      <w:pPr>
        <w:spacing w:before="0" w:after="40"/>
        <w:jc w:val="both"/>
      </w:pPr>
      <w:r>
        <w:rPr/>
        <w:t>b. The club is for children aged 10 to 13.</w:t>
      </w:r>
    </w:p>
    <w:p>
      <w:pPr>
        <w:spacing w:before="0" w:after="40"/>
        <w:jc w:val="both"/>
      </w:pPr>
      <w:r>
        <w:rPr/>
        <w:t>c. Ariel wants to join because he loves robots.</w:t>
      </w:r>
    </w:p>
    <w:p>
      <w:pPr>
        <w:spacing w:before="0" w:after="40"/>
        <w:jc w:val="both"/>
      </w:pPr>
      <w:r>
        <w:rPr/>
        <w:t>d. Ariel is going to pay with his birthday money.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How many hours is each meeting?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two hours</w:t>
      </w:r>
    </w:p>
    <w:p>
      <w:pPr>
        <w:spacing w:before="0" w:after="20"/>
        <w:jc w:val="both"/>
      </w:pPr>
      <w:r>
        <w:rPr/>
        <w:t>b. What does Ariel want Ben to do?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ask his parents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Write the evidence.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כתבו את הראיה.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اكتب الدليل.</w:t>
      </w:r>
    </w:p>
    <w:p>
      <w:pPr>
        <w:spacing w:before="0" w:after="40"/>
        <w:jc w:val="both"/>
      </w:pPr>
      <w:r>
        <w:rPr/>
        <w:t>a. The club meets at the school. – False – «at the Community Center»</w:t>
      </w:r>
    </w:p>
    <w:p>
      <w:pPr>
        <w:spacing w:before="0" w:after="40"/>
        <w:jc w:val="both"/>
      </w:pPr>
      <w:r>
        <w:rPr/>
        <w:t>b. Ariel thinks the price is a little high. – True</w:t>
      </w:r>
    </w:p>
    <w:p>
      <w:pPr>
        <w:spacing w:before="0" w:after="40"/>
        <w:jc w:val="both"/>
      </w:pPr>
      <w:r>
        <w:rPr/>
        <w:t>c. Ariel wants to go to the club by bus. – False – «we can go together on our bikes»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Complete the information from the ad.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המידע מהמודעה.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المعلومات من الإعلان.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Answer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What day?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Wednesday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What time?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4:00–6:00 p.m.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Where?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Community Center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How much?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120 shekels a month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Find the linking words in Ariel's email. Copy the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מילות הקישור במייל של אריאל. העתיקו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كلمات الربط في رسالة أريئيل الإلكترونية. انسخ الجملة.</w:t>
      </w:r>
    </w:p>
    <w:p>
      <w:pPr>
        <w:spacing w:before="0" w:after="100"/>
        <w:jc w:val="both"/>
      </w:pPr>
      <w:r>
        <w:rPr/>
        <w:t>a. because  → I want to join because I love robots.</w:t>
      </w:r>
    </w:p>
    <w:p>
      <w:pPr>
        <w:spacing w:before="0" w:after="100"/>
        <w:jc w:val="both"/>
      </w:pPr>
      <w:r>
        <w:rPr/>
        <w:t>b. so  → It's on Wednesdays after school, so we can go together on our bikes.</w:t>
      </w:r>
    </w:p>
    <w:p>
      <w:pPr>
        <w:spacing w:before="0" w:after="100"/>
        <w:jc w:val="both"/>
      </w:pPr>
      <w:r>
        <w:rPr/>
        <w:t>c. but  → That's a little expensive, but I'm going to use my birthday money.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Fix the email. Each line has one mistake. Write it correctly.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תקנו את המייל. בכל שורה יש טעות אחת. כתבו אותה 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صحّح الرسالة الإلكترونية. في كل سطر خطأ واحد. اكتبه بشكل صحيح.</w:t>
      </w:r>
    </w:p>
    <w:p>
      <w:pPr>
        <w:spacing w:before="0" w:after="100"/>
        <w:jc w:val="both"/>
      </w:pPr>
      <w:r>
        <w:rPr/>
        <w:t>a. dear Noa,  → Dear Noa,</w:t>
      </w:r>
    </w:p>
    <w:p>
      <w:pPr>
        <w:spacing w:before="0" w:after="100"/>
        <w:jc w:val="both"/>
      </w:pPr>
      <w:r>
        <w:rPr/>
        <w:t>b. How you are?  → How are you?</w:t>
      </w:r>
    </w:p>
    <w:p>
      <w:pPr>
        <w:spacing w:before="0" w:after="100"/>
        <w:jc w:val="both"/>
      </w:pPr>
      <w:r>
        <w:rPr/>
        <w:t>c. I go to the beach yesterday.  → I went to the beach yesterday.</w:t>
      </w:r>
    </w:p>
    <w:p>
      <w:pPr>
        <w:spacing w:before="0" w:after="100"/>
        <w:jc w:val="both"/>
      </w:pPr>
      <w:r>
        <w:rPr/>
        <w:t>d. Love Shira  → Love, Shira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Complete the email with words from the box.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המייל במילים מהתיבה.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الرسالة الإلكترونية بكلمات من المربع.</w:t>
      </w:r>
    </w:p>
    <w:p>
      <w:pPr>
        <w:spacing w:before="0" w:after="40"/>
        <w:jc w:val="both"/>
      </w:pPr>
      <w:r>
        <w:rPr/>
        <w:t>a. Subject: My new room</w:t>
      </w:r>
    </w:p>
    <w:p>
      <w:pPr>
        <w:spacing w:before="0" w:after="40"/>
        <w:jc w:val="both"/>
      </w:pPr>
      <w:r>
        <w:rPr/>
        <w:t>b. Hi Tamar,</w:t>
      </w:r>
    </w:p>
    <w:p>
      <w:pPr>
        <w:spacing w:before="0" w:after="40"/>
        <w:jc w:val="both"/>
      </w:pPr>
      <w:r>
        <w:rPr/>
        <w:t>c. I have a new room because we moved to a bigger apartment.</w:t>
      </w:r>
    </w:p>
    <w:p>
      <w:pPr>
        <w:spacing w:before="0" w:after="40"/>
        <w:jc w:val="both"/>
      </w:pPr>
      <w:r>
        <w:rPr/>
        <w:t>d. It's very big, so you can sleep over next week!</w:t>
      </w:r>
    </w:p>
    <w:p>
      <w:pPr>
        <w:spacing w:before="0" w:after="40"/>
        <w:jc w:val="both"/>
      </w:pPr>
      <w:r>
        <w:rPr/>
        <w:t>e. Love, Maya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You are Ben. Write an email (4 lines) back to Ariel. Say yes or no, and explain why.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אתם בן. כתבו מייל תשובה (4 שורות) לאריאל. כתבו כן או לא, והסבירו למה.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أنت بن. اكتب رسالة إلكترونية (4 أسطر) ردًّا على أريئيل. قل نعم أو لا، واشرح لماذا.</w:t>
      </w:r>
    </w:p>
    <w:p>
      <w:pPr>
        <w:spacing w:before="0" w:after="80"/>
        <w:jc w:val="both"/>
      </w:pPr>
      <w:r>
        <w:rPr>
          <w:color w:val="0F7A4F"/>
        </w:rPr>
        <w:t>Possible answer: Hi Ariel, thanks for your email! I asked my parents and they said yes. I love experiments, so I'm very excited. See you on Wednesday! Your friend, Ben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an email (4 lines) to a friend about a fun day you had. Use a greeting, a closing, and the words because and but.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מייל (4 שורות) לחבר או לחברה על יום כיף שהיה לכם. השתמשו בפתיחה, בסיום ובמילים ‎because‎ ו-‎but‎.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رسالة إلكترونية (4 أسطر) إلى صديق عن يوم ممتع قضيته. استعمل تحية وخاتمة والكلمتين ‎because‎ و ‎but‎.</w:t>
      </w:r>
    </w:p>
    <w:p>
      <w:pPr>
        <w:spacing w:before="0" w:after="80"/>
        <w:jc w:val="both"/>
      </w:pPr>
      <w:r>
        <w:rPr>
          <w:color w:val="0F7A4F"/>
        </w:rPr>
        <w:t>Possible answer: Hi Noam, yesterday I went to the zoo with my family. It was fun because we saw a baby giraffe. It was very hot, but we had ice cream. Write back soon! Love, Tom</w:t>
      </w:r>
    </w:p>
    <w:p>
      <w:pPr>
        <w:spacing w:before="160" w:after="80"/>
        <w:jc w:val="both"/>
      </w:pPr>
      <w:r>
        <w:rPr>
          <w:rFonts w:ascii="Arial Black" w:hAnsi="Arial Black" w:cs="Arial Black"/>
          <w:b/>
          <w:bCs/>
          <w:color w:val="1E3A8A"/>
          <w:sz w:val="30"/>
          <w:szCs w:val="30"/>
        </w:rPr>
        <w:t>Review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Complete with the correct form of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בצורה הנכונה של הפועל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بالصيغة الصحيحة للفعل الذي بين القوسين.</w:t>
      </w:r>
    </w:p>
    <w:p>
      <w:pPr>
        <w:spacing w:before="0" w:after="40"/>
        <w:jc w:val="both"/>
      </w:pPr>
      <w:r>
        <w:rPr/>
        <w:t>a. Noam usually walks (walk) to school.</w:t>
      </w:r>
    </w:p>
    <w:p>
      <w:pPr>
        <w:spacing w:before="0" w:after="40"/>
        <w:jc w:val="both"/>
      </w:pPr>
      <w:r>
        <w:rPr/>
        <w:t>b. Look! The children are dancing (dance).</w:t>
      </w:r>
    </w:p>
    <w:p>
      <w:pPr>
        <w:spacing w:before="0" w:after="40"/>
        <w:jc w:val="both"/>
      </w:pPr>
      <w:r>
        <w:rPr/>
        <w:t>c. Yesterday we didn't go (not / go) to the pool.</w:t>
      </w:r>
    </w:p>
    <w:p>
      <w:pPr>
        <w:spacing w:before="0" w:after="40"/>
        <w:jc w:val="both"/>
      </w:pPr>
      <w:r>
        <w:rPr/>
        <w:t>d. Next week Maya is going to visit (visit) her aunt. (going to)</w:t>
      </w:r>
    </w:p>
    <w:p>
      <w:pPr>
        <w:spacing w:before="0" w:after="40"/>
        <w:jc w:val="both"/>
      </w:pPr>
      <w:r>
        <w:rPr/>
        <w:t>e. Did you see (see) the game last night?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Adjective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Comparative</w:t>
            </w:r>
          </w:p>
        </w:tc>
        <w:tc>
          <w:tcPr>
            <w:tcW w:type="dxa" w:w="3326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Superlative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fast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faster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fastest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funny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funnier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funniest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important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more important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most important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worse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 worst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You ___ wear a seat belt in the car. It's the law.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must</w:t>
      </w:r>
    </w:p>
    <w:p>
      <w:pPr>
        <w:spacing w:before="0" w:after="20"/>
        <w:jc w:val="both"/>
      </w:pPr>
      <w:r>
        <w:rPr/>
        <w:t>b. ___ did you put my keys? On the table.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Where</w:t>
      </w:r>
    </w:p>
    <w:p>
      <w:pPr>
        <w:spacing w:before="0" w:after="20"/>
        <w:jc w:val="both"/>
      </w:pPr>
      <w:r>
        <w:rPr/>
        <w:t>c. Did Itay ___ the test?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pass</w:t>
      </w:r>
    </w:p>
    <w:p>
      <w:pPr>
        <w:spacing w:before="0" w:after="20"/>
        <w:jc w:val="both"/>
      </w:pPr>
      <w:r>
        <w:rPr/>
        <w:t>d. This is ___ day of my life!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the happiest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Match the questions to the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השאלות לתשובות.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الأسئلة بالإجابات.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e3a8a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Are you going to come?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Yes, she does.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Did you like the book?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Yes, I am.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Can I borrow your pen?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No, it isn't.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Is it raining now?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No, I didn't.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Does she speak French?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Sure, here you are.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Find the mistake and write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الصحيحة.</w:t>
      </w:r>
    </w:p>
    <w:p>
      <w:pPr>
        <w:spacing w:before="0" w:after="100"/>
        <w:jc w:val="both"/>
      </w:pPr>
      <w:r>
        <w:rPr/>
        <w:t>a. She don't like milk.  → She doesn't like milk.</w:t>
      </w:r>
    </w:p>
    <w:p>
      <w:pPr>
        <w:spacing w:before="0" w:after="100"/>
        <w:jc w:val="both"/>
      </w:pPr>
      <w:r>
        <w:rPr/>
        <w:t>b. Did you went to the party?  → Did you go to the party?</w:t>
      </w:r>
    </w:p>
    <w:p>
      <w:pPr>
        <w:spacing w:before="0" w:after="100"/>
        <w:jc w:val="both"/>
      </w:pPr>
      <w:r>
        <w:rPr/>
        <w:t>c. He is going to plays tennis.  → He is going to play tennis.</w:t>
      </w:r>
    </w:p>
    <w:p>
      <w:pPr>
        <w:spacing w:before="0" w:after="100"/>
        <w:jc w:val="both"/>
      </w:pPr>
      <w:r>
        <w:rPr/>
        <w:t>d. This bag is more heavy than mine.  → This bag is heavier than mine.</w:t>
      </w:r>
    </w:p>
    <w:p>
      <w:pPr>
        <w:spacing w:before="0" w:after="100"/>
        <w:jc w:val="both"/>
      </w:pPr>
      <w:r>
        <w:rPr/>
        <w:t>e. You must to be quiet.  → You must be quiet.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and, but, because or so.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ב-‎and, but, because‎ או ‎so‎.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‎and‎ أو ‎but‎ أو ‎because‎ أو ‎so‎.</w:t>
      </w:r>
    </w:p>
    <w:p>
      <w:pPr>
        <w:spacing w:before="0" w:after="40"/>
        <w:jc w:val="both"/>
      </w:pPr>
      <w:r>
        <w:rPr/>
        <w:t>a. I was tired, so I went to bed early.</w:t>
      </w:r>
    </w:p>
    <w:p>
      <w:pPr>
        <w:spacing w:before="0" w:after="40"/>
        <w:jc w:val="both"/>
      </w:pPr>
      <w:r>
        <w:rPr/>
        <w:t>b. We wanted to swim, but the sea was too cold.</w:t>
      </w:r>
    </w:p>
    <w:p>
      <w:pPr>
        <w:spacing w:before="0" w:after="40"/>
        <w:jc w:val="both"/>
      </w:pPr>
      <w:r>
        <w:rPr/>
        <w:t>c. Tom is happy because his team won.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Write 4 sentences about yourself: something you do every day, something you did last week, something you are going to do next week, and your best friend compared to you.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 עצמכם: משהו שאתם עושים כל יום, משהו שעשיתם בשבוע שעבר, משהו שאתם הולכים לעשות בשבוע הבא, ואת החבר/ה הכי טוב/ה שלכם בהשוואה אליכם.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نفسك: شيئًا تفعله كل يوم، وشيئًا فعلته في الأسبوع الماضي، وشيئًا ستفعله في الأسبوع القادم، وصديقك المفضّل مقارنةً بك.</w:t>
      </w:r>
    </w:p>
    <w:p>
      <w:pPr>
        <w:spacing w:before="0" w:after="80"/>
        <w:jc w:val="both"/>
      </w:pPr>
      <w:r>
        <w:rPr>
          <w:color w:val="0F7A4F"/>
        </w:rPr>
        <w:t>Possible answer: I ride my bike every day. Last week I visited my cousins in Haifa. Next week I am going to start a chess class. My best friend Ben is taller than me, but I am faster.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