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מחוון למבחן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1A3461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 · קראו את הטקסט בעיון וענו על כל השאלות.</w:t>
      </w:r>
    </w:p>
    <w:p>
      <w:pPr>
        <w:bidi/>
        <w:spacing w:before="200" w:after="80"/>
      </w:pPr>
      <w:r>
        <w:rPr>
          <w:rFonts w:ascii="Gisha" w:hAnsi="Gisha" w:cs="Gisha"/>
          <w:b/>
          <w:bCs/>
          <w:color w:val="1A3461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הבנת טקסט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חשיבה גאוגרפית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Gisha" w:hAnsi="Gisha" w:cs="Gisha"/>
          <w:b/>
          <w:bCs/>
          <w:color w:val="1A3461"/>
          <w:sz w:val="32"/>
          <w:szCs w:val="32"/>
          <w:rtl/>
        </w:rPr>
        <w:t>חלק א': הבנת טקסט מידע (40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בחרו את התשובה הנכונה לפי הטקסט. (6 נק')</w:t>
      </w:r>
    </w:p>
    <w:p>
      <w:pPr>
        <w:bidi/>
        <w:spacing w:before="0" w:after="20"/>
      </w:pPr>
      <w:r>
        <w:rPr>
          <w:rtl/>
        </w:rPr>
        <w:t>א. איך נראה רוב החוף של ישראל?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ישר וחולי</w:t>
      </w:r>
    </w:p>
    <w:p>
      <w:pPr>
        <w:bidi/>
        <w:spacing w:before="0" w:after="20"/>
      </w:pPr>
      <w:r>
        <w:rPr>
          <w:rtl/>
        </w:rPr>
        <w:t>ב. מהו כורכר?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סלע חולי שהים שוחק</w:t>
      </w:r>
    </w:p>
    <w:p>
      <w:pPr>
        <w:bidi/>
        <w:spacing w:before="0" w:after="20"/>
      </w:pPr>
      <w:r>
        <w:rPr>
          <w:rtl/>
        </w:rPr>
        <w:t>ג. באיזו עונה מגיעים הכי הרבה מבקרים לחופים?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בקיץ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 לפי הטקסט. (6 נק')</w:t>
      </w:r>
    </w:p>
    <w:p>
      <w:pPr>
        <w:bidi/>
        <w:spacing w:before="0" w:after="40"/>
      </w:pPr>
      <w:r>
        <w:rPr>
          <w:rtl/>
        </w:rPr>
        <w:t>א. החוף משתרע מראש הנקרה בצפון ועד אזור אשקלון וזיקים בדרום.</w:t>
      </w:r>
    </w:p>
    <w:p>
      <w:pPr>
        <w:bidi/>
        <w:spacing w:before="0" w:after="40"/>
      </w:pPr>
      <w:r>
        <w:rPr>
          <w:rtl/>
        </w:rPr>
        <w:t>ב. שני הנמלים שמוזכרים בטקסט הם חיפה ואשדוד.</w:t>
      </w:r>
    </w:p>
    <w:p>
      <w:pPr>
        <w:bidi/>
        <w:spacing w:before="0" w:after="40"/>
      </w:pPr>
      <w:r>
        <w:rPr>
          <w:rtl/>
        </w:rPr>
        <w:t>ג. כדי להגן על החוף נקבע בחוק שהחופים פתוחים לציבור.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 לפי הטקסט? תקנו את הלא נכונים.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בחוף ישראל יש מפרצים טבעיים רבים.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יש בו מעט מפרצים טבעיים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דרך הנמלים עוברות רוב הסחורות של 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בנייה צמודה לקו המים מגדילה את החופים הפתוחים.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היא מקטינה את החופים הפתוחים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הטקסט מתאר שתי דרכים שבהן החוף חשוב לכלכלה של ישראל. כתבו אותן. (6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1. נמלים וסחר: בנמלי חיפה ואשדוד עוברות רוב הסחורות. 2. תיירות ונופש: מיליוני מבקרים מגיעים לחופי הרחצה. (3 נק' לכל דרך)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מדוע, לדעתכם, נקבע בחוק שהחופים פתוחים לציבור? היעזרו בטקסט.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כדי שהחוף יישאר של כולם ולא ייסגר על ידי בנייה פרטית; כי בנייה צמודה לקו המים מקטינה את החופים הפתוחים ופוגעת בטבע. (4 נק' – הקשר לבנייה, 4 נק' – החוף שייך לכל הציבור/שמירה על הטבע)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שתי פעולות שתלמידים יכולים לעשות כדי לשמור על החוף, והסבירו כיצד כל פעולה עוזרת.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להשתתף בניקוי חופים – מוציאים פלסטיק לפני שהוא נסחף לים; לקחת את הפסולת הביתה ולהשתמש בבקבוק רב-פעמי – פחות פלסטיק מגיע לחוף. (4 נק' לכל פעולה עם הסבר)</w:t>
      </w:r>
    </w:p>
    <w:p>
      <w:pPr>
        <w:bidi/>
        <w:spacing w:before="160" w:after="80"/>
      </w:pPr>
      <w:r>
        <w:rPr>
          <w:rFonts w:ascii="Gisha" w:hAnsi="Gisha" w:cs="Gisha"/>
          <w:b/>
          <w:bCs/>
          <w:color w:val="1A3461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המחסן. (10 נק')</w:t>
      </w:r>
    </w:p>
    <w:p>
      <w:pPr>
        <w:bidi/>
        <w:spacing w:before="0" w:after="40"/>
      </w:pPr>
      <w:r>
        <w:rPr>
          <w:rtl/>
        </w:rPr>
        <w:t>א. הטבלה שמסבירה את סמלי המפה היא המקרא.</w:t>
      </w:r>
    </w:p>
    <w:p>
      <w:pPr>
        <w:bidi/>
        <w:spacing w:before="0" w:after="40"/>
      </w:pPr>
      <w:r>
        <w:rPr>
          <w:rtl/>
        </w:rPr>
        <w:t>ב. המספר שאומר פי כמה הוקטן השטח במפה הוא קנה מידה.</w:t>
      </w:r>
    </w:p>
    <w:p>
      <w:pPr>
        <w:bidi/>
        <w:spacing w:before="0" w:after="40"/>
      </w:pPr>
      <w:r>
        <w:rPr>
          <w:rtl/>
        </w:rPr>
        <w:t>ג. קו הרוחב 0 נקרא קו המשווה.</w:t>
      </w:r>
    </w:p>
    <w:p>
      <w:pPr>
        <w:bidi/>
        <w:spacing w:before="0" w:after="40"/>
      </w:pPr>
      <w:r>
        <w:rPr>
          <w:rtl/>
        </w:rPr>
        <w:t>ד. מדרום לים התיכון נמצאת יבשת אפריקה.</w:t>
      </w:r>
    </w:p>
    <w:p>
      <w:pPr>
        <w:bidi/>
        <w:spacing w:before="0" w:after="40"/>
      </w:pPr>
      <w:r>
        <w:rPr>
          <w:rtl/>
        </w:rPr>
        <w:t>ה. תמונה של שטח גדול שצולמה מן החלל היא תצלום לוויין.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הלא נכונים.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באקלים ים-תיכוני רוב הגשם יורד בחורף.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קווי הרוחב עוברים מקוטב לקוטב.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קווי האורך עוברים מקוטב לקוטב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השמש זורחת במזרח.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תעלת סואץ מחברת את הים התיכון לאוקיינוס האטלנטי.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תעלת סואץ מחברת את הים התיכון לים סוף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בין המושג להסבר. (5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מפה נושאית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דיג של יותר מדי דגים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נמל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מציגה נושא אחד, כמו גשם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GPS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מעבר ימי צר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מצר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מערכת לאיתור מיקום בעזרת לוויינים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דיג יתר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מקום שבו ספינות טוענות ופורקות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המדינות לפי היבשת.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אירופה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אסיה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אפריקה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איטליה, ספרד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לבנון, ישראל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לוב, מרוקו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 את התשובה הנכונה. (6 נק')</w:t>
      </w:r>
    </w:p>
    <w:p>
      <w:pPr>
        <w:bidi/>
        <w:spacing w:before="0" w:after="20"/>
      </w:pPr>
      <w:r>
        <w:rPr>
          <w:rtl/>
        </w:rPr>
        <w:t>א. במפה בקנה מידה ‪1:100,000‬ המרחק בין שני כפרים הוא 4 ס"מ. מה המרחק האמיתי?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4 ק"מ</w:t>
      </w:r>
    </w:p>
    <w:p>
      <w:pPr>
        <w:bidi/>
        <w:spacing w:before="0" w:after="20"/>
      </w:pPr>
      <w:r>
        <w:rPr>
          <w:rtl/>
        </w:rPr>
        <w:t>ב. במפה פיזית, מה מסמן הצבע החום הכהה?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הרים גבוהים</w:t>
      </w:r>
    </w:p>
    <w:p>
      <w:pPr>
        <w:bidi/>
        <w:spacing w:before="0" w:after="20"/>
      </w:pPr>
      <w:r>
        <w:rPr>
          <w:rtl/>
        </w:rPr>
        <w:t>ג. אילו גידולים מסורתיים מאפיינים את אגן הים התיכון?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חיטה, זית וגפן</w:t>
      </w:r>
    </w:p>
    <w:p>
      <w:pPr>
        <w:bidi/>
        <w:spacing w:before="160" w:after="80"/>
      </w:pPr>
      <w:r>
        <w:rPr>
          <w:rFonts w:ascii="Gisha" w:hAnsi="Gisha" w:cs="Gisha"/>
          <w:b/>
          <w:bCs/>
          <w:color w:val="1A3461"/>
          <w:sz w:val="32"/>
          <w:szCs w:val="32"/>
          <w:rtl/>
        </w:rPr>
        <w:t>חלק ג': חשיבה גאוגרפית והבעה בכתב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השוו בין מפה לתצלום אוויר: כתבו «יש» או «אין».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מפה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תצלום אוויר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שמות של רחובות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אין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אין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מכוניות ועצים בודדים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אין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יש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מדוע זיהום בים התיכון נשאר בו זמן רב. (6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כי הים התיכון הוא ים כמעט סגור, שמתחבר לאוקיינוס רק דרך מצר גיברלטר הצר, ולכן המים בו מתחלפים לאט והזיהום נשאר. (3 נק' – ים כמעט סגור/מצר צר, 3 נק' – המים מתחלפים לאט)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שרטטו סקיצה של הים התיכון: כתבו את שמות שלוש היבשות במקומן, סמנו את ישראל, את מצר גיברלטר וחץ צפון. (5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אירופה מצפון לים, אפריקה מדרום, אסיה ממזרח; ישראל בחוף המזרחי; מצר גיברלטר במערב; חץ צפון. (נקודה לכל רכיב)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הסבירו בארבעה משפטים לפחות מדוע אגן הים התיכון מושך תיירים רבים, ומה התיירות נותנת לתושבים.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הרעיונות שצריכים להופיע: אקלים – קיץ חם, שמשי ויבש; חופים ואיים; אתרים היסטוריים ותרבות; אוכל ים-תיכוני; התיירות נותנת עבודה ופרנסה (מלונות, מסעדות, הדרכה). (2 נק' לכל רעיון, עד 6; 2 נק' לכתיבה מאורגנת ותקינה)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D3B6E"/>
        <w:left w:val="single" w:sz="18" w:space="22" w:color="1D3B6E"/>
        <w:bottom w:val="single" w:sz="18" w:space="22" w:color="1D3B6E"/>
        <w:right w:val="single" w:sz="18" w:space="22" w:color="1D3B6E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