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למבחן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A3461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פעמיים לפני שתענו, ונמקו את תשובותיכם.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 לפי הטקסט. (4 נק')</w:t>
      </w:r>
    </w:p>
    <w:p>
      <w:pPr>
        <w:bidi/>
        <w:spacing w:before="0" w:after="20"/>
      </w:pPr>
      <w:r>
        <w:rPr>
          <w:rtl/>
        </w:rPr>
        <w:t>א. מה המטרה העיקרית שלשמה נחפרה תעלת סואץ?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לקצר את דרך הספינות בין אירופה לאסיה</w:t>
      </w:r>
    </w:p>
    <w:p>
      <w:pPr>
        <w:bidi/>
        <w:spacing w:before="0" w:after="20"/>
      </w:pPr>
      <w:r>
        <w:rPr>
          <w:rtl/>
        </w:rPr>
        <w:t>ב. למה התכוון הכותב במילים «אורחים לא מוזמנים»?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מינים שהגיעו מים סוף והתפשטו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את הטבלה לפי הטקסט: כיצד משפיעות להקות המדוזות על כל קבוצה?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קבוצה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ההשפעה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מתרחצים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נכווים ממגע במדוזות; פחות מבקרים בחופים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דייגים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הרשתות מתמלאות מדוזות במקום דגים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מפעלים לחוף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צריך לנקות את צינורות הקירור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 לפי הטקסט? תקנו את הלא נכונים.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המינים מים סוף התרבו בעיקר בחלק המערבי של הים התיכון.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הם התרבו בעיקר בחלק המזרחי, ליד חופי ישראל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צבי ים ניזונים בין השאר ממדוזות.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לפי הטקסט, האדם אינו אחראי כלל להתרבות המדוזות.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דיג יתר, זיהום ושינויים בטמפרטורת המים שגרם האדם הגבירו את הבעיה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הסיקו מן הטקסט: מדוע דווקא בחלק המזרחי של הים התיכון התרבו המינים מים סוף? כתבו שתי סיבות.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1. החלק המזרחי קרוב לפתח תעלת סואץ, ולכן המינים מגיעים אליו ראשונים. 2. המים שם חמים, דומים לים סוף, ויש מעט אויבים טבעיים. (4 נק' לכל סיבה; סיבה 1 היא הסקה ממיקום התעלה)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את «שרשרת הסיבה והתוצאה» שבפסקה האחרונה: כיצד דיג יתר יכול להוביל לחופים ריקים ממתרחצים?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דיג יתר ← פחות בעלי חיים שאוכלים מדוזות (כמו צבי ים) ← יותר מדוזות ← להקות מגיעות לחוף ומתרחצים נכווים ← פחות מבקרים בחופים. (2 נק' לכל חוליה נכונה)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יש מי שאומר: «בגלל המדוזות היה עדיף שלא לחפור את תעלת סואץ». האם אתם מסכימים? נמקו את עמדתכם בשני טיעונים, ואחד מהם לפחות מן הטקסט.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מנומקת לכל צד. בעד: המינים הפולשים פוגעים בדיג, בתיירות ובמפעלים ודוחקים מינים מקומיים. נגד: התעלה מקצרת מאוד את דרך הסחר בין אירופה לאסיה, וחלק מן הבעיה נגרם מדיג יתר וזיהום – שאפשר לטפל בהם. (עמדה ברורה – 2 נק', כל טיעון – 3 נק')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הטבלה.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קנה מידה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אמיתי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‪1:50,000‬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7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3.5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‪1:200,000‬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4.5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9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‪1:25,000‬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8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 ק"מ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‪1:1,000,000‬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כתבו ליד כל מקום באילו חצאי כדור הוא נמצא (צפוני/דרומי, מזרחי/מערבי). (6 נק')</w:t>
      </w:r>
    </w:p>
    <w:p>
      <w:pPr>
        <w:bidi/>
        <w:spacing w:before="0" w:after="100"/>
      </w:pPr>
      <w:r>
        <w:rPr>
          <w:rtl/>
        </w:rPr>
        <w:t>א. 25 מעלות דרום, 45 מעלות מזרח  ← דרומי, מזרחי</w:t>
      </w:r>
    </w:p>
    <w:p>
      <w:pPr>
        <w:bidi/>
        <w:spacing w:before="0" w:after="100"/>
      </w:pPr>
      <w:r>
        <w:rPr>
          <w:rtl/>
        </w:rPr>
        <w:t>ב. 50 מעלות צפון, 5 מעלות מערב  ← צפוני, מערבי</w:t>
      </w:r>
    </w:p>
    <w:p>
      <w:pPr>
        <w:bidi/>
        <w:spacing w:before="0" w:after="100"/>
      </w:pPr>
      <w:r>
        <w:rPr>
          <w:rtl/>
        </w:rPr>
        <w:t>ג. 10 מעלות דרום, 75 מעלות מערב  ← דרומי, מערבי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מפה בקנה מידה ‪1:10,000‬ מפורטת יותר ממפה בקנה מידה ‪1:1,000,000‬.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במפה פיזית, אזור ירוק הוא תמיד אזור עם יער.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ירוק מסמן אזור נמוך; אין זה אומר בהכרח שיש בו יער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מקום בקו רוחב 70 צפון קרוב לקוטב יותר ממקום בקו רוחב 30 צפון.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הים התיכון מתחבר לים השחור דרך תעלת סואץ.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הוא מתחבר לים השחור דרך מצרים צרים בטורקיה; תעלת סואץ מחברת אותו לים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בין המקום למה שמאפיין אותו.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סיציליה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אי שבו נמצא הר הגעש אטנה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מצר גיברלטר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נהר שנשפך לים התיכון במצרים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הנילוס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מעבר בין הים התיכון לאוקיינוס האטלנטי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יוון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נמל משא בחוף הדרומי של 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נמל אשדוד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מדינה עם איים רבים מאוד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במושג הגאוגרפי המדויק. (8 נק')</w:t>
      </w:r>
    </w:p>
    <w:p>
      <w:pPr>
        <w:bidi/>
        <w:spacing w:before="0" w:after="40"/>
      </w:pPr>
      <w:r>
        <w:rPr>
          <w:rtl/>
        </w:rPr>
        <w:t>א. קו האורך 0, שעובר בגריניץ', נקרא קו האפס.</w:t>
      </w:r>
    </w:p>
    <w:p>
      <w:pPr>
        <w:bidi/>
        <w:spacing w:before="0" w:after="40"/>
      </w:pPr>
      <w:r>
        <w:rPr>
          <w:rtl/>
        </w:rPr>
        <w:t>ב. סרגל מצויר במפה שמראה מרחקים הוא קנה מידה קווי.</w:t>
      </w:r>
    </w:p>
    <w:p>
      <w:pPr>
        <w:bidi/>
        <w:spacing w:before="0" w:after="40"/>
      </w:pPr>
      <w:r>
        <w:rPr>
          <w:rtl/>
        </w:rPr>
        <w:t>ג. באקלים ים-תיכוני החורף נוח וגשום.</w:t>
      </w:r>
    </w:p>
    <w:p>
      <w:pPr>
        <w:bidi/>
        <w:spacing w:before="0" w:after="40"/>
      </w:pPr>
      <w:r>
        <w:rPr>
          <w:rtl/>
        </w:rPr>
        <w:t>ד. דיג של יותר מדי דגים, עד שהם מתמעטים, נקרא דיג יתר.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יואב טוען: «בשביל לתכנן טיול רגלי, תצלום לוויין טוב יותר ממפת טיולים». הציגו טיעון אחד בעדו וטיעון אחד נגדו, וכתבו מה אתם הייתם בוחרים. (7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בעד: בתצלום רואים את השטח כמו שהוא – צמחייה, סלעים, מבנים. נגד: בתצלום אין שמות, מקרא, סימון שבילים וקנה מידה נוח, ולכן קשה לנווט בו; מפת טיולים מראה שבילים ומרחקים. בחירה מנומקת (למשל: מפת טיולים, ואפשר להיעזר בתצלום). ‪(3+3‬ נק', בחירה מנומקת – 1)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שרטטו מפה של אי דמיוני בים התיכון בקנה מידה ‪1:100,000‬: סמנו נמל, עיר, הר וחוף רחצה, הוסיפו מקרא, חץ צפון וקנה מידה קווי. האי צריך להיות באורך של 4 ק"מ בערך. (6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אי באורך של כ-4 ס"מ במפה (1 ס"מ = 1 ק"מ), ארבעה סמלים מוסברים במקרא, חץ צפון וקנה מידה קווי מדויק. (נקודה לכל רכיב: אורך נכון, סמלים, מקרא, חץ צפון, קנה מידה קווי, סדר ובהירות)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כתבו פסקה (5–6 משפטים): «הים התיכון – מקור חיים שצריך לשמור עליו». תארו שתי דרכים שבהן הים מועיל לאדם, שתי דרכים שבהן האדם פוגע בו, והציעו פתרון אחד שדורש שיתוף פעולה בין מדינות.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מועיל: מזון ודיג; סחר ונמלים; תיירות ופרנסה; אקלים נוח. פוגע: זיהום (ביוב, פלסטיק, דלק); דיג יתר; בנייה בחופים. פתרון משותף: הסכם בין המדינות להגבלת דיג, לטיפול בביוב או לשמורות ימיות, כי המים והדגים עוברים בין המדינות. (שתי תועלות – 4, שתי פגיעות – 4, פתרון מנומק – 2, כתיבה מאורגנת ותקינה – 2)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