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ה'   |   דף סיכום</w:t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D25035"/>
          <w:sz w:val="44"/>
          <w:szCs w:val="44"/>
          <w:rtl/>
        </w:rPr>
        <w:t>המפה – כלי להכרת העולם: מפות מקוונות, GPS, תצלומי אוויר ולוויין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D25035"/>
          <w:sz w:val="24"/>
          <w:szCs w:val="24"/>
          <w:rtl/>
        </w:rPr>
        <w:t>דף סיכום: מה זו מפה, למה היא משמשת ובמה היא שונה מתצלום אוויר ומתצלום לוויין</w:t>
      </w:r>
    </w:p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o_g5_t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D25035"/>
          <w:sz w:val="28"/>
          <w:szCs w:val="28"/>
          <w:rtl/>
        </w:rPr>
        <w:t>◆ מפה – מבט מלמעלה</w:t>
      </w:r>
    </w:p>
    <w:p>
      <w:pPr>
        <w:bidi/>
        <w:spacing w:before="0" w:after="40"/>
      </w:pPr>
      <w:r>
        <w:rPr>
          <w:rtl/>
        </w:rPr>
        <w:t>מפה היא ציור מוקטן ומפושט של שטח, כפי שהוא נראה מלמעלה. היא משתמשת בסמלים, בצבעים ובשמות.</w:t>
      </w:r>
    </w:p>
    <w:p>
      <w:pPr>
        <w:bidi/>
        <w:spacing w:before="0" w:after="20"/>
      </w:pPr>
      <w:r>
        <w:rPr>
          <w:rtl/>
        </w:rPr>
        <w:t>1. התמצאות – לדעת איפה אני נמצא.</w:t>
      </w:r>
    </w:p>
    <w:p>
      <w:pPr>
        <w:bidi/>
        <w:spacing w:before="0" w:after="20"/>
      </w:pPr>
      <w:r>
        <w:rPr>
          <w:rtl/>
        </w:rPr>
        <w:t>2. ניווט – למצוא דרך ממקום למקום.</w:t>
      </w:r>
    </w:p>
    <w:p>
      <w:pPr>
        <w:bidi/>
        <w:spacing w:before="0" w:after="20"/>
      </w:pPr>
      <w:r>
        <w:rPr>
          <w:rtl/>
        </w:rPr>
        <w:t>3. מדידת מרחקים ולמידה על מקומות רחוקים.</w:t>
      </w: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D25035"/>
          <w:sz w:val="28"/>
          <w:szCs w:val="28"/>
          <w:rtl/>
        </w:rPr>
        <w:t>◆ מפה או תצלום?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d25035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</w:r>
          </w:p>
        </w:tc>
        <w:tc>
          <w:tcPr>
            <w:tcW w:type="dxa" w:w="3326"/>
            <w:shd w:val="clear" w:color="auto" w:fill="d25035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מפה</w:t>
            </w:r>
          </w:p>
        </w:tc>
        <w:tc>
          <w:tcPr>
            <w:tcW w:type="dxa" w:w="3326"/>
            <w:shd w:val="clear" w:color="auto" w:fill="d25035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תצלום אוויר / לוויין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שמות של מקומות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אין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סמלים ומקרא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אין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כל הפרטים בשטח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רק מה שנבחר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הכול, כמו שהוא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מאיפה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משרטטים במחשב או ביד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ממטוס או מרחפן / מלוויין בחלל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D25035"/>
          <w:sz w:val="28"/>
          <w:szCs w:val="28"/>
          <w:rtl/>
        </w:rPr>
        <w:t>◆ מפות דיגיטליות</w:t>
      </w:r>
    </w:p>
    <w:p>
      <w:pPr>
        <w:bidi/>
        <w:spacing w:before="0" w:after="20"/>
      </w:pPr>
      <w:r>
        <w:rPr>
          <w:rtl/>
        </w:rPr>
        <w:t>1. מפה מקוונת – מפה בטלפון או במחשב, שאפשר להגדיל ולהקטין.</w:t>
      </w:r>
    </w:p>
    <w:p>
      <w:pPr>
        <w:bidi/>
        <w:spacing w:before="0" w:after="20"/>
      </w:pPr>
      <w:r>
        <w:rPr>
          <w:rtl/>
        </w:rPr>
        <w:t>2. GPS – מערכת שבה מכשיר קולט אותות מלוויינים ומחשב את מיקומו.</w:t>
      </w:r>
    </w:p>
    <w:p>
      <w:pPr>
        <w:bidi/>
        <w:spacing w:before="0" w:after="20"/>
      </w:pPr>
      <w:r>
        <w:rPr>
          <w:rtl/>
        </w:rPr>
        <w:t>3. תוכנת ניווט – מציעה דרך ומראה את המיקום שלנו בזמן אמת.</w:t>
      </w: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מפה היא תמיד «מבט מלמעלה» מוקטן ומפושט. תצלום מראה הכול, ומפה מראה רק את מה שבחרו להציג – ומוסיפה שמות וסמלים.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נועם רוצה לדעת אם יש בחצר בית הספר עצים ומכוניות חונות. האם כדאי לו להשתמש במפה או בתצלום אוויר?</w:t>
      </w:r>
    </w:p>
    <w:p>
      <w:pPr>
        <w:bidi/>
        <w:spacing w:before="0" w:after="20"/>
      </w:pPr>
      <w:r>
        <w:rPr>
          <w:rtl/>
        </w:rPr>
        <w:t>1. במפה מופיע רק מה שבחרו להציג, ולרוב אין בה עצים בודדים ומכוניות.</w:t>
      </w:r>
    </w:p>
    <w:p>
      <w:pPr>
        <w:bidi/>
        <w:spacing w:before="0" w:after="20"/>
      </w:pPr>
      <w:r>
        <w:rPr>
          <w:rtl/>
        </w:rPr>
        <w:t>2. בתצלום אוויר רואים את השטח כמו שהוא, עם כל הפרטים.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בתצלום אוויר</w:t>
      </w:r>
    </w:p>
    <w:p>
      <w:pPr>
        <w:bidi/>
        <w:spacing w:before="120" w:after="80"/>
      </w:pPr>
      <w:r>
        <w:rPr>
          <w:rFonts w:ascii="Arial Black" w:hAnsi="Arial Black" w:cs="Arial Black"/>
          <w:b/>
          <w:bCs/>
          <w:color w:val="D25035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</w:pPr>
      <w:r>
        <w:rPr>
          <w:rtl/>
        </w:rPr>
        <w:t>א. מכשיר שקולט אותות מלוויינים ומחשב את המיקום שלנו הוא מכשיר __________.</w:t>
      </w:r>
    </w:p>
    <w:p>
      <w:pPr>
        <w:bidi/>
        <w:spacing w:before="0" w:after="60"/>
      </w:pPr>
      <w:r>
        <w:rPr>
          <w:rtl/>
        </w:rPr>
        <w:t>ב. תצלום שצולם ממטוס או מרחפן נקרא תצלום __________.</w:t>
      </w:r>
    </w:p>
    <w:p>
      <w:pPr>
        <w:bidi/>
        <w:spacing w:before="0" w:after="60"/>
      </w:pPr>
      <w:r>
        <w:rPr>
          <w:rtl/>
        </w:rPr>
        <w:t>ג. מציאת דרך ממקום למקום בעזרת מפה נקראת __________.</w:t>
      </w:r>
    </w:p>
    <w:p>
      <w:pPr>
        <w:bidi/>
        <w:spacing w:before="0" w:after="60"/>
      </w:pPr>
      <w:r>
        <w:rPr>
          <w:rtl/>
        </w:rPr>
        <w:t>ד. בתצלום אוויר אין __________ של רחובות ושל מקומות.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GPS · ב. אוויר · ג. ניווט · ד. שמות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EF5B3C"/>
        <w:left w:val="single" w:sz="18" w:space="22" w:color="EF5B3C"/>
        <w:bottom w:val="single" w:sz="18" w:space="22" w:color="EF5B3C"/>
        <w:right w:val="single" w:sz="18" w:space="22" w:color="EF5B3C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