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Tahoma" w:hAnsi="Tahoma" w:cs="Tahoma"/>
          <w:b/>
          <w:bCs/>
          <w:color w:val="D25035"/>
          <w:sz w:val="44"/>
          <w:szCs w:val="44"/>
          <w:rtl/>
        </w:rPr>
        <w:t>המפה – כלי להכרת העולם: מפות מקוונות, GPS, תצלומי אוויר ולוויין</w:t>
      </w:r>
    </w:p>
    <w:p>
      <w:pPr>
        <w:bidi/>
        <w:spacing w:before="160" w:after="60"/>
      </w:pPr>
      <w:r>
        <w:rPr>
          <w:b/>
          <w:bCs/>
          <w:sz w:val="26"/>
          <w:szCs w:val="26"/>
          <w:rtl/>
        </w:rPr>
        <w:t>1. השלימו את המשפטים בעזרת המילים שבמחסן.</w:t>
      </w:r>
    </w:p>
    <w:p>
      <w:pPr>
        <w:bidi/>
        <w:spacing w:before="0" w:after="80"/>
      </w:pPr>
      <w:r>
        <w:rPr>
          <w:color w:val="D25035"/>
          <w:sz w:val="24"/>
          <w:szCs w:val="24"/>
          <w:rtl/>
        </w:rPr>
        <w:t>מחסן מילים: מפה  |  ניווט  |  לוויין  |  התמצאות  |  מלמעלה</w:t>
      </w:r>
    </w:p>
    <w:p>
      <w:pPr>
        <w:bidi/>
        <w:spacing w:before="0" w:after="60"/>
      </w:pPr>
      <w:r>
        <w:rPr>
          <w:rtl/>
        </w:rPr>
        <w:t>א. ציור מוקטן של שטח נקרא __________.</w:t>
      </w:r>
    </w:p>
    <w:p>
      <w:pPr>
        <w:bidi/>
        <w:spacing w:before="0" w:after="60"/>
      </w:pPr>
      <w:r>
        <w:rPr>
          <w:rtl/>
        </w:rPr>
        <w:t>ב. במפה רואים את השטח כפי שהוא נראה __________.</w:t>
      </w:r>
    </w:p>
    <w:p>
      <w:pPr>
        <w:bidi/>
        <w:spacing w:before="0" w:after="60"/>
      </w:pPr>
      <w:r>
        <w:rPr>
          <w:rtl/>
        </w:rPr>
        <w:t>ג. לדעת איפה אני נמצא – זו __________.</w:t>
      </w:r>
    </w:p>
    <w:p>
      <w:pPr>
        <w:bidi/>
        <w:spacing w:before="0" w:after="60"/>
      </w:pPr>
      <w:r>
        <w:rPr>
          <w:rtl/>
        </w:rPr>
        <w:t>ד. מציאת דרך ממקום למקום היא __________.</w:t>
      </w:r>
    </w:p>
    <w:p>
      <w:pPr>
        <w:bidi/>
        <w:spacing w:before="0" w:after="60"/>
      </w:pPr>
      <w:r>
        <w:rPr>
          <w:rtl/>
        </w:rPr>
        <w:t>ה. תצלום שצולם מן החלל הוא תצלום __________.</w:t>
      </w:r>
    </w:p>
    <w:p>
      <w:pPr>
        <w:bidi/>
        <w:spacing w:before="160" w:after="60"/>
      </w:pPr>
      <w:r>
        <w:rPr>
          <w:b/>
          <w:bCs/>
          <w:sz w:val="26"/>
          <w:szCs w:val="26"/>
          <w:rtl/>
        </w:rPr>
        <w:t>2.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25035"/>
          </w:tcPr>
          <w:p>
            <w:pPr>
              <w:bidi/>
              <w:spacing w:before="0" w:after="40"/>
            </w:pPr>
            <w:r>
              <w:rPr>
                <w:b/>
                <w:bCs/>
                <w:color w:val="FFFFFF"/>
                <w:rtl/>
              </w:rPr>
              <w:t>טור א</w:t>
            </w:r>
          </w:p>
        </w:tc>
        <w:tc>
          <w:tcPr>
            <w:tcW w:type="dxa" w:w="4989"/>
            <w:shd w:val="clear" w:color="auto" w:fill="d25035"/>
          </w:tcPr>
          <w:p>
            <w:pPr>
              <w:bidi/>
              <w:spacing w:before="0" w:after="40"/>
            </w:pPr>
            <w:r>
              <w:rPr>
                <w:b/>
                <w:bCs/>
                <w:color w:val="FFFFFF"/>
                <w:rtl/>
              </w:rPr>
              <w:t>טור ב</w:t>
            </w:r>
          </w:p>
        </w:tc>
      </w:tr>
      <w:tr>
        <w:tc>
          <w:tcPr>
            <w:tcW w:type="dxa" w:w="4989"/>
          </w:tcPr>
          <w:p>
            <w:pPr>
              <w:bidi/>
              <w:spacing w:before="0" w:after="40"/>
            </w:pPr>
            <w:r>
              <w:rPr>
                <w:rtl/>
              </w:rPr>
              <w:t>1. מפה מקוונת</w:t>
            </w:r>
          </w:p>
        </w:tc>
        <w:tc>
          <w:tcPr>
            <w:tcW w:type="dxa" w:w="4989"/>
          </w:tcPr>
          <w:p>
            <w:pPr>
              <w:bidi/>
              <w:spacing w:before="0" w:after="40"/>
            </w:pPr>
            <w:r>
              <w:rPr>
                <w:rtl/>
              </w:rPr>
              <w:t>[   ] תמונה שצולמה מן החלל</w:t>
            </w:r>
          </w:p>
        </w:tc>
      </w:tr>
      <w:tr>
        <w:tc>
          <w:tcPr>
            <w:tcW w:type="dxa" w:w="4989"/>
          </w:tcPr>
          <w:p>
            <w:pPr>
              <w:bidi/>
              <w:spacing w:before="0" w:after="40"/>
            </w:pPr>
            <w:r>
              <w:rPr>
                <w:rtl/>
              </w:rPr>
              <w:t>2. GPS</w:t>
            </w:r>
          </w:p>
        </w:tc>
        <w:tc>
          <w:tcPr>
            <w:tcW w:type="dxa" w:w="4989"/>
          </w:tcPr>
          <w:p>
            <w:pPr>
              <w:bidi/>
              <w:spacing w:before="0" w:after="40"/>
            </w:pPr>
            <w:r>
              <w:rPr>
                <w:rtl/>
              </w:rPr>
              <w:t>[   ] מפה בטלפון או במחשב</w:t>
            </w:r>
          </w:p>
        </w:tc>
      </w:tr>
      <w:tr>
        <w:tc>
          <w:tcPr>
            <w:tcW w:type="dxa" w:w="4989"/>
          </w:tcPr>
          <w:p>
            <w:pPr>
              <w:bidi/>
              <w:spacing w:before="0" w:after="40"/>
            </w:pPr>
            <w:r>
              <w:rPr>
                <w:rtl/>
              </w:rPr>
              <w:t>3. תצלום אוויר</w:t>
            </w:r>
          </w:p>
        </w:tc>
        <w:tc>
          <w:tcPr>
            <w:tcW w:type="dxa" w:w="4989"/>
          </w:tcPr>
          <w:p>
            <w:pPr>
              <w:bidi/>
              <w:spacing w:before="0" w:after="40"/>
            </w:pPr>
            <w:r>
              <w:rPr>
                <w:rtl/>
              </w:rPr>
              <w:t>[   ] מציעה דרך מנקודה לנקודה</w:t>
            </w:r>
          </w:p>
        </w:tc>
      </w:tr>
      <w:tr>
        <w:tc>
          <w:tcPr>
            <w:tcW w:type="dxa" w:w="4989"/>
          </w:tcPr>
          <w:p>
            <w:pPr>
              <w:bidi/>
              <w:spacing w:before="0" w:after="40"/>
            </w:pPr>
            <w:r>
              <w:rPr>
                <w:rtl/>
              </w:rPr>
              <w:t>4. תצלום לוויין</w:t>
            </w:r>
          </w:p>
        </w:tc>
        <w:tc>
          <w:tcPr>
            <w:tcW w:type="dxa" w:w="4989"/>
          </w:tcPr>
          <w:p>
            <w:pPr>
              <w:bidi/>
              <w:spacing w:before="0" w:after="40"/>
            </w:pPr>
            <w:r>
              <w:rPr>
                <w:rtl/>
              </w:rPr>
              <w:t>[   ] תמונה שצולמה ממטוס או מרחפן</w:t>
            </w:r>
          </w:p>
        </w:tc>
      </w:tr>
      <w:tr>
        <w:tc>
          <w:tcPr>
            <w:tcW w:type="dxa" w:w="4989"/>
          </w:tcPr>
          <w:p>
            <w:pPr>
              <w:bidi/>
              <w:spacing w:before="0" w:after="40"/>
            </w:pPr>
            <w:r>
              <w:rPr>
                <w:rtl/>
              </w:rPr>
              <w:t>5. תוכנת ניווט</w:t>
            </w:r>
          </w:p>
        </w:tc>
        <w:tc>
          <w:tcPr>
            <w:tcW w:type="dxa" w:w="4989"/>
          </w:tcPr>
          <w:p>
            <w:pPr>
              <w:bidi/>
              <w:spacing w:before="0" w:after="40"/>
            </w:pPr>
            <w:r>
              <w:rPr>
                <w:rtl/>
              </w:rPr>
              <w:t>[   ] מערכת לאיתור מיקום בעזרת לוויינים</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25035"/>
          </w:tcPr>
          <w:p>
            <w:pPr>
              <w:bidi/>
              <w:spacing w:before="0" w:after="40"/>
            </w:pPr>
            <w:r>
              <w:rPr>
                <w:b/>
                <w:bCs/>
                <w:color w:val="FFFFFF"/>
                <w:rtl/>
              </w:rPr>
              <w:t>משפט</w:t>
            </w:r>
          </w:p>
        </w:tc>
        <w:tc>
          <w:tcPr>
            <w:tcW w:type="dxa" w:w="2494"/>
            <w:shd w:val="clear" w:color="auto" w:fill="d25035"/>
          </w:tcPr>
          <w:p>
            <w:pPr>
              <w:bidi/>
              <w:spacing w:before="0" w:after="40"/>
            </w:pPr>
            <w:r>
              <w:rPr>
                <w:b/>
                <w:bCs/>
                <w:color w:val="FFFFFF"/>
                <w:rtl/>
              </w:rPr>
              <w:t>נכון</w:t>
            </w:r>
          </w:p>
        </w:tc>
        <w:tc>
          <w:tcPr>
            <w:tcW w:type="dxa" w:w="2494"/>
            <w:shd w:val="clear" w:color="auto" w:fill="d25035"/>
          </w:tcPr>
          <w:p>
            <w:pPr>
              <w:bidi/>
              <w:spacing w:before="0" w:after="40"/>
            </w:pPr>
            <w:r>
              <w:rPr>
                <w:b/>
                <w:bCs/>
                <w:color w:val="FFFFFF"/>
                <w:rtl/>
              </w:rPr>
              <w:t>לא נכון</w:t>
            </w:r>
          </w:p>
        </w:tc>
        <w:tc>
          <w:tcPr>
            <w:tcW w:type="dxa" w:w="2494"/>
            <w:shd w:val="clear" w:color="auto" w:fill="d25035"/>
          </w:tcPr>
          <w:p>
            <w:pPr>
              <w:bidi/>
              <w:spacing w:before="0" w:after="40"/>
            </w:pPr>
            <w:r>
              <w:rPr>
                <w:b/>
                <w:bCs/>
                <w:color w:val="FFFFFF"/>
                <w:rtl/>
              </w:rPr>
              <w:t>תיקון</w:t>
            </w:r>
          </w:p>
        </w:tc>
      </w:tr>
      <w:tr>
        <w:tc>
          <w:tcPr>
            <w:tcW w:type="dxa" w:w="2494"/>
          </w:tcPr>
          <w:p>
            <w:pPr>
              <w:bidi/>
              <w:spacing w:before="0" w:after="40"/>
            </w:pPr>
            <w:r>
              <w:rPr>
                <w:rtl/>
              </w:rPr>
              <w:t>א. במפה מופיעים כל הפרטים שיש בשטח.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מפה מראה את השטח כפי שהוא נראה מלמעלה.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בתצלום אוויר מופיעים שמות הרחובות.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מכשיר GPS משתמש באותות מלוויינים.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מה מופיע בדרך כלל במפת רחובות, ומה רואים רק בתצלום אוויר?</w:t>
      </w:r>
    </w:p>
    <w:p>
      <w:pPr>
        <w:bidi/>
        <w:spacing w:before="0" w:after="80"/>
      </w:pPr>
      <w:r>
        <w:rPr>
          <w:color w:val="D25035"/>
          <w:sz w:val="24"/>
          <w:szCs w:val="24"/>
          <w:rtl/>
        </w:rPr>
        <w:t>המילים: שמות רחובות  |  מכוניות חונות  |  סמל של בית ספר  |  צל של עצים  |  מקרא  |  כביסה על חבל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25035"/>
          </w:tcPr>
          <w:p>
            <w:pPr>
              <w:bidi/>
              <w:spacing w:before="0" w:after="40"/>
            </w:pPr>
            <w:r>
              <w:rPr>
                <w:b/>
                <w:bCs/>
                <w:color w:val="FFFFFF"/>
                <w:rtl/>
              </w:rPr>
              <w:t>במפה</w:t>
            </w:r>
          </w:p>
        </w:tc>
        <w:tc>
          <w:tcPr>
            <w:tcW w:type="dxa" w:w="4989"/>
            <w:shd w:val="clear" w:color="auto" w:fill="d25035"/>
          </w:tcPr>
          <w:p>
            <w:pPr>
              <w:bidi/>
              <w:spacing w:before="0" w:after="40"/>
            </w:pPr>
            <w:r>
              <w:rPr>
                <w:b/>
                <w:bCs/>
                <w:color w:val="FFFFFF"/>
                <w:rtl/>
              </w:rPr>
              <w:t>רק בתצלום אוויר</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w:t>
      </w:r>
    </w:p>
    <w:p>
      <w:pPr>
        <w:bidi/>
        <w:spacing w:before="0" w:after="20"/>
      </w:pPr>
      <w:r>
        <w:rPr>
          <w:rtl/>
        </w:rPr>
        <w:t>א. מה מראה תצלום לוויין בדרך כלל, בהשוואה לתצלום אוויר?</w:t>
      </w:r>
    </w:p>
    <w:p>
      <w:pPr>
        <w:bidi/>
        <w:spacing w:before="0" w:after="80"/>
      </w:pPr>
      <w:r>
        <w:rPr>
          <w:rtl/>
        </w:rPr>
        <w:t xml:space="preserve">   ○ שטח קטן יותר      ○ שטח גדול יותר      ○ רק שמות של ערים</w:t>
      </w:r>
    </w:p>
    <w:p>
      <w:pPr>
        <w:bidi/>
        <w:spacing w:before="0" w:after="20"/>
      </w:pPr>
      <w:r>
        <w:rPr>
          <w:rtl/>
        </w:rPr>
        <w:t>ב. באיזה כלי כדאי להשתמש כדי למצוא דרך ברכב לעיר שלא הייתם בה?</w:t>
      </w:r>
    </w:p>
    <w:p>
      <w:pPr>
        <w:bidi/>
        <w:spacing w:before="0" w:after="80"/>
      </w:pPr>
      <w:r>
        <w:rPr>
          <w:rtl/>
        </w:rPr>
        <w:t xml:space="preserve">   ○ תצלום לוויין ישן      ○ תוכנת ניווט      ○ ספר היסטוריה</w:t>
      </w:r>
    </w:p>
    <w:p>
      <w:pPr>
        <w:bidi/>
        <w:spacing w:before="0" w:after="20"/>
      </w:pPr>
      <w:r>
        <w:rPr>
          <w:rtl/>
        </w:rPr>
        <w:t>ג. מה אין בתצלום אוויר?</w:t>
      </w:r>
    </w:p>
    <w:p>
      <w:pPr>
        <w:bidi/>
        <w:spacing w:before="0" w:after="80"/>
      </w:pPr>
      <w:r>
        <w:rPr>
          <w:rtl/>
        </w:rPr>
        <w:t xml:space="preserve">   ○ מקרא      ○ בתים      ○ כבישים</w:t>
      </w:r>
    </w:p>
    <w:p>
      <w:pPr>
        <w:bidi/>
        <w:spacing w:before="160" w:after="60"/>
      </w:pPr>
      <w:r>
        <w:rPr>
          <w:b/>
          <w:bCs/>
          <w:sz w:val="26"/>
          <w:szCs w:val="26"/>
          <w:rtl/>
        </w:rPr>
        <w:t>6. השלימו את הטבלה: לאיזו מטרה נשתמש בכל כלי?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25035"/>
          </w:tcPr>
          <w:p>
            <w:pPr>
              <w:bidi/>
              <w:spacing w:before="0" w:after="40"/>
            </w:pPr>
            <w:r>
              <w:rPr>
                <w:b/>
                <w:bCs/>
                <w:color w:val="FFFFFF"/>
                <w:rtl/>
              </w:rPr>
              <w:t>המטרה</w:t>
            </w:r>
          </w:p>
        </w:tc>
        <w:tc>
          <w:tcPr>
            <w:tcW w:type="dxa" w:w="4989"/>
            <w:shd w:val="clear" w:color="auto" w:fill="d25035"/>
          </w:tcPr>
          <w:p>
            <w:pPr>
              <w:bidi/>
              <w:spacing w:before="0" w:after="40"/>
            </w:pPr>
            <w:r>
              <w:rPr>
                <w:b/>
                <w:bCs/>
                <w:color w:val="FFFFFF"/>
                <w:rtl/>
              </w:rPr>
              <w:t>הכלי המתאים</w:t>
            </w:r>
          </w:p>
        </w:tc>
      </w:tr>
      <w:tr>
        <w:tc>
          <w:tcPr>
            <w:tcW w:type="dxa" w:w="4989"/>
          </w:tcPr>
          <w:p>
            <w:pPr>
              <w:bidi/>
              <w:spacing w:before="0" w:after="40"/>
            </w:pPr>
            <w:r>
              <w:rPr>
                <w:rtl/>
              </w:rPr>
              <w:t>למצוא את הדרך הקצרה לחוף הים</w:t>
            </w:r>
          </w:p>
        </w:tc>
        <w:tc>
          <w:tcPr>
            <w:tcW w:type="dxa" w:w="4989"/>
          </w:tcPr>
          <w:p>
            <w:pPr>
              <w:bidi/>
              <w:spacing w:before="0" w:after="40"/>
            </w:pPr>
            <w:r>
              <w:rPr>
                <w:rtl/>
              </w:rPr>
            </w:r>
          </w:p>
        </w:tc>
      </w:tr>
      <w:tr>
        <w:tc>
          <w:tcPr>
            <w:tcW w:type="dxa" w:w="4989"/>
          </w:tcPr>
          <w:p>
            <w:pPr>
              <w:bidi/>
              <w:spacing w:before="0" w:after="40"/>
            </w:pPr>
            <w:r>
              <w:rPr>
                <w:rtl/>
              </w:rPr>
              <w:t>לראות אם יש בריכה בחצר של בית</w:t>
            </w:r>
          </w:p>
        </w:tc>
        <w:tc>
          <w:tcPr>
            <w:tcW w:type="dxa" w:w="4989"/>
          </w:tcPr>
          <w:p>
            <w:pPr>
              <w:bidi/>
              <w:spacing w:before="0" w:after="40"/>
            </w:pPr>
            <w:r>
              <w:rPr>
                <w:rtl/>
              </w:rPr>
            </w:r>
          </w:p>
        </w:tc>
      </w:tr>
      <w:tr>
        <w:tc>
          <w:tcPr>
            <w:tcW w:type="dxa" w:w="4989"/>
          </w:tcPr>
          <w:p>
            <w:pPr>
              <w:bidi/>
              <w:spacing w:before="0" w:after="40"/>
            </w:pPr>
            <w:r>
              <w:rPr>
                <w:rtl/>
              </w:rPr>
              <w:t>לדעת מה המיקום שלנו עכשיו</w:t>
            </w:r>
          </w:p>
        </w:tc>
        <w:tc>
          <w:tcPr>
            <w:tcW w:type="dxa" w:w="4989"/>
          </w:tcPr>
          <w:p>
            <w:pPr>
              <w:bidi/>
              <w:spacing w:before="0" w:after="40"/>
            </w:pPr>
            <w:r>
              <w:rPr>
                <w:rtl/>
              </w:rPr>
            </w:r>
          </w:p>
        </w:tc>
      </w:tr>
      <w:tr>
        <w:tc>
          <w:tcPr>
            <w:tcW w:type="dxa" w:w="4989"/>
          </w:tcPr>
          <w:p>
            <w:pPr>
              <w:bidi/>
              <w:spacing w:before="0" w:after="40"/>
            </w:pPr>
            <w:r>
              <w:rPr>
                <w:rtl/>
              </w:rPr>
              <w:t>לראות את כל ארץ ישראל בתמונה אחת מן החלל</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7. כתבו ליד כל מצב: התמצאות או ניווט.</w:t>
      </w:r>
    </w:p>
    <w:p>
      <w:pPr>
        <w:bidi/>
        <w:spacing w:before="0" w:after="100"/>
      </w:pPr>
      <w:r>
        <w:rPr>
          <w:rtl/>
        </w:rPr>
        <w:t>א. איתי יוצא מן הבית ומחפש את הדרך לבית של סבתא.</w:t>
      </w:r>
    </w:p>
    <w:p>
      <w:pPr>
        <w:bidi/>
        <w:spacing w:before="0" w:after="100"/>
      </w:pPr>
      <w:r>
        <w:rPr>
          <w:rtl/>
        </w:rPr>
        <w:t>ב. נועה עומדת בכיכר ובודקת במפה באיזה רחוב היא נמצאת.</w:t>
      </w:r>
    </w:p>
    <w:p>
      <w:pPr>
        <w:bidi/>
        <w:spacing w:before="0" w:after="100"/>
      </w:pPr>
      <w:r>
        <w:rPr>
          <w:rtl/>
        </w:rPr>
        <w:t>ג. בטיול, המדריך מוביל את הקבוצה מן החניון אל המעיין.</w:t>
      </w:r>
    </w:p>
    <w:p>
      <w:pPr>
        <w:bidi/>
        <w:spacing w:before="0" w:after="100"/>
      </w:pPr>
      <w:r>
        <w:rPr>
          <w:rtl/>
        </w:rPr>
        <w:t>ד. דניאל מסתכל סביבו כדי להבין איפה הוא נמצא בפארק.</w:t>
      </w:r>
    </w:p>
    <w:p>
      <w:pPr>
        <w:bidi/>
        <w:spacing w:before="160" w:after="60"/>
      </w:pPr>
      <w:r>
        <w:rPr>
          <w:b/>
          <w:bCs/>
          <w:sz w:val="26"/>
          <w:szCs w:val="26"/>
          <w:rtl/>
        </w:rPr>
        <w:t>8. הסבירו מדוע מפה «בוחרת» מה להציג ואינה מראה את כל הפרטים שבשטח.</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שרטטו מפה פשוטה של הכיתה שלכם, כפי שהיא נראית מלמעלה: הדלת, החלונות, הלוח ושולחן המורה. סמנו גם את המקום שלכם.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Tahoma" w:hAnsi="Tahoma" w:cs="Tahoma"/>
          <w:b/>
          <w:bCs/>
          <w:color w:val="D25035"/>
          <w:sz w:val="30"/>
          <w:szCs w:val="30"/>
          <w:rtl/>
        </w:rPr>
        <w:t>הנקודה הכחולה</w:t>
      </w:r>
    </w:p>
    <w:p>
      <w:pPr>
        <w:bidi/>
        <w:spacing w:before="0" w:after="80"/>
      </w:pPr>
      <w:r>
        <w:rPr>
          <w:rtl/>
        </w:rPr>
        <w:t>פעם, מי שיצא לטיול בעיר זרה היה פותח מפת נייר גדולה ומנסה להבין איפה הוא נמצא. היום מספיק להוציא את הטלפון: נקודה כחולה על המסך מראה את המיקום שלנו.</w:t>
      </w:r>
    </w:p>
    <w:p>
      <w:pPr>
        <w:bidi/>
        <w:spacing w:before="0" w:after="80"/>
      </w:pPr>
      <w:r>
        <w:rPr>
          <w:rtl/>
        </w:rPr>
        <w:t>איך זה עובד? סביב כדור הארץ נעים לוויינים רבים, והם משדרים אותות כל הזמן. מכשיר GPS שבטלפון קולט אותות מכמה לוויינים בבת אחת ומחשב לפיהם את המיקום שלו.</w:t>
      </w:r>
    </w:p>
    <w:p>
      <w:pPr>
        <w:bidi/>
        <w:spacing w:before="0" w:after="80"/>
      </w:pPr>
      <w:r>
        <w:rPr>
          <w:rtl/>
        </w:rPr>
        <w:t>אבל לכלי הזה יש גם חסרונות. כשהסוללה נגמרת, הנקודה הכחולה נעלמת. גם במנהרה ארוכה, או בין צוקים גבוהים, המכשיר מתקשה לקלוט את אותות הלוויינים. לכן מטיילים מנוסים לוקחים איתם גם מפה מודפסת.</w:t>
      </w:r>
    </w:p>
    <w:p>
      <w:pPr>
        <w:bidi/>
        <w:spacing w:before="160" w:after="60"/>
      </w:pPr>
      <w:r>
        <w:rPr>
          <w:b/>
          <w:bCs/>
          <w:sz w:val="26"/>
          <w:szCs w:val="26"/>
          <w:rtl/>
        </w:rPr>
        <w:t>11. לפי הטקסט «הנקודה הכחולה» –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25035"/>
          </w:tcPr>
          <w:p>
            <w:pPr>
              <w:bidi/>
              <w:spacing w:before="0" w:after="40"/>
            </w:pPr>
            <w:r>
              <w:rPr>
                <w:b/>
                <w:bCs/>
                <w:color w:val="FFFFFF"/>
                <w:rtl/>
              </w:rPr>
              <w:t>משפט</w:t>
            </w:r>
          </w:p>
        </w:tc>
        <w:tc>
          <w:tcPr>
            <w:tcW w:type="dxa" w:w="2494"/>
            <w:shd w:val="clear" w:color="auto" w:fill="d25035"/>
          </w:tcPr>
          <w:p>
            <w:pPr>
              <w:bidi/>
              <w:spacing w:before="0" w:after="40"/>
            </w:pPr>
            <w:r>
              <w:rPr>
                <w:b/>
                <w:bCs/>
                <w:color w:val="FFFFFF"/>
                <w:rtl/>
              </w:rPr>
              <w:t>נכון</w:t>
            </w:r>
          </w:p>
        </w:tc>
        <w:tc>
          <w:tcPr>
            <w:tcW w:type="dxa" w:w="2494"/>
            <w:shd w:val="clear" w:color="auto" w:fill="d25035"/>
          </w:tcPr>
          <w:p>
            <w:pPr>
              <w:bidi/>
              <w:spacing w:before="0" w:after="40"/>
            </w:pPr>
            <w:r>
              <w:rPr>
                <w:b/>
                <w:bCs/>
                <w:color w:val="FFFFFF"/>
                <w:rtl/>
              </w:rPr>
              <w:t>לא נכון</w:t>
            </w:r>
          </w:p>
        </w:tc>
        <w:tc>
          <w:tcPr>
            <w:tcW w:type="dxa" w:w="2494"/>
            <w:shd w:val="clear" w:color="auto" w:fill="d25035"/>
          </w:tcPr>
          <w:p>
            <w:pPr>
              <w:bidi/>
              <w:spacing w:before="0" w:after="40"/>
            </w:pPr>
            <w:r>
              <w:rPr>
                <w:b/>
                <w:bCs/>
                <w:color w:val="FFFFFF"/>
                <w:rtl/>
              </w:rPr>
              <w:t>תיקון</w:t>
            </w:r>
          </w:p>
        </w:tc>
      </w:tr>
      <w:tr>
        <w:tc>
          <w:tcPr>
            <w:tcW w:type="dxa" w:w="2494"/>
          </w:tcPr>
          <w:p>
            <w:pPr>
              <w:bidi/>
              <w:spacing w:before="0" w:after="40"/>
            </w:pPr>
            <w:r>
              <w:rPr>
                <w:rtl/>
              </w:rPr>
              <w:t>א. מכשיר GPS קולט אות מלוויין אחד בלבד.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הנקודה הכחולה על המסך מראה את המיקום שלנו.</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מכשיר GPS עובד היטב גם כשהסוללה גמורה.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12. לפי הטקסט, מדוע מטיילים מנוסים לוקחים איתם גם מפה מודפסת? כתבו שתי סיבות.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מיכל אומרת: «בתצלום לוויין יש יותר מידע מאשר במפה, לכן אין צורך במפות». האם אתם מסכימים? נמקו בעזרת שני הבדלים בין מפה לתצלום.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EF5B3C"/>
        <w:left w:val="single" w:sz="18" w:space="22" w:color="EF5B3C"/>
        <w:bottom w:val="single" w:sz="18" w:space="22" w:color="EF5B3C"/>
        <w:right w:val="single" w:sz="18" w:space="22" w:color="EF5B3C"/>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