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ה'   |   מחוון – דף עבודה</w:t>
      </w:r>
    </w:p>
    <w:p>
      <w:pPr>
        <w:bidi/>
        <w:spacing w:before="0" w:after="120"/>
      </w:pPr>
      <w:r>
        <w:rPr>
          <w:rFonts w:ascii="Tahoma" w:hAnsi="Tahoma" w:cs="Tahoma"/>
          <w:b/>
          <w:bCs/>
          <w:color w:val="0F7A4F"/>
          <w:sz w:val="40"/>
          <w:szCs w:val="40"/>
          <w:rtl/>
        </w:rPr>
        <w:t>🔑 מחוון – המפה – כלי להכרת העולם: מפות מקוונות, GPS, תצלומי אוויר ולוויין</w:t>
      </w:r>
    </w:p>
    <w:p>
      <w:pPr>
        <w:bidi/>
        <w:spacing w:before="160" w:after="60"/>
      </w:pPr>
      <w:r>
        <w:rPr>
          <w:b/>
          <w:bCs/>
          <w:sz w:val="26"/>
          <w:szCs w:val="26"/>
          <w:rtl/>
        </w:rPr>
        <w:t>1. השלימו את המשפטים בעזרת המילים שבמחסן.</w:t>
      </w:r>
    </w:p>
    <w:p>
      <w:pPr>
        <w:bidi/>
        <w:spacing w:before="0" w:after="40"/>
      </w:pPr>
      <w:r>
        <w:rPr>
          <w:rtl/>
        </w:rPr>
        <w:t>א. ציור מוקטן של שטח נקרא מפה.</w:t>
      </w:r>
    </w:p>
    <w:p>
      <w:pPr>
        <w:bidi/>
        <w:spacing w:before="0" w:after="40"/>
      </w:pPr>
      <w:r>
        <w:rPr>
          <w:rtl/>
        </w:rPr>
        <w:t>ב. במפה רואים את השטח כפי שהוא נראה מלמעלה.</w:t>
      </w:r>
    </w:p>
    <w:p>
      <w:pPr>
        <w:bidi/>
        <w:spacing w:before="0" w:after="40"/>
      </w:pPr>
      <w:r>
        <w:rPr>
          <w:rtl/>
        </w:rPr>
        <w:t>ג. לדעת איפה אני נמצא – זו התמצאות.</w:t>
      </w:r>
    </w:p>
    <w:p>
      <w:pPr>
        <w:bidi/>
        <w:spacing w:before="0" w:after="40"/>
      </w:pPr>
      <w:r>
        <w:rPr>
          <w:rtl/>
        </w:rPr>
        <w:t>ד. מציאת דרך ממקום למקום היא ניווט.</w:t>
      </w:r>
    </w:p>
    <w:p>
      <w:pPr>
        <w:bidi/>
        <w:spacing w:before="0" w:after="40"/>
      </w:pPr>
      <w:r>
        <w:rPr>
          <w:rtl/>
        </w:rPr>
        <w:t>ה. תצלום שצולם מן החלל הוא תצלום לוויין.</w:t>
      </w:r>
    </w:p>
    <w:p>
      <w:pPr>
        <w:bidi/>
        <w:spacing w:before="160" w:after="60"/>
      </w:pPr>
      <w:r>
        <w:rPr>
          <w:b/>
          <w:bCs/>
          <w:sz w:val="26"/>
          <w:szCs w:val="26"/>
          <w:rtl/>
        </w:rPr>
        <w:t>2. התאימו לכל מושג את ההסבר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d25035"/>
          </w:tcPr>
          <w:p>
            <w:pPr>
              <w:bidi/>
              <w:spacing w:before="0" w:after="40"/>
            </w:pPr>
            <w:r>
              <w:rPr>
                <w:b/>
                <w:bCs/>
                <w:color w:val="FFFFFF"/>
                <w:rtl/>
              </w:rPr>
              <w:t>טור א</w:t>
            </w:r>
          </w:p>
        </w:tc>
        <w:tc>
          <w:tcPr>
            <w:tcW w:type="dxa" w:w="4989"/>
            <w:shd w:val="clear" w:color="auto" w:fill="d25035"/>
          </w:tcPr>
          <w:p>
            <w:pPr>
              <w:bidi/>
              <w:spacing w:before="0" w:after="40"/>
            </w:pPr>
            <w:r>
              <w:rPr>
                <w:b/>
                <w:bCs/>
                <w:color w:val="FFFFFF"/>
                <w:rtl/>
              </w:rPr>
              <w:t>טור ב</w:t>
            </w:r>
          </w:p>
        </w:tc>
      </w:tr>
      <w:tr>
        <w:tc>
          <w:tcPr>
            <w:tcW w:type="dxa" w:w="4989"/>
          </w:tcPr>
          <w:p>
            <w:pPr>
              <w:bidi/>
              <w:spacing w:before="0" w:after="40"/>
            </w:pPr>
            <w:r>
              <w:rPr>
                <w:rtl/>
              </w:rPr>
              <w:t>1. מפה מקוונת</w:t>
            </w:r>
          </w:p>
        </w:tc>
        <w:tc>
          <w:tcPr>
            <w:tcW w:type="dxa" w:w="4989"/>
          </w:tcPr>
          <w:p>
            <w:pPr>
              <w:bidi/>
              <w:spacing w:before="0" w:after="40"/>
            </w:pPr>
            <w:r>
              <w:rPr>
                <w:rtl/>
              </w:rPr>
              <w:t>[4] תמונה שצולמה מן החלל</w:t>
            </w:r>
          </w:p>
        </w:tc>
      </w:tr>
      <w:tr>
        <w:tc>
          <w:tcPr>
            <w:tcW w:type="dxa" w:w="4989"/>
          </w:tcPr>
          <w:p>
            <w:pPr>
              <w:bidi/>
              <w:spacing w:before="0" w:after="40"/>
            </w:pPr>
            <w:r>
              <w:rPr>
                <w:rtl/>
              </w:rPr>
              <w:t>2. GPS</w:t>
            </w:r>
          </w:p>
        </w:tc>
        <w:tc>
          <w:tcPr>
            <w:tcW w:type="dxa" w:w="4989"/>
          </w:tcPr>
          <w:p>
            <w:pPr>
              <w:bidi/>
              <w:spacing w:before="0" w:after="40"/>
            </w:pPr>
            <w:r>
              <w:rPr>
                <w:rtl/>
              </w:rPr>
              <w:t>[1] מפה בטלפון או במחשב</w:t>
            </w:r>
          </w:p>
        </w:tc>
      </w:tr>
      <w:tr>
        <w:tc>
          <w:tcPr>
            <w:tcW w:type="dxa" w:w="4989"/>
          </w:tcPr>
          <w:p>
            <w:pPr>
              <w:bidi/>
              <w:spacing w:before="0" w:after="40"/>
            </w:pPr>
            <w:r>
              <w:rPr>
                <w:rtl/>
              </w:rPr>
              <w:t>3. תצלום אוויר</w:t>
            </w:r>
          </w:p>
        </w:tc>
        <w:tc>
          <w:tcPr>
            <w:tcW w:type="dxa" w:w="4989"/>
          </w:tcPr>
          <w:p>
            <w:pPr>
              <w:bidi/>
              <w:spacing w:before="0" w:after="40"/>
            </w:pPr>
            <w:r>
              <w:rPr>
                <w:rtl/>
              </w:rPr>
              <w:t>[5] מציעה דרך מנקודה לנקודה</w:t>
            </w:r>
          </w:p>
        </w:tc>
      </w:tr>
      <w:tr>
        <w:tc>
          <w:tcPr>
            <w:tcW w:type="dxa" w:w="4989"/>
          </w:tcPr>
          <w:p>
            <w:pPr>
              <w:bidi/>
              <w:spacing w:before="0" w:after="40"/>
            </w:pPr>
            <w:r>
              <w:rPr>
                <w:rtl/>
              </w:rPr>
              <w:t>4. תצלום לוויין</w:t>
            </w:r>
          </w:p>
        </w:tc>
        <w:tc>
          <w:tcPr>
            <w:tcW w:type="dxa" w:w="4989"/>
          </w:tcPr>
          <w:p>
            <w:pPr>
              <w:bidi/>
              <w:spacing w:before="0" w:after="40"/>
            </w:pPr>
            <w:r>
              <w:rPr>
                <w:rtl/>
              </w:rPr>
              <w:t>[3] תמונה שצולמה ממטוס או מרחפן</w:t>
            </w:r>
          </w:p>
        </w:tc>
      </w:tr>
      <w:tr>
        <w:tc>
          <w:tcPr>
            <w:tcW w:type="dxa" w:w="4989"/>
          </w:tcPr>
          <w:p>
            <w:pPr>
              <w:bidi/>
              <w:spacing w:before="0" w:after="40"/>
            </w:pPr>
            <w:r>
              <w:rPr>
                <w:rtl/>
              </w:rPr>
              <w:t>5. תוכנת ניווט</w:t>
            </w:r>
          </w:p>
        </w:tc>
        <w:tc>
          <w:tcPr>
            <w:tcW w:type="dxa" w:w="4989"/>
          </w:tcPr>
          <w:p>
            <w:pPr>
              <w:bidi/>
              <w:spacing w:before="0" w:after="40"/>
            </w:pPr>
            <w:r>
              <w:rPr>
                <w:rtl/>
              </w:rPr>
              <w:t>[2] מערכת לאיתור מיקום בעזרת לוויינים</w:t>
            </w:r>
          </w:p>
        </w:tc>
      </w:tr>
    </w:tbl>
    <w:p>
      <w:pPr>
        <w:bidi/>
        <w:spacing w:before="0" w:after="40"/>
      </w:pPr>
    </w:p>
    <w:p>
      <w:pPr>
        <w:bidi/>
        <w:spacing w:before="160" w:after="60"/>
      </w:pPr>
      <w:r>
        <w:rPr>
          <w:b/>
          <w:bCs/>
          <w:sz w:val="26"/>
          <w:szCs w:val="26"/>
          <w:rtl/>
        </w:rPr>
        <w:t>3.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d25035"/>
          </w:tcPr>
          <w:p>
            <w:pPr>
              <w:bidi/>
              <w:spacing w:before="0" w:after="40"/>
            </w:pPr>
            <w:r>
              <w:rPr>
                <w:b/>
                <w:bCs/>
                <w:color w:val="FFFFFF"/>
                <w:rtl/>
              </w:rPr>
              <w:t>משפט</w:t>
            </w:r>
          </w:p>
        </w:tc>
        <w:tc>
          <w:tcPr>
            <w:tcW w:type="dxa" w:w="2494"/>
            <w:shd w:val="clear" w:color="auto" w:fill="d25035"/>
          </w:tcPr>
          <w:p>
            <w:pPr>
              <w:bidi/>
              <w:spacing w:before="0" w:after="40"/>
            </w:pPr>
            <w:r>
              <w:rPr>
                <w:b/>
                <w:bCs/>
                <w:color w:val="FFFFFF"/>
                <w:rtl/>
              </w:rPr>
              <w:t>נכון</w:t>
            </w:r>
          </w:p>
        </w:tc>
        <w:tc>
          <w:tcPr>
            <w:tcW w:type="dxa" w:w="2494"/>
            <w:shd w:val="clear" w:color="auto" w:fill="d25035"/>
          </w:tcPr>
          <w:p>
            <w:pPr>
              <w:bidi/>
              <w:spacing w:before="0" w:after="40"/>
            </w:pPr>
            <w:r>
              <w:rPr>
                <w:b/>
                <w:bCs/>
                <w:color w:val="FFFFFF"/>
                <w:rtl/>
              </w:rPr>
              <w:t>לא נכון</w:t>
            </w:r>
          </w:p>
        </w:tc>
        <w:tc>
          <w:tcPr>
            <w:tcW w:type="dxa" w:w="2494"/>
            <w:shd w:val="clear" w:color="auto" w:fill="d25035"/>
          </w:tcPr>
          <w:p>
            <w:pPr>
              <w:bidi/>
              <w:spacing w:before="0" w:after="40"/>
            </w:pPr>
            <w:r>
              <w:rPr>
                <w:b/>
                <w:bCs/>
                <w:color w:val="FFFFFF"/>
                <w:rtl/>
              </w:rPr>
              <w:t>תיקון</w:t>
            </w:r>
          </w:p>
        </w:tc>
      </w:tr>
      <w:tr>
        <w:tc>
          <w:tcPr>
            <w:tcW w:type="dxa" w:w="2494"/>
          </w:tcPr>
          <w:p>
            <w:pPr>
              <w:bidi/>
              <w:spacing w:before="0" w:after="40"/>
            </w:pPr>
            <w:r>
              <w:rPr>
                <w:rtl/>
              </w:rPr>
              <w:t>א. במפה מופיעים כל הפרטים שיש בשטח.</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t>במפה מופיע רק מה שבחרו להציג</w:t>
            </w:r>
          </w:p>
        </w:tc>
      </w:tr>
      <w:tr>
        <w:tc>
          <w:tcPr>
            <w:tcW w:type="dxa" w:w="2494"/>
          </w:tcPr>
          <w:p>
            <w:pPr>
              <w:bidi/>
              <w:spacing w:before="0" w:after="40"/>
            </w:pPr>
            <w:r>
              <w:rPr>
                <w:rtl/>
              </w:rPr>
              <w:t>ב. מפה מראה את השטח כפי שהוא נראה מלמעלה.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בתצלום אוויר מופיעים שמות הרחובות.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t>בתצלום אוויר אין שמות; שמות מופיעים במפה</w:t>
            </w:r>
          </w:p>
        </w:tc>
      </w:tr>
      <w:tr>
        <w:tc>
          <w:tcPr>
            <w:tcW w:type="dxa" w:w="2494"/>
          </w:tcPr>
          <w:p>
            <w:pPr>
              <w:bidi/>
              <w:spacing w:before="0" w:after="40"/>
            </w:pPr>
            <w:r>
              <w:rPr>
                <w:rtl/>
              </w:rPr>
              <w:t>ד. מכשיר GPS משתמש באותות מלוויינים.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מה מופיע בדרך כלל במפת רחובות, ומה רואים רק בתצלום אוויר?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d25035"/>
          </w:tcPr>
          <w:p>
            <w:pPr>
              <w:bidi/>
              <w:spacing w:before="0" w:after="40"/>
            </w:pPr>
            <w:r>
              <w:rPr>
                <w:b/>
                <w:bCs/>
                <w:color w:val="FFFFFF"/>
                <w:rtl/>
              </w:rPr>
              <w:t>במפה</w:t>
            </w:r>
          </w:p>
        </w:tc>
        <w:tc>
          <w:tcPr>
            <w:tcW w:type="dxa" w:w="4989"/>
            <w:shd w:val="clear" w:color="auto" w:fill="d25035"/>
          </w:tcPr>
          <w:p>
            <w:pPr>
              <w:bidi/>
              <w:spacing w:before="0" w:after="40"/>
            </w:pPr>
            <w:r>
              <w:rPr>
                <w:b/>
                <w:bCs/>
                <w:color w:val="FFFFFF"/>
                <w:rtl/>
              </w:rPr>
              <w:t>רק בתצלום אוויר</w:t>
            </w:r>
          </w:p>
        </w:tc>
      </w:tr>
      <w:tr>
        <w:tc>
          <w:tcPr>
            <w:tcW w:type="dxa" w:w="4989"/>
          </w:tcPr>
          <w:p>
            <w:pPr>
              <w:bidi/>
              <w:spacing w:before="0" w:after="40"/>
            </w:pPr>
            <w:r>
              <w:rPr>
                <w:rtl/>
              </w:rPr>
              <w:t>שמות רחובות, סמל של בית ספר, מקרא</w:t>
            </w:r>
          </w:p>
        </w:tc>
        <w:tc>
          <w:tcPr>
            <w:tcW w:type="dxa" w:w="4989"/>
          </w:tcPr>
          <w:p>
            <w:pPr>
              <w:bidi/>
              <w:spacing w:before="0" w:after="40"/>
            </w:pPr>
            <w:r>
              <w:rPr>
                <w:rtl/>
              </w:rPr>
              <w:t>מכוניות חונות, צל של עצים, כביסה על חבל</w:t>
            </w:r>
          </w:p>
        </w:tc>
      </w:tr>
    </w:tbl>
    <w:p>
      <w:pPr>
        <w:bidi/>
        <w:spacing w:before="0" w:after="40"/>
      </w:pPr>
    </w:p>
    <w:p>
      <w:pPr>
        <w:bidi/>
        <w:spacing w:before="160" w:after="60"/>
      </w:pPr>
      <w:r>
        <w:rPr>
          <w:b/>
          <w:bCs/>
          <w:sz w:val="26"/>
          <w:szCs w:val="26"/>
          <w:rtl/>
        </w:rPr>
        <w:t>5. בחרו את התשובה הנכונה.</w:t>
      </w:r>
    </w:p>
    <w:p>
      <w:pPr>
        <w:bidi/>
        <w:spacing w:before="0" w:after="20"/>
      </w:pPr>
      <w:r>
        <w:rPr>
          <w:rtl/>
        </w:rPr>
        <w:t>א. מה מראה תצלום לוויין בדרך כלל, בהשוואה לתצלום אוויר?</w:t>
      </w:r>
    </w:p>
    <w:p>
      <w:pPr>
        <w:bidi/>
        <w:spacing w:before="0" w:after="80"/>
      </w:pPr>
      <w:r>
        <w:rPr>
          <w:b/>
          <w:bCs/>
          <w:color w:val="0F7A4F"/>
          <w:rtl/>
        </w:rPr>
        <w:t xml:space="preserve">   ✔ שטח גדול יותר</w:t>
      </w:r>
    </w:p>
    <w:p>
      <w:pPr>
        <w:bidi/>
        <w:spacing w:before="0" w:after="20"/>
      </w:pPr>
      <w:r>
        <w:rPr>
          <w:rtl/>
        </w:rPr>
        <w:t>ב. באיזה כלי כדאי להשתמש כדי למצוא דרך ברכב לעיר שלא הייתם בה?</w:t>
      </w:r>
    </w:p>
    <w:p>
      <w:pPr>
        <w:bidi/>
        <w:spacing w:before="0" w:after="80"/>
      </w:pPr>
      <w:r>
        <w:rPr>
          <w:b/>
          <w:bCs/>
          <w:color w:val="0F7A4F"/>
          <w:rtl/>
        </w:rPr>
        <w:t xml:space="preserve">   ✔ תוכנת ניווט</w:t>
      </w:r>
    </w:p>
    <w:p>
      <w:pPr>
        <w:bidi/>
        <w:spacing w:before="0" w:after="20"/>
      </w:pPr>
      <w:r>
        <w:rPr>
          <w:rtl/>
        </w:rPr>
        <w:t>ג. מה אין בתצלום אוויר?</w:t>
      </w:r>
    </w:p>
    <w:p>
      <w:pPr>
        <w:bidi/>
        <w:spacing w:before="0" w:after="80"/>
      </w:pPr>
      <w:r>
        <w:rPr>
          <w:b/>
          <w:bCs/>
          <w:color w:val="0F7A4F"/>
          <w:rtl/>
        </w:rPr>
        <w:t xml:space="preserve">   ✔ מקרא</w:t>
      </w:r>
    </w:p>
    <w:p>
      <w:pPr>
        <w:bidi/>
        <w:spacing w:before="160" w:after="60"/>
      </w:pPr>
      <w:r>
        <w:rPr>
          <w:b/>
          <w:bCs/>
          <w:sz w:val="26"/>
          <w:szCs w:val="26"/>
          <w:rtl/>
        </w:rPr>
        <w:t>6. השלימו את הטבלה: לאיזו מטרה נשתמש בכל כלי?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d25035"/>
          </w:tcPr>
          <w:p>
            <w:pPr>
              <w:bidi/>
              <w:spacing w:before="0" w:after="40"/>
            </w:pPr>
            <w:r>
              <w:rPr>
                <w:b/>
                <w:bCs/>
                <w:color w:val="FFFFFF"/>
                <w:rtl/>
              </w:rPr>
              <w:t>המטרה</w:t>
            </w:r>
          </w:p>
        </w:tc>
        <w:tc>
          <w:tcPr>
            <w:tcW w:type="dxa" w:w="4989"/>
            <w:shd w:val="clear" w:color="auto" w:fill="d25035"/>
          </w:tcPr>
          <w:p>
            <w:pPr>
              <w:bidi/>
              <w:spacing w:before="0" w:after="40"/>
            </w:pPr>
            <w:r>
              <w:rPr>
                <w:b/>
                <w:bCs/>
                <w:color w:val="FFFFFF"/>
                <w:rtl/>
              </w:rPr>
              <w:t>הכלי המתאים</w:t>
            </w:r>
          </w:p>
        </w:tc>
      </w:tr>
      <w:tr>
        <w:tc>
          <w:tcPr>
            <w:tcW w:type="dxa" w:w="4989"/>
          </w:tcPr>
          <w:p>
            <w:pPr>
              <w:bidi/>
              <w:spacing w:before="0" w:after="40"/>
            </w:pPr>
            <w:r>
              <w:rPr>
                <w:rtl/>
              </w:rPr>
              <w:t>למצוא את הדרך הקצרה לחוף הים</w:t>
            </w:r>
          </w:p>
        </w:tc>
        <w:tc>
          <w:tcPr>
            <w:tcW w:type="dxa" w:w="4989"/>
          </w:tcPr>
          <w:p>
            <w:pPr>
              <w:bidi/>
              <w:spacing w:before="0" w:after="40"/>
            </w:pPr>
            <w:r>
              <w:rPr>
                <w:color w:val="0F7A4F"/>
                <w:rtl/>
              </w:rPr>
              <w:t>תוכנת ניווט / מפה</w:t>
            </w:r>
          </w:p>
        </w:tc>
      </w:tr>
      <w:tr>
        <w:tc>
          <w:tcPr>
            <w:tcW w:type="dxa" w:w="4989"/>
          </w:tcPr>
          <w:p>
            <w:pPr>
              <w:bidi/>
              <w:spacing w:before="0" w:after="40"/>
            </w:pPr>
            <w:r>
              <w:rPr>
                <w:rtl/>
              </w:rPr>
              <w:t>לראות אם יש בריכה בחצר של בית</w:t>
            </w:r>
          </w:p>
        </w:tc>
        <w:tc>
          <w:tcPr>
            <w:tcW w:type="dxa" w:w="4989"/>
          </w:tcPr>
          <w:p>
            <w:pPr>
              <w:bidi/>
              <w:spacing w:before="0" w:after="40"/>
            </w:pPr>
            <w:r>
              <w:rPr>
                <w:color w:val="0F7A4F"/>
                <w:rtl/>
              </w:rPr>
              <w:t>תצלום אוויר</w:t>
            </w:r>
          </w:p>
        </w:tc>
      </w:tr>
      <w:tr>
        <w:tc>
          <w:tcPr>
            <w:tcW w:type="dxa" w:w="4989"/>
          </w:tcPr>
          <w:p>
            <w:pPr>
              <w:bidi/>
              <w:spacing w:before="0" w:after="40"/>
            </w:pPr>
            <w:r>
              <w:rPr>
                <w:rtl/>
              </w:rPr>
              <w:t>לדעת מה המיקום שלנו עכשיו</w:t>
            </w:r>
          </w:p>
        </w:tc>
        <w:tc>
          <w:tcPr>
            <w:tcW w:type="dxa" w:w="4989"/>
          </w:tcPr>
          <w:p>
            <w:pPr>
              <w:bidi/>
              <w:spacing w:before="0" w:after="40"/>
            </w:pPr>
            <w:r>
              <w:rPr>
                <w:color w:val="0F7A4F"/>
                <w:rtl/>
              </w:rPr>
              <w:t>GPS</w:t>
            </w:r>
          </w:p>
        </w:tc>
      </w:tr>
      <w:tr>
        <w:tc>
          <w:tcPr>
            <w:tcW w:type="dxa" w:w="4989"/>
          </w:tcPr>
          <w:p>
            <w:pPr>
              <w:bidi/>
              <w:spacing w:before="0" w:after="40"/>
            </w:pPr>
            <w:r>
              <w:rPr>
                <w:rtl/>
              </w:rPr>
              <w:t>לראות את כל ארץ ישראל בתמונה אחת מן החלל</w:t>
            </w:r>
          </w:p>
        </w:tc>
        <w:tc>
          <w:tcPr>
            <w:tcW w:type="dxa" w:w="4989"/>
          </w:tcPr>
          <w:p>
            <w:pPr>
              <w:bidi/>
              <w:spacing w:before="0" w:after="40"/>
            </w:pPr>
            <w:r>
              <w:rPr>
                <w:color w:val="0F7A4F"/>
                <w:rtl/>
              </w:rPr>
              <w:t>תצלום לוויין</w:t>
            </w:r>
          </w:p>
        </w:tc>
      </w:tr>
    </w:tbl>
    <w:p>
      <w:pPr>
        <w:bidi/>
        <w:spacing w:before="0" w:after="40"/>
      </w:pPr>
    </w:p>
    <w:p>
      <w:pPr>
        <w:bidi/>
        <w:spacing w:before="160" w:after="60"/>
      </w:pPr>
      <w:r>
        <w:rPr>
          <w:b/>
          <w:bCs/>
          <w:sz w:val="26"/>
          <w:szCs w:val="26"/>
          <w:rtl/>
        </w:rPr>
        <w:t>7. כתבו ליד כל מצב: התמצאות או ניווט.</w:t>
      </w:r>
    </w:p>
    <w:p>
      <w:pPr>
        <w:bidi/>
        <w:spacing w:before="0" w:after="100"/>
      </w:pPr>
      <w:r>
        <w:rPr>
          <w:rtl/>
        </w:rPr>
        <w:t>א. איתי יוצא מן הבית ומחפש את הדרך לבית של סבתא.  ← ניווט</w:t>
      </w:r>
    </w:p>
    <w:p>
      <w:pPr>
        <w:bidi/>
        <w:spacing w:before="0" w:after="100"/>
      </w:pPr>
      <w:r>
        <w:rPr>
          <w:rtl/>
        </w:rPr>
        <w:t>ב. נועה עומדת בכיכר ובודקת במפה באיזה רחוב היא נמצאת.  ← התמצאות</w:t>
      </w:r>
    </w:p>
    <w:p>
      <w:pPr>
        <w:bidi/>
        <w:spacing w:before="0" w:after="100"/>
      </w:pPr>
      <w:r>
        <w:rPr>
          <w:rtl/>
        </w:rPr>
        <w:t>ג. בטיול, המדריך מוביל את הקבוצה מן החניון אל המעיין.  ← ניווט</w:t>
      </w:r>
    </w:p>
    <w:p>
      <w:pPr>
        <w:bidi/>
        <w:spacing w:before="0" w:after="100"/>
      </w:pPr>
      <w:r>
        <w:rPr>
          <w:rtl/>
        </w:rPr>
        <w:t>ד. דניאל מסתכל סביבו כדי להבין איפה הוא נמצא בפארק.  ← התמצאות</w:t>
      </w:r>
    </w:p>
    <w:p>
      <w:pPr>
        <w:bidi/>
        <w:spacing w:before="160" w:after="60"/>
      </w:pPr>
      <w:r>
        <w:rPr>
          <w:b/>
          <w:bCs/>
          <w:sz w:val="26"/>
          <w:szCs w:val="26"/>
          <w:rtl/>
        </w:rPr>
        <w:t>8. הסבירו מדוע מפה «בוחרת» מה להציג ואינה מראה את כל הפרטים שבשטח.</w:t>
      </w:r>
    </w:p>
    <w:p>
      <w:pPr>
        <w:bidi/>
        <w:spacing w:before="0" w:after="80"/>
      </w:pPr>
      <w:r>
        <w:rPr>
          <w:color w:val="0F7A4F"/>
          <w:rtl/>
        </w:rPr>
        <w:t>תשובה אפשרית: אילו המפה הייתה מראה כל פרט – כל עץ, כל מכונית וכל אבן – היא הייתה עמוסה ולא ברורה. המפה מציגה רק את מה שחשוב למטרה שלה, כדי שיהיה קל לקרוא אותה.</w:t>
      </w:r>
    </w:p>
    <w:p>
      <w:pPr>
        <w:bidi/>
        <w:spacing w:before="160" w:after="60"/>
      </w:pPr>
      <w:r>
        <w:rPr>
          <w:b/>
          <w:bCs/>
          <w:sz w:val="26"/>
          <w:szCs w:val="26"/>
          <w:rtl/>
        </w:rPr>
        <w:t>9. שרטטו מפה פשוטה של הכיתה שלכם, כפי שהיא נראית מלמעלה: הדלת, החלונות, הלוח ושולחן המורה. סמנו גם את המקום שלכם.</w:t>
      </w:r>
    </w:p>
    <w:p>
      <w:pPr>
        <w:bidi/>
        <w:spacing w:before="0" w:after="80"/>
      </w:pPr>
      <w:r>
        <w:rPr>
          <w:color w:val="0F7A4F"/>
          <w:rtl/>
        </w:rPr>
        <w:t>תשובה אפשרית: שרטוט מלמעלה של הכיתה עם הדלת, החלונות, הלוח, שולחן המורה ומקום התלמיד מסומן.</w:t>
      </w:r>
    </w:p>
    <w:p>
      <w:pPr>
        <w:bidi/>
        <w:spacing w:before="160" w:after="60"/>
      </w:pPr>
      <w:r>
        <w:rPr>
          <w:b/>
          <w:bCs/>
          <w:sz w:val="26"/>
          <w:szCs w:val="26"/>
          <w:rtl/>
        </w:rPr>
        <w:t>11. לפי הטקסט «הנקודה הכחולה» –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d25035"/>
          </w:tcPr>
          <w:p>
            <w:pPr>
              <w:bidi/>
              <w:spacing w:before="0" w:after="40"/>
            </w:pPr>
            <w:r>
              <w:rPr>
                <w:b/>
                <w:bCs/>
                <w:color w:val="FFFFFF"/>
                <w:rtl/>
              </w:rPr>
              <w:t>משפט</w:t>
            </w:r>
          </w:p>
        </w:tc>
        <w:tc>
          <w:tcPr>
            <w:tcW w:type="dxa" w:w="2494"/>
            <w:shd w:val="clear" w:color="auto" w:fill="d25035"/>
          </w:tcPr>
          <w:p>
            <w:pPr>
              <w:bidi/>
              <w:spacing w:before="0" w:after="40"/>
            </w:pPr>
            <w:r>
              <w:rPr>
                <w:b/>
                <w:bCs/>
                <w:color w:val="FFFFFF"/>
                <w:rtl/>
              </w:rPr>
              <w:t>נכון</w:t>
            </w:r>
          </w:p>
        </w:tc>
        <w:tc>
          <w:tcPr>
            <w:tcW w:type="dxa" w:w="2494"/>
            <w:shd w:val="clear" w:color="auto" w:fill="d25035"/>
          </w:tcPr>
          <w:p>
            <w:pPr>
              <w:bidi/>
              <w:spacing w:before="0" w:after="40"/>
            </w:pPr>
            <w:r>
              <w:rPr>
                <w:b/>
                <w:bCs/>
                <w:color w:val="FFFFFF"/>
                <w:rtl/>
              </w:rPr>
              <w:t>לא נכון</w:t>
            </w:r>
          </w:p>
        </w:tc>
        <w:tc>
          <w:tcPr>
            <w:tcW w:type="dxa" w:w="2494"/>
            <w:shd w:val="clear" w:color="auto" w:fill="d25035"/>
          </w:tcPr>
          <w:p>
            <w:pPr>
              <w:bidi/>
              <w:spacing w:before="0" w:after="40"/>
            </w:pPr>
            <w:r>
              <w:rPr>
                <w:b/>
                <w:bCs/>
                <w:color w:val="FFFFFF"/>
                <w:rtl/>
              </w:rPr>
              <w:t>תיקון</w:t>
            </w:r>
          </w:p>
        </w:tc>
      </w:tr>
      <w:tr>
        <w:tc>
          <w:tcPr>
            <w:tcW w:type="dxa" w:w="2494"/>
          </w:tcPr>
          <w:p>
            <w:pPr>
              <w:bidi/>
              <w:spacing w:before="0" w:after="40"/>
            </w:pPr>
            <w:r>
              <w:rPr>
                <w:rtl/>
              </w:rPr>
              <w:t>א. מכשיר GPS קולט אות מלוויין אחד בלבד.</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t>הוא קולט אותות מכמה לוויינים בבת אחת</w:t>
            </w:r>
          </w:p>
        </w:tc>
      </w:tr>
      <w:tr>
        <w:tc>
          <w:tcPr>
            <w:tcW w:type="dxa" w:w="2494"/>
          </w:tcPr>
          <w:p>
            <w:pPr>
              <w:bidi/>
              <w:spacing w:before="0" w:after="40"/>
            </w:pPr>
            <w:r>
              <w:rPr>
                <w:rtl/>
              </w:rPr>
              <w:t>ב. הנקודה הכחולה על המסך מראה את המיקום שלנו.</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מכשיר GPS עובד היטב גם כשהסוללה גמורה.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t>כשהסוללה נגמרת המכשיר אינו עובד</w:t>
            </w:r>
          </w:p>
        </w:tc>
      </w:tr>
    </w:tbl>
    <w:p>
      <w:pPr>
        <w:bidi/>
        <w:spacing w:before="0" w:after="40"/>
      </w:pPr>
    </w:p>
    <w:p>
      <w:pPr>
        <w:bidi/>
        <w:spacing w:before="160" w:after="60"/>
      </w:pPr>
      <w:r>
        <w:rPr>
          <w:b/>
          <w:bCs/>
          <w:sz w:val="26"/>
          <w:szCs w:val="26"/>
          <w:rtl/>
        </w:rPr>
        <w:t>12. לפי הטקסט, מדוע מטיילים מנוסים לוקחים איתם גם מפה מודפסת? כתבו שתי סיבות.</w:t>
      </w:r>
    </w:p>
    <w:p>
      <w:pPr>
        <w:bidi/>
        <w:spacing w:before="0" w:after="80"/>
      </w:pPr>
      <w:r>
        <w:rPr>
          <w:color w:val="0F7A4F"/>
          <w:rtl/>
        </w:rPr>
        <w:t>תשובה אפשרית: כי הטלפון מפסיק לעבוד כשהסוללה נגמרת, וכי במקומות כמו מנהרה ארוכה או בין צוקים גבוהים המכשיר מתקשה לקלוט את אותות הלוויינים. מפה מודפסת עובדת תמיד.</w:t>
      </w:r>
    </w:p>
    <w:p>
      <w:pPr>
        <w:bidi/>
        <w:spacing w:before="160" w:after="60"/>
      </w:pPr>
      <w:r>
        <w:rPr>
          <w:b/>
          <w:bCs/>
          <w:sz w:val="26"/>
          <w:szCs w:val="26"/>
          <w:rtl/>
        </w:rPr>
        <w:t>13. אתגר: מיכל אומרת: «בתצלום לוויין יש יותר מידע מאשר במפה, לכן אין צורך במפות». האם אתם מסכימים? נמקו בעזרת שני הבדלים בין מפה לתצלום.</w:t>
      </w:r>
    </w:p>
    <w:p>
      <w:pPr>
        <w:bidi/>
        <w:spacing w:before="0" w:after="80"/>
      </w:pPr>
      <w:r>
        <w:rPr>
          <w:color w:val="0F7A4F"/>
          <w:rtl/>
        </w:rPr>
        <w:t>תשובה אפשרית: לא מסכימים (או: מסכימים בחלקו). בתצלום יש הרבה פרטים, אבל אין בו שמות של מקומות ואין מקרא, וקשה להבין בו מה חשוב. המפה מראה רק את המידע הדרוש, עם שמות וסמלים, ולכן קל יותר להתמצא ולנווט בעזרתה.</w:t>
      </w:r>
    </w:p>
    <w:sectPr w:rsidR="00FC693F" w:rsidRPr="0006063C" w:rsidSect="00034616">
      <w:footerReference w:type="default" r:id="rId9"/>
      <w:pgSz w:w="11906" w:h="16838"/>
      <w:pgMar w:top="850" w:right="964" w:bottom="907" w:left="964" w:header="720" w:footer="720" w:gutter="0"/>
      <w:pgBorders w:offsetFrom="page">
        <w:top w:val="single" w:sz="18" w:space="22" w:color="EF5B3C"/>
        <w:left w:val="single" w:sz="18" w:space="22" w:color="EF5B3C"/>
        <w:bottom w:val="single" w:sz="18" w:space="22" w:color="EF5B3C"/>
        <w:right w:val="single" w:sz="18" w:space="22" w:color="EF5B3C"/>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