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338D46"/>
          <w:sz w:val="56"/>
          <w:szCs w:val="56"/>
          <w:rtl/>
        </w:rPr>
        <w:t>🧭 שפת המפה: מקרא, סמלים, צבעים וכיווני רוח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המקרא מסביר מה פירוש כל סמל במפה.</w:t>
      </w:r>
    </w:p>
    <w:p>
      <w:pPr>
        <w:bidi/>
        <w:spacing w:before="0" w:after="160"/>
      </w:pPr>
      <w:r>
        <w:rPr>
          <w:sz w:val="36"/>
          <w:szCs w:val="36"/>
          <w:rtl/>
        </w:rPr>
        <w:t>• כחול – מים: ים, אגם, נהר.</w:t>
      </w:r>
    </w:p>
    <w:p>
      <w:pPr>
        <w:bidi/>
        <w:spacing w:before="0" w:after="160"/>
      </w:pPr>
      <w:r>
        <w:rPr>
          <w:sz w:val="36"/>
          <w:szCs w:val="36"/>
          <w:rtl/>
        </w:rPr>
        <w:t>• ירוק – אזורים נמוכים (לא בהכרח צמחייה).</w:t>
      </w:r>
    </w:p>
    <w:p>
      <w:pPr>
        <w:bidi/>
        <w:spacing w:before="0" w:after="160"/>
      </w:pPr>
      <w:r>
        <w:rPr>
          <w:sz w:val="36"/>
          <w:szCs w:val="36"/>
          <w:rtl/>
        </w:rPr>
        <w:t>• צהוב וחום בהיר – אזורים גבוהים יותר.</w:t>
      </w:r>
    </w:p>
    <w:p>
      <w:pPr>
        <w:bidi/>
        <w:spacing w:before="0" w:after="160"/>
      </w:pPr>
      <w:r>
        <w:rPr>
          <w:sz w:val="36"/>
          <w:szCs w:val="36"/>
          <w:rtl/>
        </w:rPr>
        <w:t>• ארבעה כיוונים ראשיים: צפון, דרום, מזרח, מערב.</w:t>
      </w:r>
    </w:p>
    <w:p>
      <w:pPr>
        <w:bidi/>
        <w:spacing w:before="0" w:after="120"/>
      </w:pPr>
      <w:r>
        <w:rPr>
          <w:b/>
          <w:bCs/>
          <w:color w:val="338D46"/>
          <w:sz w:val="32"/>
          <w:szCs w:val="32"/>
          <w:rtl/>
        </w:rPr>
        <w:t>💡 זכרו! לפני שקוראים מפה: מוצאים את חץ הצפון ואת המקרא. בלי המקרא – הסמלים הם רק ציורים; בלי חץ הצפון – אי אפשר לדעת לאן פונים.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3AA04F"/>
        <w:left w:val="single" w:sz="18" w:space="22" w:color="3AA04F"/>
        <w:bottom w:val="single" w:sz="18" w:space="22" w:color="3AA04F"/>
        <w:right w:val="single" w:sz="18" w:space="22" w:color="3AA04F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