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338D46"/>
          <w:sz w:val="44"/>
          <w:szCs w:val="44"/>
          <w:rtl/>
        </w:rPr>
        <w:t>שפת המפה: מקרא, סמלים, צבעים וכיווני רוח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</w:pPr>
      <w:r>
        <w:rPr>
          <w:color w:val="338D46"/>
          <w:sz w:val="24"/>
          <w:szCs w:val="24"/>
          <w:rtl/>
        </w:rPr>
        <w:t>מחסן מילים: מקרא  |  סמל  |  צפון  |  חום כהה  |  כחול</w:t>
      </w:r>
    </w:p>
    <w:p>
      <w:pPr>
        <w:bidi/>
        <w:spacing w:before="0" w:after="60"/>
      </w:pPr>
      <w:r>
        <w:rPr>
          <w:rtl/>
        </w:rPr>
        <w:t>א. ציור קטן שמייצג דבר במפה נקרא __________.</w:t>
      </w:r>
    </w:p>
    <w:p>
      <w:pPr>
        <w:bidi/>
        <w:spacing w:before="0" w:after="60"/>
      </w:pPr>
      <w:r>
        <w:rPr>
          <w:rtl/>
        </w:rPr>
        <w:t>ב. הטבלה שמסבירה את הסמלים נקראת __________.</w:t>
      </w:r>
    </w:p>
    <w:p>
      <w:pPr>
        <w:bidi/>
        <w:spacing w:before="0" w:after="60"/>
      </w:pPr>
      <w:r>
        <w:rPr>
          <w:rtl/>
        </w:rPr>
        <w:t>ג. ברוב המפות ה__________ נמצא בראש המפה.</w:t>
      </w:r>
    </w:p>
    <w:p>
      <w:pPr>
        <w:bidi/>
        <w:spacing w:before="0" w:after="60"/>
      </w:pPr>
      <w:r>
        <w:rPr>
          <w:rtl/>
        </w:rPr>
        <w:t>ד. במפה פיזית, ים ואגם צבועים ב__________.</w:t>
      </w:r>
    </w:p>
    <w:p>
      <w:pPr>
        <w:bidi/>
        <w:spacing w:before="0" w:after="60"/>
      </w:pPr>
      <w:r>
        <w:rPr>
          <w:rtl/>
        </w:rPr>
        <w:t>ה. הרים גבוהים צבועים במפה פיזית ב__________.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לפי סוג הסמל שמתאים לכל דבר במפה: נקודה, קו או שטח.</w:t>
      </w:r>
    </w:p>
    <w:p>
      <w:pPr>
        <w:bidi/>
        <w:spacing w:before="0" w:after="80"/>
      </w:pPr>
      <w:r>
        <w:rPr>
          <w:color w:val="338D46"/>
          <w:sz w:val="24"/>
          <w:szCs w:val="24"/>
          <w:rtl/>
        </w:rPr>
        <w:t>המילים: כביש  |  יער  |  מעיין  |  נהר  |  אגם  |  כפר קטן  |  מסילת רכבת  |  שדה חיטה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נקודה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קו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שטח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לכל צבע במפה פיזית את מה שהוא מסמן.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כחול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הרים גבוהים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ירוק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אזור נמוך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צהוב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אזור גבוה יותר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חום כהה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ים, אגם ונהר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השמש זורחת במערב.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הכיוון שבין דרום למזרח נקרא דרום-מזרח.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צבע ירוק במפה פיזית מראה תמיד שיש שם יער.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בלי מקרא קשה לדעת מה פירוש הסמלים.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לפניכם מקרא של מפת טיול דמיונית.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הסמל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פירושו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 הסמל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משולש שחור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פסגת 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 כחול מקווקו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נחל אכזב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שטח ירוק כהה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שטח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נקודה אדומה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חניון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</w:pPr>
      <w:r>
        <w:rPr>
          <w:rtl/>
        </w:rPr>
        <w:t>א. אתם עומדים כשפניכם לצפון. איזה כיוון נמצא מימינכם?</w:t>
      </w:r>
    </w:p>
    <w:p>
      <w:pPr>
        <w:bidi/>
        <w:spacing w:before="0" w:after="80"/>
      </w:pPr>
      <w:r>
        <w:rPr>
          <w:rtl/>
        </w:rPr>
        <w:t xml:space="preserve">   ○ מערב      ○ דרום      ○ מזרח</w:t>
      </w:r>
    </w:p>
    <w:p>
      <w:pPr>
        <w:bidi/>
        <w:spacing w:before="0" w:after="20"/>
      </w:pPr>
      <w:r>
        <w:rPr>
          <w:rtl/>
        </w:rPr>
        <w:t>ב. הים התיכון נמצא ביחס לישראל במערב. מה נמצא בכיוון ההפוך?</w:t>
      </w:r>
    </w:p>
    <w:p>
      <w:pPr>
        <w:bidi/>
        <w:spacing w:before="0" w:after="80"/>
      </w:pPr>
      <w:r>
        <w:rPr>
          <w:rtl/>
        </w:rPr>
        <w:t xml:space="preserve">   ○ ירדן      ○ לבנון      ○ מצרים</w:t>
      </w:r>
    </w:p>
    <w:p>
      <w:pPr>
        <w:bidi/>
        <w:spacing w:before="0" w:after="20"/>
      </w:pPr>
      <w:r>
        <w:rPr>
          <w:rtl/>
        </w:rPr>
        <w:t>ג. מה תפקידו של חץ הצפון במפה?</w:t>
      </w:r>
    </w:p>
    <w:p>
      <w:pPr>
        <w:bidi/>
        <w:spacing w:before="0" w:after="80"/>
      </w:pPr>
      <w:r>
        <w:rPr>
          <w:rtl/>
        </w:rPr>
        <w:t xml:space="preserve">   ○ להראות את הכיוונים      ○ להסביר את הסמלים      ○ למדוד מרחק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בעיר דמיונית, בית הספר נמצא במרכז. ליד כל מקום כתבו באיזה כיוון הוא נמצא ביחס לבית הספר (הצפון בראש המפה).</w:t>
      </w:r>
    </w:p>
    <w:p>
      <w:pPr>
        <w:bidi/>
        <w:spacing w:before="0" w:after="100"/>
      </w:pPr>
      <w:r>
        <w:rPr>
          <w:rtl/>
        </w:rPr>
        <w:t>א. הפארק נמצא בדיוק מעל בית הספר במפה.</w:t>
      </w:r>
    </w:p>
    <w:p>
      <w:pPr>
        <w:bidi/>
        <w:spacing w:before="0" w:after="100"/>
      </w:pPr>
      <w:r>
        <w:rPr>
          <w:rtl/>
        </w:rPr>
        <w:t>ב. התחנה נמצאת משמאל לבית הספר במפה.</w:t>
      </w:r>
    </w:p>
    <w:p>
      <w:pPr>
        <w:bidi/>
        <w:spacing w:before="0" w:after="100"/>
      </w:pPr>
      <w:r>
        <w:rPr>
          <w:rtl/>
        </w:rPr>
        <w:t>ג. הבריכה נמצאת מתחת לבית הספר ומימינו במפה.</w:t>
      </w:r>
    </w:p>
    <w:p>
      <w:pPr>
        <w:bidi/>
        <w:spacing w:before="0" w:after="100"/>
      </w:pPr>
      <w:r>
        <w:rPr>
          <w:rtl/>
        </w:rPr>
        <w:t>ד. הספרייה נמצאת מעל בית הספר ומשמאלו במפה.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ממציאים סמלים למפה, במקום לצייר בה כל בית וכל עץ כמו שהוא.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שרטטו שושנת רוחות ובה שמונה כיוונים: ארבעה ראשיים וארבעה משניים. כתבו את שם כל כיוון.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338D46"/>
          <w:sz w:val="30"/>
          <w:szCs w:val="30"/>
          <w:rtl/>
        </w:rPr>
        <w:t>המפה של סבא</w:t>
      </w:r>
    </w:p>
    <w:p>
      <w:pPr>
        <w:bidi/>
        <w:spacing w:before="0" w:after="80"/>
      </w:pPr>
      <w:r>
        <w:rPr>
          <w:rtl/>
        </w:rPr>
        <w:t>בארון של סבא מצא אורי מפה ישנה של הגליל. בפינת המפה היה מקרא קטן: עיגול שחור לכפר, קו אדום לכביש, קו כחול לנחל, ומשולש קטן לפסגת הר.</w:t>
      </w:r>
    </w:p>
    <w:p>
      <w:pPr>
        <w:bidi/>
        <w:spacing w:before="0" w:after="80"/>
      </w:pPr>
      <w:r>
        <w:rPr>
          <w:rtl/>
        </w:rPr>
        <w:t>אורי פרש את המפה על השולחן. הוא ראה שבצד המערבי של המפה יש פס כחול רחב – הים. ככל שהתקדם מזרחה, הצבעים השתנו: מירוק בחוף, דרך צהוב, ועד חום כהה בהרים.</w:t>
      </w:r>
    </w:p>
    <w:p>
      <w:pPr>
        <w:bidi/>
        <w:spacing w:before="0" w:after="80"/>
      </w:pPr>
      <w:r>
        <w:rPr>
          <w:rtl/>
        </w:rPr>
        <w:t>«איך יודעים איפה הצפון?» שאל אורי. סבא הצביע על חץ קטן בראש המפה ואמר: «בלי החץ הזה, גם מפה יפה לא תעזור לך להגיע לשום מקום».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 «המפה של סבא», השלימו.</w:t>
      </w:r>
    </w:p>
    <w:p>
      <w:pPr>
        <w:bidi/>
        <w:spacing w:before="0" w:after="60"/>
      </w:pPr>
      <w:r>
        <w:rPr>
          <w:rtl/>
        </w:rPr>
        <w:t>א. במקרא, קו אדום מסמן __________.</w:t>
      </w:r>
    </w:p>
    <w:p>
      <w:pPr>
        <w:bidi/>
        <w:spacing w:before="0" w:after="60"/>
      </w:pPr>
      <w:r>
        <w:rPr>
          <w:rtl/>
        </w:rPr>
        <w:t>ב. בצד המערבי של המפה יש __________.</w:t>
      </w:r>
    </w:p>
    <w:p>
      <w:pPr>
        <w:bidi/>
        <w:spacing w:before="0" w:after="60"/>
      </w:pPr>
      <w:r>
        <w:rPr>
          <w:rtl/>
        </w:rPr>
        <w:t>ג. ליד החוף הצבע במפה הוא __________, ובהרים הוא חום כהה.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לפי הטקסט, מה אפשר ללמוד מן הצבעים על פני השטח של הגליל, מן החוף מזרחה? הסבירו.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תמר טוענת: «במפה פיזית של ישראל, הנגב צבוע בחום ובצהוב, ולכן ברור שיש בו הרים גבוהים בכל מקום». מה הטעות שלה, ומה הצבעים אומרים באמת?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AA04F"/>
        <w:left w:val="single" w:sz="18" w:space="22" w:color="3AA04F"/>
        <w:bottom w:val="single" w:sz="18" w:space="22" w:color="3AA04F"/>
        <w:right w:val="single" w:sz="18" w:space="22" w:color="3AA04F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