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מחוון – דף עבודה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מחוון – שפת המפה: מקרא, סמלים, צבעים וכיווני רוח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ציור קטן שמייצג דבר במפה נקרא סמל.</w:t>
      </w:r>
    </w:p>
    <w:p>
      <w:pPr>
        <w:bidi/>
        <w:spacing w:before="0" w:after="40"/>
      </w:pPr>
      <w:r>
        <w:rPr>
          <w:rtl/>
        </w:rPr>
        <w:t>ב. הטבלה שמסבירה את הסמלים נקראת מקרא.</w:t>
      </w:r>
    </w:p>
    <w:p>
      <w:pPr>
        <w:bidi/>
        <w:spacing w:before="0" w:after="40"/>
      </w:pPr>
      <w:r>
        <w:rPr>
          <w:rtl/>
        </w:rPr>
        <w:t>ג. ברוב המפות הצפון נמצא בראש המפה.</w:t>
      </w:r>
    </w:p>
    <w:p>
      <w:pPr>
        <w:bidi/>
        <w:spacing w:before="0" w:after="40"/>
      </w:pPr>
      <w:r>
        <w:rPr>
          <w:rtl/>
        </w:rPr>
        <w:t>ד. במפה פיזית, ים ואגם צבועים בכחול.</w:t>
      </w:r>
    </w:p>
    <w:p>
      <w:pPr>
        <w:bidi/>
        <w:spacing w:before="0" w:after="40"/>
      </w:pPr>
      <w:r>
        <w:rPr>
          <w:rtl/>
        </w:rPr>
        <w:t>ה. הרים גבוהים צבועים במפה פיזית בחום כהה.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לפי סוג הסמל שמתאים לכל דבר במפה: נקודה, קו או שטח.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נקודה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קו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שטח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מעיין, כפר קטן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כביש, נהר, מסילת רכבת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יער, אגם, שדה חיטה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לכל צבע במפה פיזית את מה שהוא מסמן.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כחול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הרים גבוהים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ירוק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אזור נמוך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צהוב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אזור גבוה יותר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חום כהה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ים, אגם ונהר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השמש זורחת במערב.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השמש זורחת במזרח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הכיוון שבין דרום למזרח נקרא דרום-מזרח.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צבע ירוק במפה פיזית מראה תמיד שיש שם יער.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ירוק מסמן אזור נמוך, לא בהכרח צמחייה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בלי מקרא קשה לדעת מה פירוש הסמלים.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לפניכם מקרא של מפת טיול דמיונית.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הסמל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פירושו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 הסמל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משולש שחור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פסגת 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נקודה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כחול מקווקו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נחל אכזב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שטח ירוק כהה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יער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שטח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נקודה אדומה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חניון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נקודה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אתם עומדים כשפניכם לצפון. איזה כיוון נמצא מימינכם?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מזרח</w:t>
      </w:r>
    </w:p>
    <w:p>
      <w:pPr>
        <w:bidi/>
        <w:spacing w:before="0" w:after="20"/>
      </w:pPr>
      <w:r>
        <w:rPr>
          <w:rtl/>
        </w:rPr>
        <w:t>ב. הים התיכון נמצא ביחס לישראל במערב. מה נמצא בכיוון ההפוך?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ירדן</w:t>
      </w:r>
    </w:p>
    <w:p>
      <w:pPr>
        <w:bidi/>
        <w:spacing w:before="0" w:after="20"/>
      </w:pPr>
      <w:r>
        <w:rPr>
          <w:rtl/>
        </w:rPr>
        <w:t>ג. מה תפקידו של חץ הצפון במפה?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להראות את הכיוונים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בעיר דמיונית, בית הספר נמצא במרכז. ליד כל מקום כתבו באיזה כיוון הוא נמצא ביחס לבית הספר (הצפון בראש המפה).</w:t>
      </w:r>
    </w:p>
    <w:p>
      <w:pPr>
        <w:bidi/>
        <w:spacing w:before="0" w:after="100"/>
      </w:pPr>
      <w:r>
        <w:rPr>
          <w:rtl/>
        </w:rPr>
        <w:t>א. הפארק נמצא בדיוק מעל בית הספר במפה.  ← צפון</w:t>
      </w:r>
    </w:p>
    <w:p>
      <w:pPr>
        <w:bidi/>
        <w:spacing w:before="0" w:after="100"/>
      </w:pPr>
      <w:r>
        <w:rPr>
          <w:rtl/>
        </w:rPr>
        <w:t>ב. התחנה נמצאת משמאל לבית הספר במפה.  ← מערב</w:t>
      </w:r>
    </w:p>
    <w:p>
      <w:pPr>
        <w:bidi/>
        <w:spacing w:before="0" w:after="100"/>
      </w:pPr>
      <w:r>
        <w:rPr>
          <w:rtl/>
        </w:rPr>
        <w:t>ג. הבריכה נמצאת מתחת לבית הספר ומימינו במפה.  ← דרום-מזרח</w:t>
      </w:r>
    </w:p>
    <w:p>
      <w:pPr>
        <w:bidi/>
        <w:spacing w:before="0" w:after="100"/>
      </w:pPr>
      <w:r>
        <w:rPr>
          <w:rtl/>
        </w:rPr>
        <w:t>ד. הספרייה נמצאת מעל בית הספר ומשמאלו במפה.  ← צפון-מערב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ממציאים סמלים למפה, במקום לצייר בה כל בית וכל עץ כמו שהוא.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המפה מוקטנת ואין בה מקום לצייר כל דבר. סמלים קטנים ופשוטים חוסכים מקום, והמפה נשארת ברורה וקלה לקריאה.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שרטטו שושנת רוחות ובה שמונה כיוונים: ארבעה ראשיים וארבעה משניים. כתבו את שם כל כיוון.</w:t>
      </w:r>
    </w:p>
    <w:p>
      <w:pPr>
        <w:bidi/>
        <w:spacing w:before="0" w:after="80"/>
      </w:pPr>
      <w:r>
        <w:rPr>
          <w:color w:val="0F7A4F"/>
          <w:rtl/>
        </w:rPr>
        <w:t>תשובה אפשרית: שושנת רוחות: צפון למעלה, דרום למטה, מזרח מימין, מערב משמאל, וביניהם צפון-מזרח, דרום-מזרח, דרום-מערב, צפון-מערב.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 «המפה של סבא», השלימו.</w:t>
      </w:r>
    </w:p>
    <w:p>
      <w:pPr>
        <w:bidi/>
        <w:spacing w:before="0" w:after="40"/>
      </w:pPr>
      <w:r>
        <w:rPr>
          <w:rtl/>
        </w:rPr>
        <w:t>א. במקרא, קו אדום מסמן כביש.</w:t>
      </w:r>
    </w:p>
    <w:p>
      <w:pPr>
        <w:bidi/>
        <w:spacing w:before="0" w:after="40"/>
      </w:pPr>
      <w:r>
        <w:rPr>
          <w:rtl/>
        </w:rPr>
        <w:t>ב. בצד המערבי של המפה יש ים.</w:t>
      </w:r>
    </w:p>
    <w:p>
      <w:pPr>
        <w:bidi/>
        <w:spacing w:before="0" w:after="40"/>
      </w:pPr>
      <w:r>
        <w:rPr>
          <w:rtl/>
        </w:rPr>
        <w:t>ג. ליד החוף הצבע במפה הוא ירוק, ובהרים הוא חום כהה.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לפי הטקסט, מה אפשר ללמוד מן הצבעים על פני השטח של הגליל, מן החוף מזרחה?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שהשטח עולה ככל שמתקדמים מזרחה: ליד החוף הוא נמוך (ירוק), אחר כך גבוה יותר (צהוב), ובמזרח יש הרים גבוהים (חום כהה).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תמר טוענת: «במפה פיזית של ישראל, הנגב צבוע בחום ובצהוב, ולכן ברור שיש בו הרים גבוהים בכל מקום». מה הטעות שלה, ומה הצבעים אומרים באמת?</w:t>
      </w:r>
    </w:p>
    <w:p>
      <w:pPr>
        <w:bidi/>
        <w:spacing w:before="0" w:after="80"/>
      </w:pPr>
      <w:r>
        <w:rPr>
          <w:color w:val="0F7A4F"/>
          <w:rtl/>
        </w:rPr>
        <w:t>תשובה אפשרית: הצבעים במפה פיזית מראים גובה, לא צמחייה ולא «מדבר». צהוב וחום בהיר מסמנים אזורים בגובה בינוני, וחום כהה – הרים גבוהים. לכן לא כל הנגב הוא הרים גבוהים; כדי לדעת את הגובה יש לבדוק במקרא את ערך הגובה של כל צבע.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AA04F"/>
        <w:left w:val="single" w:sz="18" w:space="22" w:color="3AA04F"/>
        <w:bottom w:val="single" w:sz="18" w:space="22" w:color="3AA04F"/>
        <w:right w:val="single" w:sz="18" w:space="22" w:color="3AA04F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