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945A27"/>
          <w:sz w:val="56"/>
          <w:szCs w:val="56"/>
          <w:rtl/>
        </w:rPr>
        <w:t>📏 קנה מידה ומדידת מרחקים במפה</w:t>
      </w:r>
    </w:p>
    <w:p>
      <w:pPr>
        <w:bidi/>
        <w:spacing w:before="0" w:after="160"/>
      </w:pPr>
      <w:r>
        <w:rPr>
          <w:sz w:val="36"/>
          <w:szCs w:val="36"/>
          <w:rtl/>
        </w:rPr>
        <w:t>• 1 מטר = 100 ס"מ.</w:t>
      </w:r>
    </w:p>
    <w:p>
      <w:pPr>
        <w:bidi/>
        <w:spacing w:before="0" w:after="160"/>
      </w:pPr>
      <w:r>
        <w:rPr>
          <w:sz w:val="36"/>
          <w:szCs w:val="36"/>
          <w:rtl/>
        </w:rPr>
        <w:t>• 1 ק"מ = 1,000 מטר = 100,000 ס"מ.</w:t>
      </w:r>
    </w:p>
    <w:p>
      <w:pPr>
        <w:bidi/>
        <w:spacing w:before="0" w:after="160"/>
      </w:pPr>
      <w:r>
        <w:rPr>
          <w:sz w:val="36"/>
          <w:szCs w:val="36"/>
          <w:rtl/>
        </w:rPr>
        <w:t>• כמה שווה 1 ס"מ במפה?: ‪1:10,000‬ – 100 מ'; ‪1:50,000‬ – 500 מ'; ‪1:100,000‬ – 1 ק"מ</w:t>
      </w:r>
    </w:p>
    <w:p>
      <w:pPr>
        <w:bidi/>
        <w:spacing w:before="0" w:after="160"/>
      </w:pPr>
      <w:r>
        <w:rPr>
          <w:sz w:val="36"/>
          <w:szCs w:val="36"/>
          <w:rtl/>
        </w:rPr>
        <w:t>• קנה מידה גדול ‪(1:10,000)‬: שטח קטן, הרבה פרטים.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קנה מידה קטן ‪(1:5,000,000)‬: שטח גדול, מעט פרטים.</w:t>
      </w:r>
    </w:p>
    <w:p>
      <w:pPr>
        <w:bidi/>
        <w:spacing w:before="0" w:after="120"/>
      </w:pPr>
      <w:r>
        <w:rPr>
          <w:b/>
          <w:bCs/>
          <w:color w:val="945A27"/>
          <w:sz w:val="32"/>
          <w:szCs w:val="32"/>
          <w:rtl/>
        </w:rPr>
        <w:t>💡 זכרו! כדי לחשב מרחק אמיתי: מודדים בסרגל את המרחק במפה (בס"מ) וכופלים במה שכל ס"מ שווה. למשל ב-‪1:50,000: 4‬ ס"מ × 500 מ' = 2,000 מ' = 2 ק"מ.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A8662C"/>
        <w:left w:val="single" w:sz="18" w:space="22" w:color="A8662C"/>
        <w:bottom w:val="single" w:sz="18" w:space="22" w:color="A8662C"/>
        <w:right w:val="single" w:sz="18" w:space="22" w:color="A8662C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