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45A27"/>
          <w:sz w:val="44"/>
          <w:szCs w:val="44"/>
          <w:rtl/>
        </w:rPr>
        <w:t>קנה מידה ומדידת מרחקים במפה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945A27"/>
          <w:sz w:val="24"/>
          <w:szCs w:val="24"/>
          <w:rtl/>
        </w:rPr>
        <w:t>דף סיכום: קנה מידה, המרת יחידות וחישוב מרחקים אמיתיים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5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945A27"/>
          <w:sz w:val="28"/>
          <w:szCs w:val="28"/>
          <w:rtl/>
        </w:rPr>
        <w:t>◆ יחידות מידה</w:t>
      </w:r>
    </w:p>
    <w:p>
      <w:pPr>
        <w:bidi/>
        <w:spacing w:before="0" w:after="20"/>
      </w:pPr>
      <w:r>
        <w:rPr>
          <w:rtl/>
        </w:rPr>
        <w:t>1. 1 מטר = 100 ס"מ.</w:t>
      </w:r>
    </w:p>
    <w:p>
      <w:pPr>
        <w:bidi/>
        <w:spacing w:before="0" w:after="20"/>
      </w:pPr>
      <w:r>
        <w:rPr>
          <w:rtl/>
        </w:rPr>
        <w:t>2. 1 ק"מ = 1,000 מטר = 100,000 ס"מ.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945A27"/>
          <w:sz w:val="28"/>
          <w:szCs w:val="28"/>
          <w:rtl/>
        </w:rPr>
        <w:t>◆ כמה שווה 1 ס"מ במפה?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קנה מידה</w:t>
            </w:r>
          </w:p>
        </w:tc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1 ס"מ במפה שווה ל-</w:t>
            </w:r>
          </w:p>
        </w:tc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דוגמה: 3 ס"מ במפה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‪1:10,000‬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 מ'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300 מ'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‪1:50,000‬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500 מ'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1.5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‪1:100,000‬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 ק"מ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‪1:1,000,000‬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 ק"מ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30 ק"מ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945A27"/>
          <w:sz w:val="28"/>
          <w:szCs w:val="28"/>
          <w:rtl/>
        </w:rPr>
        <w:t>◆ גדול או קטן?</w:t>
      </w:r>
    </w:p>
    <w:p>
      <w:pPr>
        <w:bidi/>
        <w:spacing w:before="0" w:after="20"/>
      </w:pPr>
      <w:r>
        <w:rPr>
          <w:rtl/>
        </w:rPr>
        <w:t>1. קנה מידה גדול ‪(1:10,000)‬: שטח קטן, הרבה פרטים.</w:t>
      </w:r>
    </w:p>
    <w:p>
      <w:pPr>
        <w:bidi/>
        <w:spacing w:before="0" w:after="20"/>
      </w:pPr>
      <w:r>
        <w:rPr>
          <w:rtl/>
        </w:rPr>
        <w:t>2. קנה מידה קטן ‪(1:5,000,000)‬: שטח גדול, מעט פרטים.</w:t>
      </w:r>
    </w:p>
    <w:p>
      <w:pPr>
        <w:bidi/>
        <w:spacing w:before="0" w:after="20"/>
      </w:pPr>
      <w:r>
        <w:rPr>
          <w:rtl/>
        </w:rPr>
        <w:t>3. קנה מידה קווי: סרגל מצויר על המפה.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כדי לחשב מרחק אמיתי: מודדים בסרגל את המרחק במפה (בס"מ) וכופלים במה שכל ס"מ שווה. למשל ב-‪1:50,000: 4‬ ס"מ × 500 מ' = 2,000 מ' = 2 ק"מ.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במפה בקנה מידה ‪1:200,000‬ המרחק בין שני כפרים הוא 4 ס"מ. מה המרחק האמיתי?</w:t>
      </w:r>
    </w:p>
    <w:p>
      <w:pPr>
        <w:bidi/>
        <w:spacing w:before="0" w:after="20"/>
      </w:pPr>
      <w:r>
        <w:rPr>
          <w:rtl/>
        </w:rPr>
        <w:t>1. ‪1:200,000‬ – ס"מ אחד שווה ל-200,000 ס"מ, כלומר 2 ק"מ.</w:t>
      </w:r>
    </w:p>
    <w:p>
      <w:pPr>
        <w:bidi/>
        <w:spacing w:before="0" w:after="20"/>
      </w:pPr>
      <w:r>
        <w:rPr>
          <w:rtl/>
        </w:rPr>
        <w:t>2. 4 ס"מ × 2 ק"מ = 8 ק"מ.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8 ק"מ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945A27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במפה בקנה מידה ‪1:100,000‬, ס"מ אחד שווה ל-__________ ק"מ.</w:t>
      </w:r>
    </w:p>
    <w:p>
      <w:pPr>
        <w:bidi/>
        <w:spacing w:before="0" w:after="60"/>
      </w:pPr>
      <w:r>
        <w:rPr>
          <w:rtl/>
        </w:rPr>
        <w:t>ב. בקילומטר אחד יש __________ מטר.</w:t>
      </w:r>
    </w:p>
    <w:p>
      <w:pPr>
        <w:bidi/>
        <w:spacing w:before="0" w:after="60"/>
      </w:pPr>
      <w:r>
        <w:rPr>
          <w:rtl/>
        </w:rPr>
        <w:t>ג. במפה בקנה מידה ‪1:50,000‬, 2 ס"מ שווים ל-__________ ק"מ.</w:t>
      </w:r>
    </w:p>
    <w:p>
      <w:pPr>
        <w:bidi/>
        <w:spacing w:before="0" w:after="60"/>
      </w:pPr>
      <w:r>
        <w:rPr>
          <w:rtl/>
        </w:rPr>
        <w:t>ד. מפת שכונה היא מפה בקנה מידה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1 · ב. 1,000 · ג. 1 · ד. גדול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A8662C"/>
        <w:left w:val="single" w:sz="18" w:space="22" w:color="A8662C"/>
        <w:bottom w:val="single" w:sz="18" w:space="22" w:color="A8662C"/>
        <w:right w:val="single" w:sz="18" w:space="22" w:color="A8662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