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45A27"/>
          <w:sz w:val="44"/>
          <w:szCs w:val="44"/>
          <w:rtl/>
        </w:rPr>
        <w:t>קנה מידה ומדידת מרחקים במפה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</w:pPr>
      <w:r>
        <w:rPr>
          <w:color w:val="945A27"/>
          <w:sz w:val="24"/>
          <w:szCs w:val="24"/>
          <w:rtl/>
        </w:rPr>
        <w:t>מחסן מילים: 100  |  1,000  |  100,000  |  קנה מידה  |  קווי</w:t>
      </w:r>
    </w:p>
    <w:p>
      <w:pPr>
        <w:bidi/>
        <w:spacing w:before="0" w:after="60"/>
      </w:pPr>
      <w:r>
        <w:rPr>
          <w:rtl/>
        </w:rPr>
        <w:t>א. במטר אחד יש __________ ס"מ.</w:t>
      </w:r>
    </w:p>
    <w:p>
      <w:pPr>
        <w:bidi/>
        <w:spacing w:before="0" w:after="60"/>
      </w:pPr>
      <w:r>
        <w:rPr>
          <w:rtl/>
        </w:rPr>
        <w:t>ב. בקילומטר אחד יש __________ מטר.</w:t>
      </w:r>
    </w:p>
    <w:p>
      <w:pPr>
        <w:bidi/>
        <w:spacing w:before="0" w:after="60"/>
      </w:pPr>
      <w:r>
        <w:rPr>
          <w:rtl/>
        </w:rPr>
        <w:t>ג. בקילומטר אחד יש __________ ס"מ.</w:t>
      </w:r>
    </w:p>
    <w:p>
      <w:pPr>
        <w:bidi/>
        <w:spacing w:before="0" w:after="60"/>
      </w:pPr>
      <w:r>
        <w:rPr>
          <w:rtl/>
        </w:rPr>
        <w:t>ד. המספר שאומר פי כמה הוקטן השטח במפה הוא ה__________.</w:t>
      </w:r>
    </w:p>
    <w:p>
      <w:pPr>
        <w:bidi/>
        <w:spacing w:before="0" w:after="60"/>
      </w:pPr>
      <w:r>
        <w:rPr>
          <w:rtl/>
        </w:rPr>
        <w:t>ה. סרגל קטן שמצויר במפה הוא קנה מידה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קנה מידה את מה ש-1 ס"מ במפה שווה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‪1:10,000‬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10 ק"מ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‪1:50,000‬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1 ק"מ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‪1:100,000‬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100 מטר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‪1:200,000‬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2 ק"מ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‪1:1,000,000‬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500 מטר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המפה בקנה מידה ‪1:100,000‬. השלימו את המרחק האמיתי.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מסלול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אמיתי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מן הכפר לחוף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מן העיר ליער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6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מן התחנה להר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2.5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מן המעיין לאגם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9 ק"מ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חשבו את המרחק האמיתי.</w:t>
      </w:r>
    </w:p>
    <w:p>
      <w:pPr>
        <w:bidi/>
        <w:spacing w:before="0" w:after="60"/>
      </w:pPr>
      <w:r>
        <w:rPr>
          <w:rtl/>
        </w:rPr>
        <w:t>א. קנה מידה ‪1:50,000‬, מרחק במפה 4 ס"מ. המרחק האמיתי: __________ ק"מ.</w:t>
      </w:r>
    </w:p>
    <w:p>
      <w:pPr>
        <w:bidi/>
        <w:spacing w:before="0" w:after="60"/>
      </w:pPr>
      <w:r>
        <w:rPr>
          <w:rtl/>
        </w:rPr>
        <w:t>ב. קנה מידה ‪1:200,000‬, מרחק במפה 5 ס"מ. המרחק האמיתי: __________ ק"מ.</w:t>
      </w:r>
    </w:p>
    <w:p>
      <w:pPr>
        <w:bidi/>
        <w:spacing w:before="0" w:after="60"/>
      </w:pPr>
      <w:r>
        <w:rPr>
          <w:rtl/>
        </w:rPr>
        <w:t>ג. קנה מידה ‪1:10,000‬, מרחק במפה 7 ס"מ. המרחק האמיתי: __________ מטר.</w:t>
      </w:r>
    </w:p>
    <w:p>
      <w:pPr>
        <w:bidi/>
        <w:spacing w:before="0" w:after="60"/>
      </w:pPr>
      <w:r>
        <w:rPr>
          <w:rtl/>
        </w:rPr>
        <w:t>ד. קנה מידה ‪1:1,000,000‬, מרחק במפה 8 ס"מ. המרחק האמיתי: __________ ק"מ.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במפה בקנה מידה ‪1:100,000‬, ס"מ אחד שווה ל-1 ק"מ.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מפת עולם היא מפה בקנה מידה גדול.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במפה בקנה מידה גדול רואים יותר פרטים.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אם מגדילים צילום של מפה במכונת צילום, קנה המידה המספרי הכתוב עליה נשאר נכון.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מיינו את המפות: קנה מידה גדול או קנה מידה קטן.</w:t>
      </w:r>
    </w:p>
    <w:p>
      <w:pPr>
        <w:bidi/>
        <w:spacing w:before="0" w:after="80"/>
      </w:pPr>
      <w:r>
        <w:rPr>
          <w:color w:val="945A27"/>
          <w:sz w:val="24"/>
          <w:szCs w:val="24"/>
          <w:rtl/>
        </w:rPr>
        <w:t>המילים: מפת חצר בית הספר  |  מפת העולם  |  מפת שכונה  |  מפת יבשת אירופה  |  מפת גן ציבורי  |  מפת אגן הים התיכון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 גדול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 קטן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</w:pPr>
      <w:r>
        <w:rPr>
          <w:rtl/>
        </w:rPr>
        <w:t>א. באיזו מפה נראה את הרחוב שלכם בפרטים רבים?</w:t>
      </w:r>
    </w:p>
    <w:p>
      <w:pPr>
        <w:bidi/>
        <w:spacing w:before="0" w:after="80"/>
      </w:pPr>
      <w:r>
        <w:rPr>
          <w:rtl/>
        </w:rPr>
        <w:t xml:space="preserve">   ○ ‪1:5,000,000‬      ○ ‪1:10,000‬      ○ ‪1:1,000,000‬</w:t>
      </w:r>
    </w:p>
    <w:p>
      <w:pPr>
        <w:bidi/>
        <w:spacing w:before="0" w:after="20"/>
      </w:pPr>
      <w:r>
        <w:rPr>
          <w:rtl/>
        </w:rPr>
        <w:t>ב. במפה בקנה מידה ‪1:200,000‬ המרחק האמיתי הוא 12 ק"מ. מה המרחק במפה?</w:t>
      </w:r>
    </w:p>
    <w:p>
      <w:pPr>
        <w:bidi/>
        <w:spacing w:before="0" w:after="80"/>
      </w:pPr>
      <w:r>
        <w:rPr>
          <w:rtl/>
        </w:rPr>
        <w:t xml:space="preserve">   ○ 6 ס"מ      ○ 12 ס"מ      ○ 24 ס"מ</w:t>
      </w:r>
    </w:p>
    <w:p>
      <w:pPr>
        <w:bidi/>
        <w:spacing w:before="0" w:after="20"/>
      </w:pPr>
      <w:r>
        <w:rPr>
          <w:rtl/>
        </w:rPr>
        <w:t>ג. בקנה מידה קווי כל קטע שווה ל-5 ק"מ. מרחק במפה של 3 קטעים שווה ל-:</w:t>
      </w:r>
    </w:p>
    <w:p>
      <w:pPr>
        <w:bidi/>
        <w:spacing w:before="0" w:after="80"/>
      </w:pPr>
      <w:r>
        <w:rPr>
          <w:rtl/>
        </w:rPr>
        <w:t xml:space="preserve">   ○ 8 ק"מ      ○ 15 ק"מ      ○ 35 ק"מ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אי אפשר לצייר מפה של ישראל בגודל האמיתי, ומה פותר את הבעיה.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שרטטו קנה מידה קווי למפה בקנה מידה ‪1:100,000‬: סרגל של 5 ס"מ, מחולק לקטעים של 1 ס"מ, וכתבו מתחתיו 0, 1, 2, 3, 4, 5 ק"מ.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45A27"/>
          <w:sz w:val="30"/>
          <w:szCs w:val="30"/>
          <w:rtl/>
        </w:rPr>
        <w:t>היום הארוך של יואב</w:t>
      </w:r>
    </w:p>
    <w:p>
      <w:pPr>
        <w:bidi/>
        <w:spacing w:before="0" w:after="80"/>
      </w:pPr>
      <w:r>
        <w:rPr>
          <w:rtl/>
        </w:rPr>
        <w:t>יואב תכנן טיול אופניים עם אבא. הם פתחו מפת טיולים בקנה מידה ‪1:50,000‬, ובה כל ס"מ שווה ל-500 מטר.</w:t>
      </w:r>
    </w:p>
    <w:p>
      <w:pPr>
        <w:bidi/>
        <w:spacing w:before="0" w:after="80"/>
      </w:pPr>
      <w:r>
        <w:rPr>
          <w:rtl/>
        </w:rPr>
        <w:t>יואב מדד בסרגל: מן הבית עד המעיין – 6 ס"מ, ומן המעיין עד המצפה – עוד 4 ס"מ. «זה כלום», אמר, «רק 10 ס"מ!».</w:t>
      </w:r>
    </w:p>
    <w:p>
      <w:pPr>
        <w:bidi/>
        <w:spacing w:before="0" w:after="80"/>
      </w:pPr>
      <w:r>
        <w:rPr>
          <w:rtl/>
        </w:rPr>
        <w:t>אבא חייך ושאל: «ומה המרחק האמיתי?». יואב חישב שוב, והבין שהדרך ארוכה הרבה יותר ממה שחשב, ושצריך גם לחזור הביתה. הם החליטו לצאת מוקדם בבוקר, לפני החום, ולקחת הרבה מים.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 «היום הארוך של יואב»,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קטע הדרך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אמיתי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הבית – המעיין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6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המעיין – המצפה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כל הדרך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מה הייתה הטעות של יואב בהתחלה? איך המספרים בטבלה מסבירים את ההחלטה לצאת מוקדם?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על שתי מפות מסומן אותו קטע כביש. במפה א ‪(1:50,000)‬ הוא 8 ס"מ. כמה ס"מ יהיה אורכו במפה ב ‪(1:100,000)‬? הסבירו.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A8662C"/>
        <w:left w:val="single" w:sz="18" w:space="22" w:color="A8662C"/>
        <w:bottom w:val="single" w:sz="18" w:space="22" w:color="A8662C"/>
        <w:right w:val="single" w:sz="18" w:space="22" w:color="A8662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