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מחוון – דף עבודה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מחוון – קנה מידה ומדידת מרחקים במפה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</w:pPr>
      <w:r>
        <w:rPr>
          <w:rtl/>
        </w:rPr>
        <w:t>א. במטר אחד יש 100 ס"מ.</w:t>
      </w:r>
    </w:p>
    <w:p>
      <w:pPr>
        <w:bidi/>
        <w:spacing w:before="0" w:after="40"/>
      </w:pPr>
      <w:r>
        <w:rPr>
          <w:rtl/>
        </w:rPr>
        <w:t>ב. בקילומטר אחד יש 1,000 מטר.</w:t>
      </w:r>
    </w:p>
    <w:p>
      <w:pPr>
        <w:bidi/>
        <w:spacing w:before="0" w:after="40"/>
      </w:pPr>
      <w:r>
        <w:rPr>
          <w:rtl/>
        </w:rPr>
        <w:t>ג. בקילומטר אחד יש 100,000 ס"מ.</w:t>
      </w:r>
    </w:p>
    <w:p>
      <w:pPr>
        <w:bidi/>
        <w:spacing w:before="0" w:after="40"/>
      </w:pPr>
      <w:r>
        <w:rPr>
          <w:rtl/>
        </w:rPr>
        <w:t>ד. המספר שאומר פי כמה הוקטן השטח במפה הוא הקנה מידה.</w:t>
      </w:r>
    </w:p>
    <w:p>
      <w:pPr>
        <w:bidi/>
        <w:spacing w:before="0" w:after="40"/>
      </w:pPr>
      <w:r>
        <w:rPr>
          <w:rtl/>
        </w:rPr>
        <w:t>ה. סרגל קטן שמצויר במפה הוא קנה מידה קווי.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קנה מידה את מה ש-1 ס"מ במפה שווה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‪1:10,000‬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10 ק"מ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‪1:50,000‬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1 ק"מ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‪1:100,000‬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100 מטר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‪1:200,000‬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2 ק"מ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‪1:1,000,000‬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500 מטר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המפה בקנה מידה ‪1:100,000‬. השלימו את המרחק האמיתי.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מסלול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במפה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אמיתי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מן הכפר לחוף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מן העיר ליער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6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6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מן התחנה להר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2.5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2.5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מן המעיין לאגם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9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9 ק"מ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חשבו את המרחק האמיתי.</w:t>
      </w:r>
    </w:p>
    <w:p>
      <w:pPr>
        <w:bidi/>
        <w:spacing w:before="0" w:after="40"/>
      </w:pPr>
      <w:r>
        <w:rPr>
          <w:rtl/>
        </w:rPr>
        <w:t>א. קנה מידה ‪1:50,000‬, מרחק במפה 4 ס"מ. המרחק האמיתי: 2 ק"מ.</w:t>
      </w:r>
    </w:p>
    <w:p>
      <w:pPr>
        <w:bidi/>
        <w:spacing w:before="0" w:after="40"/>
      </w:pPr>
      <w:r>
        <w:rPr>
          <w:rtl/>
        </w:rPr>
        <w:t>ב. קנה מידה ‪1:200,000‬, מרחק במפה 5 ס"מ. המרחק האמיתי: 10 ק"מ.</w:t>
      </w:r>
    </w:p>
    <w:p>
      <w:pPr>
        <w:bidi/>
        <w:spacing w:before="0" w:after="40"/>
      </w:pPr>
      <w:r>
        <w:rPr>
          <w:rtl/>
        </w:rPr>
        <w:t>ג. קנה מידה ‪1:10,000‬, מרחק במפה 7 ס"מ. המרחק האמיתי: 700 מטר.</w:t>
      </w:r>
    </w:p>
    <w:p>
      <w:pPr>
        <w:bidi/>
        <w:spacing w:before="0" w:after="40"/>
      </w:pPr>
      <w:r>
        <w:rPr>
          <w:rtl/>
        </w:rPr>
        <w:t>ד. קנה מידה ‪1:1,000,000‬, מרחק במפה 8 ס"מ. המרחק האמיתי: 80 ק"מ.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במפה בקנה מידה ‪1:100,000‬, ס"מ אחד שווה ל-1 ק"מ.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מפת עולם היא מפה בקנה מידה גדול.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מפת עולם היא מפה בקנה מידה קטן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במפה בקנה מידה גדול רואים יותר פרטים.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אם מגדילים צילום של מפה במכונת צילום, קנה המידה המספרי הכתוב עליה נשאר נכון.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המפה הוגדלה, ולכן המספר הכתוב כבר אינו נכון; קנה המידה הקווי גדל יחד עם המפה ונשאר נכון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מיינו את המפות: קנה מידה גדול או קנה מידה קטן.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 גדול</w:t>
            </w:r>
          </w:p>
        </w:tc>
        <w:tc>
          <w:tcPr>
            <w:tcW w:type="dxa" w:w="4989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 קטן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מפת חצר בית הספר, מפת שכונה, מפת גן ציבורי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מפת העולם, מפת יבשת אירופה, מפת אגן הים התיכון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בחרו את התשובה הנכונה.</w:t>
      </w:r>
    </w:p>
    <w:p>
      <w:pPr>
        <w:bidi/>
        <w:spacing w:before="0" w:after="20"/>
      </w:pPr>
      <w:r>
        <w:rPr>
          <w:rtl/>
        </w:rPr>
        <w:t>א. באיזו מפה נראה את הרחוב שלכם בפרטים רבים?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‪1:10,000‬</w:t>
      </w:r>
    </w:p>
    <w:p>
      <w:pPr>
        <w:bidi/>
        <w:spacing w:before="0" w:after="20"/>
      </w:pPr>
      <w:r>
        <w:rPr>
          <w:rtl/>
        </w:rPr>
        <w:t>ב. במפה בקנה מידה ‪1:200,000‬ המרחק האמיתי הוא 12 ק"מ. מה המרחק במפה?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6 ס"מ</w:t>
      </w:r>
    </w:p>
    <w:p>
      <w:pPr>
        <w:bidi/>
        <w:spacing w:before="0" w:after="20"/>
      </w:pPr>
      <w:r>
        <w:rPr>
          <w:rtl/>
        </w:rPr>
        <w:t>ג. בקנה מידה קווי כל קטע שווה ל-5 ק"מ. מרחק במפה של 3 קטעים שווה ל-: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15 ק"מ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אי אפשר לצייר מפה של ישראל בגודל האמיתי, ומה פותר את הבעיה.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השטח האמיתי עצום ולא יהיה דף או קיר שיכיל אותו. לכן מקטינים את השטח באופן שווה בכל מקום וכותבים קנה מידה, שמאפשר לחשב את המרחקים האמיתיים.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שרטטו קנה מידה קווי למפה בקנה מידה ‪1:100,000‬: סרגל של 5 ס"מ, מחולק לקטעים של 1 ס"מ, וכתבו מתחתיו 0, 1, 2, 3, 4, 5 ק"מ.</w:t>
      </w:r>
    </w:p>
    <w:p>
      <w:pPr>
        <w:bidi/>
        <w:spacing w:before="0" w:after="80"/>
      </w:pPr>
      <w:r>
        <w:rPr>
          <w:color w:val="0F7A4F"/>
          <w:rtl/>
        </w:rPr>
        <w:t>תשובה אפשרית: סרגל באורך 5 ס"מ, חמישה קטעים שווים, ומתחת: 0, 1, 2, 3, 4, 5 ק"מ.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 «היום הארוך של יואב»,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קטע הדרך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במפה</w:t>
            </w:r>
          </w:p>
        </w:tc>
        <w:tc>
          <w:tcPr>
            <w:tcW w:type="dxa" w:w="3326"/>
            <w:shd w:val="clear" w:color="auto" w:fill="945a2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אמיתי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הבית – המעיין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6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המעיין – המצפה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כל הדרך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5 ק"מ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מה הייתה הטעות של יואב בהתחלה? איך המספרים בטבלה מסבירים את ההחלטה לצאת מוקדם?</w:t>
      </w:r>
    </w:p>
    <w:p>
      <w:pPr>
        <w:bidi/>
        <w:spacing w:before="0" w:after="80"/>
      </w:pPr>
      <w:r>
        <w:rPr>
          <w:color w:val="0F7A4F"/>
          <w:rtl/>
        </w:rPr>
        <w:t>תשובה אפשרית: יואב חשב על המרחק במפה (10 ס"מ) ולא על המרחק האמיתי. במציאות הדרך היא 5 ק"מ לכל כיוון, כלומר 10 ק"מ הלוך ושוב, ולכן צריך לצאת מוקדם ולקחת מים.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על שתי מפות מסומן אותו קטע כביש. במפה א ‪(1:50,000)‬ הוא 8 ס"מ. כמה ס"מ יהיה אורכו במפה ב ‪(1:100,000)‬?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במפה א: ‪8 × 500‬ מ' = 4 ק"מ. במפה ב כל ס"מ שווה 1 ק"מ, לכן 4 ק"מ הם 4 ס"מ. במפה ב השטח מוקטן פי 2 יותר, ולכן הקטע קצר פי 2.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A8662C"/>
        <w:left w:val="single" w:sz="18" w:space="22" w:color="A8662C"/>
        <w:bottom w:val="single" w:sz="18" w:space="22" w:color="A8662C"/>
        <w:right w:val="single" w:sz="18" w:space="22" w:color="A8662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