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C7466B"/>
          <w:sz w:val="44"/>
          <w:szCs w:val="44"/>
          <w:rtl/>
        </w:rPr>
        <w:t>אגן הים התיכון: מיקום, יבשות ומדינות, חופים, נופים ואקלים ים-תיכוני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7466B"/>
          <w:sz w:val="24"/>
          <w:szCs w:val="24"/>
          <w:rtl/>
        </w:rPr>
        <w:t>דף סיכום: מיקום אגן הים התיכון, החופים והנופים שלו והאקלים הים-תיכוני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C7466B"/>
          <w:sz w:val="28"/>
          <w:szCs w:val="28"/>
          <w:rtl/>
        </w:rPr>
        <w:t>◆ מיקום</w:t>
      </w:r>
    </w:p>
    <w:p>
      <w:pPr>
        <w:bidi/>
        <w:spacing w:before="0" w:after="20"/>
      </w:pPr>
      <w:r>
        <w:rPr>
          <w:rtl/>
        </w:rPr>
        <w:t>1. בין שלוש יבשות: אירופה (צפון), אסיה (מזרח), אפריקה (דרום).</w:t>
      </w:r>
    </w:p>
    <w:p>
      <w:pPr>
        <w:bidi/>
        <w:spacing w:before="0" w:after="20"/>
      </w:pPr>
      <w:r>
        <w:rPr>
          <w:rtl/>
        </w:rPr>
        <w:t>2. כעשרים מדינות לחופיו.</w:t>
      </w:r>
    </w:p>
    <w:p>
      <w:pPr>
        <w:bidi/>
        <w:spacing w:before="0" w:after="20"/>
      </w:pPr>
      <w:r>
        <w:rPr>
          <w:rtl/>
        </w:rPr>
        <w:t>3. מתחבר לאוקיינוס האטלנטי (מצר גיברלטר), לים סוף (תעלת סואץ) ולים השחור.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C7466B"/>
          <w:sz w:val="28"/>
          <w:szCs w:val="28"/>
          <w:rtl/>
        </w:rPr>
        <w:t>◆ מדינות לדוגמה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אירופה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אסיה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אפריקה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ספרד, צרפת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ישראל, לבנון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מצרים, לוב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איטליה, יוון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סוריה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תוניסיה, מרוקו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C7466B"/>
          <w:sz w:val="28"/>
          <w:szCs w:val="28"/>
          <w:rtl/>
        </w:rPr>
        <w:t>◆ חופים, נופים ואקלים</w:t>
      </w:r>
    </w:p>
    <w:p>
      <w:pPr>
        <w:bidi/>
        <w:spacing w:before="0" w:after="20"/>
      </w:pPr>
      <w:r>
        <w:rPr>
          <w:rtl/>
        </w:rPr>
        <w:t>1. חופי חול, מצוקים, מפרצים, איים וחצאי איים.</w:t>
      </w:r>
    </w:p>
    <w:p>
      <w:pPr>
        <w:bidi/>
        <w:spacing w:before="0" w:after="20"/>
      </w:pPr>
      <w:r>
        <w:rPr>
          <w:rtl/>
        </w:rPr>
        <w:t>2. הרי געש פעילים, כמו האטנה בסיציליה.</w:t>
      </w:r>
    </w:p>
    <w:p>
      <w:pPr>
        <w:bidi/>
        <w:spacing w:before="0" w:after="20"/>
      </w:pPr>
      <w:r>
        <w:rPr>
          <w:rtl/>
        </w:rPr>
        <w:t>3. קיץ חם ויבש, חורף נוח וגשום.</w:t>
      </w:r>
    </w:p>
    <w:p>
      <w:pPr>
        <w:bidi/>
        <w:spacing w:before="0" w:after="20"/>
      </w:pPr>
      <w:r>
        <w:rPr>
          <w:rtl/>
        </w:rPr>
        <w:t>4. גידולים מסורתיים: חיטה, זית וגפן.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זכרו את ה«כתובת» של הים התיכון: אירופה בצפון, אסיה במזרח, אפריקה בדרום – והאוקיינוס האטלנטי במערב, דרך מצר גיברלטר.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בעיר בחוף הים התיכון ירד בשנה מסוימת גשם בחודשים נובמבר עד מרץ, ובחודשים יוני עד ספטמבר לא ירד גשם בכלל. האם זה מתאים לאקלים ים-תיכוני?</w:t>
      </w:r>
    </w:p>
    <w:p>
      <w:pPr>
        <w:bidi/>
        <w:spacing w:before="0" w:after="20"/>
      </w:pPr>
      <w:r>
        <w:rPr>
          <w:rtl/>
        </w:rPr>
        <w:t>1. באקלים ים-תיכוני הגשם יורד בחורף.</w:t>
      </w:r>
    </w:p>
    <w:p>
      <w:pPr>
        <w:bidi/>
        <w:spacing w:before="0" w:after="20"/>
      </w:pPr>
      <w:r>
        <w:rPr>
          <w:rtl/>
        </w:rPr>
        <w:t>2. בקיץ כמעט אין גשם.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כן, זה מתאים לאקלים ים-תיכוני: חורף גשום וקיץ יבש.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C7466B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הים התיכון מתחבר לאוקיינוס האטלנטי דרך מצר __________.</w:t>
      </w:r>
    </w:p>
    <w:p>
      <w:pPr>
        <w:bidi/>
        <w:spacing w:before="0" w:after="60"/>
      </w:pPr>
      <w:r>
        <w:rPr>
          <w:rtl/>
        </w:rPr>
        <w:t>ב. באקלים הים-תיכוני הקיץ חם ו__________.</w:t>
      </w:r>
    </w:p>
    <w:p>
      <w:pPr>
        <w:bidi/>
        <w:spacing w:before="0" w:after="60"/>
      </w:pPr>
      <w:r>
        <w:rPr>
          <w:rtl/>
        </w:rPr>
        <w:t>ג. היבשת שמדרום לים התיכון היא __________.</w:t>
      </w:r>
    </w:p>
    <w:p>
      <w:pPr>
        <w:bidi/>
        <w:spacing w:before="0" w:after="60"/>
      </w:pPr>
      <w:r>
        <w:rPr>
          <w:rtl/>
        </w:rPr>
        <w:t>ד. התעלה שמחברת את הים התיכון לים סוף היא תעלת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גיברלטר · ב. יבש · ג. אפריקה · ד. סואץ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