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האדם באגן הים התיכון: תרבות, נמלים, סחר, דיג ותיירות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ספינות עוגנות, פורקות וטוענות סחורות בנמל.</w:t>
      </w:r>
    </w:p>
    <w:p>
      <w:pPr>
        <w:bidi/>
        <w:spacing w:before="0" w:after="40"/>
      </w:pPr>
      <w:r>
        <w:rPr>
          <w:rtl/>
        </w:rPr>
        <w:t>ב. קנייה ומכירה של סחורות בין מקומות נקראת סחר.</w:t>
      </w:r>
    </w:p>
    <w:p>
      <w:pPr>
        <w:bidi/>
        <w:spacing w:before="0" w:after="40"/>
      </w:pPr>
      <w:r>
        <w:rPr>
          <w:rtl/>
        </w:rPr>
        <w:t>ג. מקצוע עתיק של הוצאת דגים מן הים הוא דיג.</w:t>
      </w:r>
    </w:p>
    <w:p>
      <w:pPr>
        <w:bidi/>
        <w:spacing w:before="0" w:after="40"/>
      </w:pPr>
      <w:r>
        <w:rPr>
          <w:rtl/>
        </w:rPr>
        <w:t>ד. מבקרים מארצות אחרות שבאים לנפוש הם חלק מענף התיירות.</w:t>
      </w:r>
    </w:p>
    <w:p>
      <w:pPr>
        <w:bidi/>
        <w:spacing w:before="0" w:after="40"/>
      </w:pPr>
      <w:r>
        <w:rPr>
          <w:rtl/>
        </w:rPr>
        <w:t>ה. עם עתיק של סוחרים ויורדי ים היה הפיניקים.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מקצוע את התחום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מלצרית במסעדה ליד החוף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תיירות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דייג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דיג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מנהל מחסן מכולות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נמלים וסחר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מדריך באתר עתיק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תיירות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קברניט ספינת משא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נמלים וסחר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הנמלים הגדולים של ישראל בים התיכון הם חיפה ואשדוד.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אילת היא נמל בים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אילת היא נמל בים סוף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הרומאים שלטו בכל חופי הים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התיירות אינה מספקת עבודה לתושבי האזור.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התיירות מספקת עבודה לאנשים רבים: במלונות, במסעדות ובהדרכה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הסיבות לבוא לאזור לפי הסוג.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טבע ואקלים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היסטוריה ותרבות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חופי רחצה, קיץ שמשי, מים נעימים לשחייה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אתרים עתיקים, מוזיאונים, מבנים היסטוריים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לפניכם נתונים על נמל דמיוני בשם «נמל התכלת».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חודש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ספינות משא שעגנו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ספינות נופש שעגנו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סך הכול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ינואר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אפריל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יולי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85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אוקטובר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55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לפי הטבלה של «נמל התכלת», בחרו את התשובה הנכונה.</w:t>
      </w:r>
    </w:p>
    <w:p>
      <w:pPr>
        <w:bidi/>
        <w:spacing w:before="0" w:after="20"/>
      </w:pPr>
      <w:r>
        <w:rPr>
          <w:rtl/>
        </w:rPr>
        <w:t>א. באיזה חודש עגנו הכי הרבה ספינות נופש?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יולי</w:t>
      </w:r>
    </w:p>
    <w:p>
      <w:pPr>
        <w:bidi/>
        <w:spacing w:before="0" w:after="20"/>
      </w:pPr>
      <w:r>
        <w:rPr>
          <w:rtl/>
        </w:rPr>
        <w:t>ב. מה ההסבר הסביר ביותר לכך?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בקיץ יש יותר תיירים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כתבו ליד כל משפט באיזה תחום מדובר: תרבות, סחר, דיג או תיירות.</w:t>
      </w:r>
    </w:p>
    <w:p>
      <w:pPr>
        <w:bidi/>
        <w:spacing w:before="0" w:after="100"/>
      </w:pPr>
      <w:r>
        <w:rPr>
          <w:rtl/>
        </w:rPr>
        <w:t>א. ספינה פורקת מכולות של מכשירי חשמל.  ← סחר</w:t>
      </w:r>
    </w:p>
    <w:p>
      <w:pPr>
        <w:bidi/>
        <w:spacing w:before="0" w:after="100"/>
      </w:pPr>
      <w:r>
        <w:rPr>
          <w:rtl/>
        </w:rPr>
        <w:t>ב. משפחה מצרפת מבקרת בעיר העתיקה של עכו.  ← תיירות</w:t>
      </w:r>
    </w:p>
    <w:p>
      <w:pPr>
        <w:bidi/>
        <w:spacing w:before="0" w:after="100"/>
      </w:pPr>
      <w:r>
        <w:rPr>
          <w:rtl/>
        </w:rPr>
        <w:t>ג. סירה קטנה חוזרת עם רשתות מלאות.  ← דיג</w:t>
      </w:r>
    </w:p>
    <w:p>
      <w:pPr>
        <w:bidi/>
        <w:spacing w:before="0" w:after="100"/>
      </w:pPr>
      <w:r>
        <w:rPr>
          <w:rtl/>
        </w:rPr>
        <w:t>ד. בכפר חוגגים חג עתיק עם ריקודים ושירים מסורתיים.  ← תרבות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ערים רבות לחוף הים התיכון התפתחו סביב נמל.</w:t>
      </w:r>
    </w:p>
    <w:p>
      <w:pPr>
        <w:bidi/>
        <w:spacing w:before="0" w:after="80"/>
      </w:pPr>
      <w:r>
        <w:rPr>
          <w:color w:val="0F7A4F"/>
          <w:rtl/>
        </w:rPr>
        <w:t>תשובה אפשרית: הנמל הביא ספינות, סחורות וסוחרים. סביבו נוצרו עבודות רבות – פריקה, מסחר, מחסנים, חנויות ומלאכות – ולכן אנשים רבים עברו לגור לידו והעיר גדלה.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נמל פשוט כפי שהוא נראה מלמעלה: הים, שובר גלים, רציף, שתי ספינות ומחסן.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שרטוט מלמעלה: חוף, שובר גלים שמגן על אזור המים, רציף, שתי ספינות עוגנות, מחסן, ומקרא שמסביר את הסמלים.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 «הנמל הקטן של סבא סאמר», השוו בין העבר להווה.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פעם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 עוגן בנמל?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סירות דייגים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סירות דייגים וסירות תיירים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 הים «נותן»?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דגים ותיירים (אורחים)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את דברי סבא: «והיום הוא נותן לנו גם אורחים». איזה ענף כלכלה התפתח בנמל?</w:t>
      </w:r>
    </w:p>
    <w:p>
      <w:pPr>
        <w:bidi/>
        <w:spacing w:before="0" w:after="80"/>
      </w:pPr>
      <w:r>
        <w:rPr>
          <w:color w:val="0F7A4F"/>
          <w:rtl/>
        </w:rPr>
        <w:t>תשובה אפשרית: הכוונה לתיירות: תיירים באים לעכו, יוצאים לשיט ואוכלים במסעדות, ותושבים מתפרנסים מהם. כך הים הוא מקור פרנסה גם בלי דיג.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יש אומרים שתיירות רבה מדי עלולה לפגוע במקום שהתיירים באים לראות. כתבו יתרון אחד וחיסרון אחד של תיירות בעיר נמל עתיקה.</w:t>
      </w:r>
    </w:p>
    <w:p>
      <w:pPr>
        <w:bidi/>
        <w:spacing w:before="0" w:after="80"/>
      </w:pPr>
      <w:r>
        <w:rPr>
          <w:color w:val="0F7A4F"/>
          <w:rtl/>
        </w:rPr>
        <w:t>תשובה אפשרית: יתרון: עבודה ופרנסה לתושבים, ושימור אתרים עתיקים בזכות הכסף. חיסרון: צפיפות, רעש, זבל ופגיעה באתרים, ועלייה במחירים לתושבים.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