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E8879"/>
          <w:sz w:val="44"/>
          <w:szCs w:val="44"/>
          <w:rtl/>
        </w:rPr>
        <w:t>האדם והים: השפעות הדדיות, זיהום ושמירה על החופים, ומדינות נבחרות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E8879"/>
          <w:sz w:val="24"/>
          <w:szCs w:val="24"/>
          <w:rtl/>
        </w:rPr>
        <w:t>דף סיכום: יחסי הגומלין בין האדם לים, ושלוש מדינות נבחרות באגן הים התיכון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0E8879"/>
          <w:sz w:val="28"/>
          <w:szCs w:val="28"/>
          <w:rtl/>
        </w:rPr>
        <w:t>◆ השפעות הדדיות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הים משפיע על האדם</w:t>
            </w:r>
          </w:p>
        </w:tc>
        <w:tc>
          <w:tcPr>
            <w:tcW w:type="dxa" w:w="4989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האדם משפיע על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אקלים נוח בחוף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זיהום: ביוב, פלסטיק, דלק, שפכים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מזון, פרנסה ותחבורה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דיג יתר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סערות ושחיקת חופים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בנייה צמודה לחוף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0E8879"/>
          <w:sz w:val="28"/>
          <w:szCs w:val="28"/>
          <w:rtl/>
        </w:rPr>
        <w:t>◆ איך שומרים?</w:t>
      </w:r>
    </w:p>
    <w:p>
      <w:pPr>
        <w:bidi/>
        <w:spacing w:before="0" w:after="20"/>
      </w:pPr>
      <w:r>
        <w:rPr>
          <w:rtl/>
        </w:rPr>
        <w:t>1. טיהור ביוב לפני שהוא מגיע לים.</w:t>
      </w:r>
    </w:p>
    <w:p>
      <w:pPr>
        <w:bidi/>
        <w:spacing w:before="0" w:after="20"/>
      </w:pPr>
      <w:r>
        <w:rPr>
          <w:rtl/>
        </w:rPr>
        <w:t>2. פחות פלסטיק, ניקוי חופים.</w:t>
      </w:r>
    </w:p>
    <w:p>
      <w:pPr>
        <w:bidi/>
        <w:spacing w:before="0" w:after="20"/>
      </w:pPr>
      <w:r>
        <w:rPr>
          <w:rtl/>
        </w:rPr>
        <w:t>3. הגבלת דיג ושמורות טבע ימיות.</w:t>
      </w:r>
    </w:p>
    <w:p>
      <w:pPr>
        <w:bidi/>
        <w:spacing w:before="0" w:after="20"/>
      </w:pPr>
      <w:r>
        <w:rPr>
          <w:rtl/>
        </w:rPr>
        <w:t>4. חוק: החופים פתוחים לציבור, והבנייה ליד קו המים מוגבלת.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0E8879"/>
          <w:sz w:val="28"/>
          <w:szCs w:val="28"/>
          <w:rtl/>
        </w:rPr>
        <w:t>◆ מדינות נבחרות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בירה</w:t>
            </w:r>
          </w:p>
        </w:tc>
        <w:tc>
          <w:tcPr>
            <w:tcW w:type="dxa" w:w="3326"/>
            <w:shd w:val="clear" w:color="auto" w:fill="0e887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משהו מיוחד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איטליה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רומא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חצי אי בצורת מגף; הר הגעש אטנה בסיציליה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אתונה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איים רבים מאוד; אתרים עתיקים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קהיר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הנילוס נשפך לים התיכון; תעלת סואץ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השפעה הדדית: הים משפיע על האדם (אקלים, מזון, עבודה, סערות), והאדם משפיע על הים (זיהום, דיג יתר, בנייה). כל אחד מאיתנו יכול לעזור – גם בדברים קטנים.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זיהום בים התיכון נשאר זמן רב יותר מאשר באוקיינוס פתוח?</w:t>
      </w:r>
    </w:p>
    <w:p>
      <w:pPr>
        <w:bidi/>
        <w:spacing w:before="0" w:after="20"/>
      </w:pPr>
      <w:r>
        <w:rPr>
          <w:rtl/>
        </w:rPr>
        <w:t>1. הים התיכון מוקף כמעט כולו ביבשה.</w:t>
      </w:r>
    </w:p>
    <w:p>
      <w:pPr>
        <w:bidi/>
        <w:spacing w:before="0" w:after="20"/>
      </w:pPr>
      <w:r>
        <w:rPr>
          <w:rtl/>
        </w:rPr>
        <w:t>2. הוא מתחבר לאוקיינוס רק דרך מצר גיברלטר הצר, ולכן המים מתחלפים לאט.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הוא ים כמעט סגור, והמים בו מתחלפים לאט.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0E887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דיג של יותר מדי דגים, עד שהם מתמעטים, נקרא דיג __________.</w:t>
      </w:r>
    </w:p>
    <w:p>
      <w:pPr>
        <w:bidi/>
        <w:spacing w:before="0" w:after="60"/>
      </w:pPr>
      <w:r>
        <w:rPr>
          <w:rtl/>
        </w:rPr>
        <w:t>ב. זיהום ימי יכול להגיע מביוב, מדלק ומפסולת __________.</w:t>
      </w:r>
    </w:p>
    <w:p>
      <w:pPr>
        <w:bidi/>
        <w:spacing w:before="0" w:after="60"/>
      </w:pPr>
      <w:r>
        <w:rPr>
          <w:rtl/>
        </w:rPr>
        <w:t>ג. בירת יוון היא __________.</w:t>
      </w:r>
    </w:p>
    <w:p>
      <w:pPr>
        <w:bidi/>
        <w:spacing w:before="0" w:after="60"/>
      </w:pPr>
      <w:r>
        <w:rPr>
          <w:rtl/>
        </w:rPr>
        <w:t>ד. הנהר שנשפך לים התיכון במצרים הוא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יתר · ב. פלסטיק · ג. אתונה · ד. נילוס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