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מחוון – דף עבודה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מחוון – האדם והים: השפעות הדדיות, זיהום ושמירה על החופים, ומדינות נבחרות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</w:pPr>
      <w:r>
        <w:rPr>
          <w:rtl/>
        </w:rPr>
        <w:t>א. כניסה של חומרים מזיקים לים נקראת זיהום.</w:t>
      </w:r>
    </w:p>
    <w:p>
      <w:pPr>
        <w:bidi/>
        <w:spacing w:before="0" w:after="40"/>
      </w:pPr>
      <w:r>
        <w:rPr>
          <w:rtl/>
        </w:rPr>
        <w:t>ב. מי שופכין מן הבתים נקראים ביוב.</w:t>
      </w:r>
    </w:p>
    <w:p>
      <w:pPr>
        <w:bidi/>
        <w:spacing w:before="0" w:after="40"/>
      </w:pPr>
      <w:r>
        <w:rPr>
          <w:rtl/>
        </w:rPr>
        <w:t>ג. דיג של יותר מדי דגים נקרא דיג יתר.</w:t>
      </w:r>
    </w:p>
    <w:p>
      <w:pPr>
        <w:bidi/>
        <w:spacing w:before="0" w:after="40"/>
      </w:pPr>
      <w:r>
        <w:rPr>
          <w:rtl/>
        </w:rPr>
        <w:t>ד. שטח בים שבו אסור לפגוע בטבע הוא שמורה ימית.</w:t>
      </w:r>
    </w:p>
    <w:p>
      <w:pPr>
        <w:bidi/>
        <w:spacing w:before="0" w:after="40"/>
      </w:pPr>
      <w:r>
        <w:rPr>
          <w:rtl/>
        </w:rPr>
        <w:t>ה. סערות וגלים גבוהים שוחקים את החוף.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הים משפיע על האדם, או האדם משפיע על הים?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הים משפיע על האדם</w:t>
            </w:r>
          </w:p>
        </w:tc>
        <w:tc>
          <w:tcPr>
            <w:tcW w:type="dxa" w:w="4989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האדם משפיע על 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אקלים נוח בחוף, סערה שהורסת רציף, פרנסה לדייגים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דיג יתר, שקיות פלסטיק במים, בניית מלון על החוף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לכל בעיה פתרון אפשרי.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ביוב שזורם 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מבצע ניקוי חופים ושימוש בשקיות רב-פעמיות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פסולת פלסטיק בחוף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הגבלת דיג ושמורות ימיות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מעט דגים בגלל דיג יתר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מתקן לטיהור ביוב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בנייה שסוגרת את החוף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חוק שמגביל בנייה ליד קו המים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צבי ים בסכנה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שמירה על קיני הביצים בחוף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בים התיכון המים מתחלפים מהר מאוד, ולכן הזיהום נעלם מיד.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המים מתחלפים לאט, והזיהום נשאר זמן רב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צבי ים מטילים ביצים בחופי 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בירת איטליה היא רומא.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דיג יתר מגדיל את מספר הדגים בים.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דיג יתר מקטין את מספר הדגים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השלימו את הטבלה על המדינות הנבחרות.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</w:t>
            </w:r>
          </w:p>
        </w:tc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בירה</w:t>
            </w:r>
          </w:p>
        </w:tc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יבשת</w:t>
            </w:r>
          </w:p>
        </w:tc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משהו מיוחד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איטליה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רומא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אירופה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חצי אי בצורת מגף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יוון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אתונה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אירופה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איים רבים מאוד / אתרים עתיקים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מצרים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קהיר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אפריקה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הנילוס / תעלת סואץ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</w:pPr>
      <w:r>
        <w:rPr>
          <w:rtl/>
        </w:rPr>
        <w:t>א. איך הגיעו לים התיכון מדוזות נודדות מים סוף?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דרך תעלת סואץ</w:t>
      </w:r>
    </w:p>
    <w:p>
      <w:pPr>
        <w:bidi/>
        <w:spacing w:before="0" w:after="20"/>
      </w:pPr>
      <w:r>
        <w:rPr>
          <w:rtl/>
        </w:rPr>
        <w:t>ב. מה מטרת החוק בישראל לגבי החופים?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לשמור שהחופים יהיו פתוחים לציבור ולהגביל בנייה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כתבו ליד כל מעשה אם הוא פוגע בים או שומר עליו.</w:t>
      </w:r>
    </w:p>
    <w:p>
      <w:pPr>
        <w:bidi/>
        <w:spacing w:before="0" w:after="100"/>
      </w:pPr>
      <w:r>
        <w:rPr>
          <w:rtl/>
        </w:rPr>
        <w:t>א. השארת בקבוקים ושקיות על החוף.  ← פוגע</w:t>
      </w:r>
    </w:p>
    <w:p>
      <w:pPr>
        <w:bidi/>
        <w:spacing w:before="0" w:after="100"/>
      </w:pPr>
      <w:r>
        <w:rPr>
          <w:rtl/>
        </w:rPr>
        <w:t>ב. איסוף פסולת בחוף עם הכיתה.  ← שומר</w:t>
      </w:r>
    </w:p>
    <w:p>
      <w:pPr>
        <w:bidi/>
        <w:spacing w:before="0" w:after="100"/>
      </w:pPr>
      <w:r>
        <w:rPr>
          <w:rtl/>
        </w:rPr>
        <w:t>ג. שפיכת שמן מנוע לניקוז ברחוב.  ← פוגע</w:t>
      </w:r>
    </w:p>
    <w:p>
      <w:pPr>
        <w:bidi/>
        <w:spacing w:before="0" w:after="100"/>
      </w:pPr>
      <w:r>
        <w:rPr>
          <w:rtl/>
        </w:rPr>
        <w:t>ד. דיג רק של דגים גדולים, לפי החוק.  ← שומר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מדוע בנייה של מלונות ושל בתים צמוד לקו המים עלולה לפגוע בחוף ובציבור.</w:t>
      </w:r>
    </w:p>
    <w:p>
      <w:pPr>
        <w:bidi/>
        <w:spacing w:before="0" w:after="80"/>
      </w:pPr>
      <w:r>
        <w:rPr>
          <w:color w:val="0F7A4F"/>
          <w:rtl/>
        </w:rPr>
        <w:t>תשובה אפשרית: הבנייה תופסת את החוף, ולכן נשאר פחות חוף פתוח לכולם. היא גם פוגעת בטבע – בחול, בצמחים ובבעלי החיים, כמו צבי הים – ויכולה לשנות את תנועת החול ולגרום לשחיקה.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עצבו כרזה קטנה בנושא «שומרים על הים»: ציירו סמל וכתבו בה סיסמה קצרה וטיפ אחד.</w:t>
      </w:r>
    </w:p>
    <w:p>
      <w:pPr>
        <w:bidi/>
        <w:spacing w:before="0" w:after="80"/>
      </w:pPr>
      <w:r>
        <w:rPr>
          <w:color w:val="0F7A4F"/>
          <w:rtl/>
        </w:rPr>
        <w:t>תשובה אפשרית: כרזה עם ציור (למשל צב ים ושקית עם סימן איסור), סיסמה כמו «הים לא פח זבל» וטיפ: «קחו את הפסולת איתכם הביתה».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הטקסט «לילה של צבים» –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צבת הים הטילה את הביצים בתוך המים.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היא הטילה את הביצים בחול בחוף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המתנדבים העבירו את הביצים לשטח מגודר.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אורות חזקים עוזרים לגוזלים למצוא את הים.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אורות חזקים מבלבלים את הגוזלים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לפי הטקסט, אילו פעולות של בני אדם מסכנות את צבי הים? ומה עשו המתנדבים כדי לעזור?</w:t>
      </w:r>
    </w:p>
    <w:p>
      <w:pPr>
        <w:bidi/>
        <w:spacing w:before="0" w:after="80"/>
      </w:pPr>
      <w:r>
        <w:rPr>
          <w:color w:val="0F7A4F"/>
          <w:rtl/>
        </w:rPr>
        <w:t>תשובה אפשרית: דריכה על הקינים ואורות חזקים בחוף (שמבלבלים את הגוזלים) מסכנים אותם. המתנדבים העבירו את הביצים לשטח מגודר, רחוק מאנשים ומאורות.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מועצה של עיר חוף צריכה להחליט: לבנות מלון גדול על החוף, שיביא עבודה ותיירים, או להשאיר את החוף פתוח וטבעי. כתבו מה אתם מציעים, ונמקו בשני טיעונים.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אישית מנומקת. למשל: להשאיר את החוף פתוח, כי הוא שייך לכל הציבור, וכי הטבע – כמו קיני צבי ים – ייפגע; אפשר לבנות את המלון רחוק יותר מקו המים. (או: לבנות, עם שני טיעונים כמו פרנסה לתושבים ותיירות – בתנאי שיישאר מעבר חופשי לחוף.)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09A8A"/>
        <w:left w:val="single" w:sz="18" w:space="22" w:color="109A8A"/>
        <w:bottom w:val="single" w:sz="18" w:space="22" w:color="109A8A"/>
        <w:right w:val="single" w:sz="18" w:space="22" w:color="109A8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