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80"/>
      </w:pPr>
      <w:r>
        <w:drawing>
          <wp:inline xmlns:a="http://schemas.openxmlformats.org/drawingml/2006/main" xmlns:pic="http://schemas.openxmlformats.org/drawingml/2006/picture">
            <wp:extent cx="936000" cy="234936"/>
            <wp:docPr id="1" name="Picture 1"/>
            <wp:cNvGraphicFramePr>
              <a:graphicFrameLocks noChangeAspect="1"/>
            </wp:cNvGraphicFramePr>
            <a:graphic>
              <a:graphicData uri="http://schemas.openxmlformats.org/drawingml/2006/picture">
                <pic:pic>
                  <pic:nvPicPr>
                    <pic:cNvPr id="0" name="logo_2.png"/>
                    <pic:cNvPicPr/>
                  </pic:nvPicPr>
                  <pic:blipFill>
                    <a:blip r:embed="rId10"/>
                    <a:stretch>
                      <a:fillRect/>
                    </a:stretch>
                  </pic:blipFill>
                  <pic:spPr>
                    <a:xfrm>
                      <a:off x="0" y="0"/>
                      <a:ext cx="936000" cy="234936"/>
                    </a:xfrm>
                    <a:prstGeom prst="rect"/>
                  </pic:spPr>
                </pic:pic>
              </a:graphicData>
            </a:graphic>
          </wp:inline>
        </w:drawing>
      </w:r>
    </w:p>
    <w:p>
      <w:pPr>
        <w:bidi/>
        <w:spacing w:before="0" w:after="80"/>
      </w:pPr>
    </w:p>
    <w:p>
      <w:pPr>
        <w:bidi/>
        <w:spacing w:before="0" w:after="80"/>
      </w:pPr>
    </w:p>
    <w:p>
      <w:pPr>
        <w:bidi/>
        <w:spacing w:before="0" w:after="80"/>
      </w:pPr>
      <w:r>
        <w:drawing>
          <wp:inline xmlns:a="http://schemas.openxmlformats.org/drawingml/2006/main" xmlns:pic="http://schemas.openxmlformats.org/drawingml/2006/picture">
            <wp:extent cx="3600000" cy="3600000"/>
            <wp:docPr id="2" name="Picture 2"/>
            <wp:cNvGraphicFramePr>
              <a:graphicFrameLocks noChangeAspect="1"/>
            </wp:cNvGraphicFramePr>
            <a:graphic>
              <a:graphicData uri="http://schemas.openxmlformats.org/drawingml/2006/picture">
                <pic:pic>
                  <pic:nvPicPr>
                    <pic:cNvPr id="0" name="geo_g5.jpg"/>
                    <pic:cNvPicPr/>
                  </pic:nvPicPr>
                  <pic:blipFill>
                    <a:blip r:embed="rId11"/>
                    <a:stretch>
                      <a:fillRect/>
                    </a:stretch>
                  </pic:blipFill>
                  <pic:spPr>
                    <a:xfrm>
                      <a:off x="0" y="0"/>
                      <a:ext cx="3600000" cy="3600000"/>
                    </a:xfrm>
                    <a:prstGeom prst="rect"/>
                  </pic:spPr>
                </pic:pic>
              </a:graphicData>
            </a:graphic>
          </wp:inline>
        </w:drawing>
      </w:r>
    </w:p>
    <w:p>
      <w:pPr>
        <w:bidi/>
        <w:spacing w:before="240" w:after="80"/>
      </w:pPr>
      <w:r>
        <w:rPr>
          <w:rFonts w:ascii="Arial" w:hAnsi="Arial" w:cs="Arial"/>
          <w:color w:val="1A3461"/>
          <w:sz w:val="36"/>
          <w:szCs w:val="36"/>
          <w:rtl/>
        </w:rPr>
        <w:t>חוברת עבודה</w:t>
      </w:r>
    </w:p>
    <w:p>
      <w:pPr>
        <w:bidi/>
        <w:spacing w:before="0" w:after="80"/>
      </w:pPr>
      <w:r>
        <w:rPr>
          <w:rFonts w:ascii="Tahoma" w:hAnsi="Tahoma" w:cs="Tahoma"/>
          <w:b/>
          <w:bCs/>
          <w:color w:val="1A3461"/>
          <w:sz w:val="88"/>
          <w:szCs w:val="88"/>
          <w:rtl/>
        </w:rPr>
        <w:t>גאוגרפיה</w:t>
      </w:r>
    </w:p>
    <w:p>
      <w:pPr>
        <w:bidi/>
        <w:spacing w:before="0" w:after="80"/>
      </w:pPr>
      <w:r>
        <w:rPr>
          <w:sz w:val="44"/>
          <w:szCs w:val="44"/>
          <w:rtl/>
        </w:rPr>
        <w:t>כיתה ה'</w:t>
      </w:r>
    </w:p>
    <w:p>
      <w:pPr>
        <w:bidi/>
        <w:spacing w:before="0" w:after="80"/>
      </w:pPr>
      <w:r>
        <w:br w:type="page"/>
      </w:r>
    </w:p>
    <w:p>
      <w:pPr>
        <w:bidi/>
        <w:spacing w:before="0" w:after="120"/>
      </w:pPr>
      <w:r>
        <w:rPr>
          <w:rFonts w:ascii="Tahoma" w:hAnsi="Tahoma" w:cs="Tahoma"/>
          <w:b/>
          <w:bCs/>
          <w:color w:val="1A3461"/>
          <w:sz w:val="48"/>
          <w:szCs w:val="48"/>
          <w:rtl/>
        </w:rPr>
        <w:t>תוכן העניינים</w:t>
      </w:r>
    </w:p>
    <w:tbl>
      <w:tblPr>
        <w:tblStyle w:val="TableGrid"/>
        <w:tblW w:type="auto" w:w="0"/>
        <w:tblLook w:firstColumn="1" w:firstRow="1" w:lastColumn="0" w:lastRow="0" w:noHBand="0" w:noVBand="1" w:val="04A0"/>
        <w:bidiVisual/>
      </w:tblPr>
      <w:tblGrid>
        <w:gridCol w:w="9978"/>
      </w:tblGrid>
      <w:tr>
        <w:tc>
          <w:tcPr>
            <w:tcW w:type="dxa" w:w="9978"/>
            <w:shd w:val="clear" w:color="auto" w:fill="1a3461"/>
          </w:tcPr>
          <w:p>
            <w:pPr>
              <w:bidi/>
              <w:spacing w:before="0" w:after="40"/>
            </w:pPr>
            <w:r>
              <w:rPr>
                <w:b/>
                <w:bCs/>
                <w:color w:val="FFFFFF"/>
                <w:rtl/>
              </w:rPr>
              <w:t>נושא</w:t>
            </w:r>
          </w:p>
        </w:tc>
      </w:tr>
      <w:tr>
        <w:tc>
          <w:tcPr>
            <w:tcW w:type="dxa" w:w="9978"/>
          </w:tcPr>
          <w:p>
            <w:pPr>
              <w:bidi/>
              <w:spacing w:before="0" w:after="40"/>
            </w:pPr>
            <w:r>
              <w:rPr>
                <w:rtl/>
              </w:rPr>
              <w:t>מבוא</w:t>
            </w:r>
          </w:p>
        </w:tc>
      </w:tr>
      <w:tr>
        <w:tc>
          <w:tcPr>
            <w:tcW w:type="dxa" w:w="9978"/>
          </w:tcPr>
          <w:p>
            <w:pPr>
              <w:bidi/>
              <w:spacing w:before="0" w:after="40"/>
            </w:pPr>
            <w:r>
              <w:rPr>
                <w:rtl/>
              </w:rPr>
              <w:t>פרק 1: המפה – כלי להכרת העולם: מפות מקוונות, GPS, תצלומי אוויר ולוויין</w:t>
            </w:r>
          </w:p>
        </w:tc>
      </w:tr>
      <w:tr>
        <w:tc>
          <w:tcPr>
            <w:tcW w:type="dxa" w:w="9978"/>
          </w:tcPr>
          <w:p>
            <w:pPr>
              <w:bidi/>
              <w:spacing w:before="0" w:after="40"/>
            </w:pPr>
            <w:r>
              <w:rPr>
                <w:rtl/>
              </w:rPr>
              <w:t>פרק 2: שפת המפה: מקרא, סמלים, צבעים וכיווני רוח</w:t>
            </w:r>
          </w:p>
        </w:tc>
      </w:tr>
      <w:tr>
        <w:tc>
          <w:tcPr>
            <w:tcW w:type="dxa" w:w="9978"/>
          </w:tcPr>
          <w:p>
            <w:pPr>
              <w:bidi/>
              <w:spacing w:before="0" w:after="40"/>
            </w:pPr>
            <w:r>
              <w:rPr>
                <w:rtl/>
              </w:rPr>
              <w:t>פרק 3: קנה מידה ומדידת מרחקים במפה</w:t>
            </w:r>
          </w:p>
        </w:tc>
      </w:tr>
      <w:tr>
        <w:tc>
          <w:tcPr>
            <w:tcW w:type="dxa" w:w="9978"/>
          </w:tcPr>
          <w:p>
            <w:pPr>
              <w:bidi/>
              <w:spacing w:before="0" w:after="40"/>
            </w:pPr>
            <w:r>
              <w:rPr>
                <w:rtl/>
              </w:rPr>
              <w:t>פרק 4: רשת המעלות, האטלס ומפות נושאיות</w:t>
            </w:r>
          </w:p>
        </w:tc>
      </w:tr>
      <w:tr>
        <w:tc>
          <w:tcPr>
            <w:tcW w:type="dxa" w:w="9978"/>
          </w:tcPr>
          <w:p>
            <w:pPr>
              <w:bidi/>
              <w:spacing w:before="0" w:after="40"/>
            </w:pPr>
            <w:r>
              <w:rPr>
                <w:rtl/>
              </w:rPr>
              <w:t>פרק 5: אגן הים התיכון: מיקום, יבשות ומדינות, חופים, נופים ואקלים ים-תיכוני</w:t>
            </w:r>
          </w:p>
        </w:tc>
      </w:tr>
      <w:tr>
        <w:tc>
          <w:tcPr>
            <w:tcW w:type="dxa" w:w="9978"/>
          </w:tcPr>
          <w:p>
            <w:pPr>
              <w:bidi/>
              <w:spacing w:before="0" w:after="40"/>
            </w:pPr>
            <w:r>
              <w:rPr>
                <w:rtl/>
              </w:rPr>
              <w:t>פרק 6: האדם באגן הים התיכון: תרבות, נמלים, סחר, דיג ותיירות</w:t>
            </w:r>
          </w:p>
        </w:tc>
      </w:tr>
      <w:tr>
        <w:tc>
          <w:tcPr>
            <w:tcW w:type="dxa" w:w="9978"/>
          </w:tcPr>
          <w:p>
            <w:pPr>
              <w:bidi/>
              <w:spacing w:before="0" w:after="40"/>
            </w:pPr>
            <w:r>
              <w:rPr>
                <w:rtl/>
              </w:rPr>
              <w:t>פרק 7: האדם והים: השפעות הדדיות, זיהום ושמירה על החופים, ומדינות נבחרות</w:t>
            </w:r>
          </w:p>
        </w:tc>
      </w:tr>
      <w:tr>
        <w:tc>
          <w:tcPr>
            <w:tcW w:type="dxa" w:w="9978"/>
          </w:tcPr>
          <w:p>
            <w:pPr>
              <w:bidi/>
              <w:spacing w:before="0" w:after="40"/>
            </w:pPr>
            <w:r>
              <w:rPr>
                <w:rtl/>
              </w:rPr>
              <w:t>חזרה – מה למדנו?</w:t>
            </w:r>
          </w:p>
        </w:tc>
      </w:tr>
    </w:tbl>
    <w:p>
      <w:pPr>
        <w:bidi/>
        <w:spacing w:before="0" w:after="40"/>
      </w:pPr>
    </w:p>
    <w:p>
      <w:pPr>
        <w:bidi/>
        <w:spacing w:before="0" w:after="80"/>
      </w:pPr>
      <w:r>
        <w:br w:type="page"/>
      </w:r>
    </w:p>
    <w:p>
      <w:pPr>
        <w:bidi/>
        <w:spacing w:before="0" w:after="120"/>
      </w:pPr>
      <w:r>
        <w:rPr>
          <w:rFonts w:ascii="Tahoma" w:hAnsi="Tahoma" w:cs="Tahoma"/>
          <w:b/>
          <w:bCs/>
          <w:color w:val="1A3461"/>
          <w:sz w:val="48"/>
          <w:szCs w:val="48"/>
          <w:rtl/>
        </w:rPr>
        <w:t>מבוא</w:t>
      </w:r>
    </w:p>
    <w:p>
      <w:pPr>
        <w:bidi/>
        <w:spacing w:before="0" w:after="120"/>
      </w:pPr>
      <w:r>
        <w:rPr>
          <w:rtl/>
        </w:rPr>
        <w:t>שלום לתלמידות ולתלמידי כיתה ה'!</w:t>
      </w:r>
    </w:p>
    <w:p>
      <w:pPr>
        <w:bidi/>
        <w:spacing w:before="0" w:after="120"/>
      </w:pPr>
      <w:r>
        <w:rPr>
          <w:rtl/>
        </w:rPr>
        <w:t>השנה אתם פוגשים מקצוע חדש – גאוגרפיה. בחלק הראשון של החוברת נלמד לקרוא מפות: סמלים ומקרא, כיווני רוח, קנה מידה, רשת המעלות, אטלס ומפות מקוונות. בחלק השני נצא למסע באגן הים התיכון: היבשות והמדינות שסביבו, החופים והאקלים, הנמלים, הדיג והתיירות, והקשר בין האדם לים.</w:t>
      </w:r>
    </w:p>
    <w:p>
      <w:pPr>
        <w:bidi/>
        <w:spacing w:before="0" w:after="120"/>
      </w:pPr>
      <w:r>
        <w:rPr>
          <w:rtl/>
        </w:rPr>
        <w:t>בכל פרק תמצאו הסבר קצר עם דוגמאות, כלל «זכרו!», דף סיכום ותרגול רב. קראו בעיון, שרטטו, חשבו – ובהצלחה!</w:t>
      </w:r>
    </w:p>
    <w:p>
      <w:pPr>
        <w:bidi/>
        <w:spacing w:before="0" w:after="80"/>
      </w:pPr>
      <w:r>
        <w:br w:type="page"/>
      </w:r>
    </w:p>
    <w:p>
      <w:pPr>
        <w:bidi/>
        <w:spacing w:before="0" w:after="120"/>
      </w:pPr>
      <w:r>
        <w:rPr>
          <w:rFonts w:ascii="Arial" w:hAnsi="Arial" w:cs="Arial"/>
          <w:color w:val="5B6476"/>
          <w:sz w:val="20"/>
          <w:szCs w:val="20"/>
          <w:rtl/>
        </w:rPr>
        <w:t>גאוגרפיה · כיתה ה'   |   פרק 1</w:t>
      </w:r>
    </w:p>
    <w:p>
      <w:pPr>
        <w:bidi/>
        <w:spacing w:before="0" w:after="120"/>
      </w:pPr>
      <w:r>
        <w:rPr>
          <w:rFonts w:ascii="Tahoma" w:hAnsi="Tahoma" w:cs="Tahoma"/>
          <w:b/>
          <w:bCs/>
          <w:color w:val="1A3461"/>
          <w:sz w:val="44"/>
          <w:szCs w:val="44"/>
          <w:rtl/>
        </w:rPr>
        <w:t>פרק 1: המפה – כלי להכרת העולם: מפות מקוונות, GPS, תצלומי אוויר ולוויין</w:t>
      </w:r>
    </w:p>
    <w:p>
      <w:pPr>
        <w:bidi/>
        <w:spacing w:before="0" w:after="80"/>
      </w:pPr>
      <w:r>
        <w:drawing>
          <wp:inline xmlns:a="http://schemas.openxmlformats.org/drawingml/2006/main" xmlns:pic="http://schemas.openxmlformats.org/drawingml/2006/picture">
            <wp:extent cx="3240000" cy="2160000"/>
            <wp:docPr id="3" name="Picture 3"/>
            <wp:cNvGraphicFramePr>
              <a:graphicFrameLocks noChangeAspect="1"/>
            </wp:cNvGraphicFramePr>
            <a:graphic>
              <a:graphicData uri="http://schemas.openxmlformats.org/drawingml/2006/picture">
                <pic:pic>
                  <pic:nvPicPr>
                    <pic:cNvPr id="0" name="geo_g5_t01.jpg"/>
                    <pic:cNvPicPr/>
                  </pic:nvPicPr>
                  <pic:blipFill>
                    <a:blip r:embed="rId12"/>
                    <a:stretch>
                      <a:fillRect/>
                    </a:stretch>
                  </pic:blipFill>
                  <pic:spPr>
                    <a:xfrm>
                      <a:off x="0" y="0"/>
                      <a:ext cx="3240000" cy="2160000"/>
                    </a:xfrm>
                    <a:prstGeom prst="rect"/>
                  </pic:spPr>
                </pic:pic>
              </a:graphicData>
            </a:graphic>
          </wp:inline>
        </w:drawing>
      </w:r>
    </w:p>
    <w:p>
      <w:pPr>
        <w:bidi/>
        <w:spacing w:before="120" w:after="40"/>
      </w:pPr>
      <w:r>
        <w:rPr>
          <w:rFonts w:ascii="Tahoma" w:hAnsi="Tahoma" w:cs="Tahoma"/>
          <w:b/>
          <w:bCs/>
          <w:color w:val="1A3461"/>
          <w:sz w:val="28"/>
          <w:szCs w:val="28"/>
          <w:rtl/>
        </w:rPr>
        <w:t>◆ מפה – מבט מלמעלה</w:t>
      </w:r>
    </w:p>
    <w:p>
      <w:pPr>
        <w:bidi/>
        <w:spacing w:before="0" w:after="40"/>
      </w:pPr>
      <w:r>
        <w:rPr>
          <w:rtl/>
        </w:rPr>
        <w:t>מפה היא ציור מוקטן ומפושט של שטח, כפי שהוא נראה מלמעלה. היא משתמשת בסמלים, בצבעים ובשמות.</w:t>
      </w:r>
    </w:p>
    <w:p>
      <w:pPr>
        <w:bidi/>
        <w:spacing w:before="0" w:after="20"/>
      </w:pPr>
      <w:r>
        <w:rPr>
          <w:rtl/>
        </w:rPr>
        <w:t>1. התמצאות – לדעת איפה אני נמצא.</w:t>
      </w:r>
    </w:p>
    <w:p>
      <w:pPr>
        <w:bidi/>
        <w:spacing w:before="0" w:after="20"/>
      </w:pPr>
      <w:r>
        <w:rPr>
          <w:rtl/>
        </w:rPr>
        <w:t>2. ניווט – למצוא דרך ממקום למקום.</w:t>
      </w:r>
    </w:p>
    <w:p>
      <w:pPr>
        <w:bidi/>
        <w:spacing w:before="0" w:after="20"/>
      </w:pPr>
      <w:r>
        <w:rPr>
          <w:rtl/>
        </w:rPr>
        <w:t>3. מדידת מרחקים ולמידה על מקומות רחוקים.</w:t>
      </w:r>
    </w:p>
    <w:p>
      <w:pPr>
        <w:bidi/>
        <w:spacing w:before="120" w:after="40"/>
      </w:pPr>
      <w:r>
        <w:rPr>
          <w:rFonts w:ascii="Tahoma" w:hAnsi="Tahoma" w:cs="Tahoma"/>
          <w:b/>
          <w:bCs/>
          <w:color w:val="1A3461"/>
          <w:sz w:val="28"/>
          <w:szCs w:val="28"/>
          <w:rtl/>
        </w:rPr>
        <w:t>◆ מפה או תצלום?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r>
          </w:p>
        </w:tc>
        <w:tc>
          <w:tcPr>
            <w:tcW w:type="dxa" w:w="3326"/>
            <w:shd w:val="clear" w:color="auto" w:fill="1a3461"/>
          </w:tcPr>
          <w:p>
            <w:pPr>
              <w:bidi/>
              <w:spacing w:before="0" w:after="40"/>
            </w:pPr>
            <w:r>
              <w:rPr>
                <w:b/>
                <w:bCs/>
                <w:color w:val="FFFFFF"/>
                <w:rtl/>
              </w:rPr>
              <w:t>מפה</w:t>
            </w:r>
          </w:p>
        </w:tc>
        <w:tc>
          <w:tcPr>
            <w:tcW w:type="dxa" w:w="3326"/>
            <w:shd w:val="clear" w:color="auto" w:fill="1a3461"/>
          </w:tcPr>
          <w:p>
            <w:pPr>
              <w:bidi/>
              <w:spacing w:before="0" w:after="40"/>
            </w:pPr>
            <w:r>
              <w:rPr>
                <w:b/>
                <w:bCs/>
                <w:color w:val="FFFFFF"/>
                <w:rtl/>
              </w:rPr>
              <w:t>תצלום אוויר / לוויין</w:t>
            </w:r>
          </w:p>
        </w:tc>
      </w:tr>
      <w:tr>
        <w:tc>
          <w:tcPr>
            <w:tcW w:type="dxa" w:w="3326"/>
          </w:tcPr>
          <w:p>
            <w:pPr>
              <w:bidi/>
              <w:spacing w:before="0" w:after="40"/>
            </w:pPr>
            <w:r>
              <w:rPr>
                <w:rtl/>
              </w:rPr>
              <w:t>שמות של מקומות</w:t>
            </w:r>
          </w:p>
        </w:tc>
        <w:tc>
          <w:tcPr>
            <w:tcW w:type="dxa" w:w="3326"/>
          </w:tcPr>
          <w:p>
            <w:pPr>
              <w:bidi/>
              <w:spacing w:before="0" w:after="40"/>
            </w:pPr>
            <w:r>
              <w:rPr>
                <w:rtl/>
              </w:rPr>
              <w:t>יש</w:t>
            </w:r>
          </w:p>
        </w:tc>
        <w:tc>
          <w:tcPr>
            <w:tcW w:type="dxa" w:w="3326"/>
          </w:tcPr>
          <w:p>
            <w:pPr>
              <w:bidi/>
              <w:spacing w:before="0" w:after="40"/>
            </w:pPr>
            <w:r>
              <w:rPr>
                <w:rtl/>
              </w:rPr>
              <w:t>אין</w:t>
            </w:r>
          </w:p>
        </w:tc>
      </w:tr>
      <w:tr>
        <w:tc>
          <w:tcPr>
            <w:tcW w:type="dxa" w:w="3326"/>
          </w:tcPr>
          <w:p>
            <w:pPr>
              <w:bidi/>
              <w:spacing w:before="0" w:after="40"/>
            </w:pPr>
            <w:r>
              <w:rPr>
                <w:rtl/>
              </w:rPr>
              <w:t>סמלים ומקרא</w:t>
            </w:r>
          </w:p>
        </w:tc>
        <w:tc>
          <w:tcPr>
            <w:tcW w:type="dxa" w:w="3326"/>
          </w:tcPr>
          <w:p>
            <w:pPr>
              <w:bidi/>
              <w:spacing w:before="0" w:after="40"/>
            </w:pPr>
            <w:r>
              <w:rPr>
                <w:rtl/>
              </w:rPr>
              <w:t>יש</w:t>
            </w:r>
          </w:p>
        </w:tc>
        <w:tc>
          <w:tcPr>
            <w:tcW w:type="dxa" w:w="3326"/>
          </w:tcPr>
          <w:p>
            <w:pPr>
              <w:bidi/>
              <w:spacing w:before="0" w:after="40"/>
            </w:pPr>
            <w:r>
              <w:rPr>
                <w:rtl/>
              </w:rPr>
              <w:t>אין</w:t>
            </w:r>
          </w:p>
        </w:tc>
      </w:tr>
      <w:tr>
        <w:tc>
          <w:tcPr>
            <w:tcW w:type="dxa" w:w="3326"/>
          </w:tcPr>
          <w:p>
            <w:pPr>
              <w:bidi/>
              <w:spacing w:before="0" w:after="40"/>
            </w:pPr>
            <w:r>
              <w:rPr>
                <w:rtl/>
              </w:rPr>
              <w:t>כל הפרטים בשטח</w:t>
            </w:r>
          </w:p>
        </w:tc>
        <w:tc>
          <w:tcPr>
            <w:tcW w:type="dxa" w:w="3326"/>
          </w:tcPr>
          <w:p>
            <w:pPr>
              <w:bidi/>
              <w:spacing w:before="0" w:after="40"/>
            </w:pPr>
            <w:r>
              <w:rPr>
                <w:rtl/>
              </w:rPr>
              <w:t>רק מה שנבחר</w:t>
            </w:r>
          </w:p>
        </w:tc>
        <w:tc>
          <w:tcPr>
            <w:tcW w:type="dxa" w:w="3326"/>
          </w:tcPr>
          <w:p>
            <w:pPr>
              <w:bidi/>
              <w:spacing w:before="0" w:after="40"/>
            </w:pPr>
            <w:r>
              <w:rPr>
                <w:rtl/>
              </w:rPr>
              <w:t>הכול, כמו שהוא</w:t>
            </w:r>
          </w:p>
        </w:tc>
      </w:tr>
      <w:tr>
        <w:tc>
          <w:tcPr>
            <w:tcW w:type="dxa" w:w="3326"/>
          </w:tcPr>
          <w:p>
            <w:pPr>
              <w:bidi/>
              <w:spacing w:before="0" w:after="40"/>
            </w:pPr>
            <w:r>
              <w:rPr>
                <w:rtl/>
              </w:rPr>
              <w:t>מאיפה</w:t>
            </w:r>
          </w:p>
        </w:tc>
        <w:tc>
          <w:tcPr>
            <w:tcW w:type="dxa" w:w="3326"/>
          </w:tcPr>
          <w:p>
            <w:pPr>
              <w:bidi/>
              <w:spacing w:before="0" w:after="40"/>
            </w:pPr>
            <w:r>
              <w:rPr>
                <w:rtl/>
              </w:rPr>
              <w:t>משרטטים במחשב או ביד</w:t>
            </w:r>
          </w:p>
        </w:tc>
        <w:tc>
          <w:tcPr>
            <w:tcW w:type="dxa" w:w="3326"/>
          </w:tcPr>
          <w:p>
            <w:pPr>
              <w:bidi/>
              <w:spacing w:before="0" w:after="40"/>
            </w:pPr>
            <w:r>
              <w:rPr>
                <w:rtl/>
              </w:rPr>
              <w:t>ממטוס או מרחפן / מלוויין בחלל</w:t>
            </w:r>
          </w:p>
        </w:tc>
      </w:tr>
    </w:tbl>
    <w:p>
      <w:pPr>
        <w:bidi/>
        <w:spacing w:before="0" w:after="40"/>
      </w:pPr>
    </w:p>
    <w:p>
      <w:pPr>
        <w:bidi/>
        <w:spacing w:before="120" w:after="40"/>
      </w:pPr>
      <w:r>
        <w:rPr>
          <w:rFonts w:ascii="Tahoma" w:hAnsi="Tahoma" w:cs="Tahoma"/>
          <w:b/>
          <w:bCs/>
          <w:color w:val="1A3461"/>
          <w:sz w:val="28"/>
          <w:szCs w:val="28"/>
          <w:rtl/>
        </w:rPr>
        <w:t>◆ מפות דיגיטליות</w:t>
      </w:r>
    </w:p>
    <w:p>
      <w:pPr>
        <w:bidi/>
        <w:spacing w:before="0" w:after="20"/>
      </w:pPr>
      <w:r>
        <w:rPr>
          <w:rtl/>
        </w:rPr>
        <w:t>1. מפה מקוונת – מפה בטלפון או במחשב, שאפשר להגדיל ולהקטין.</w:t>
      </w:r>
    </w:p>
    <w:p>
      <w:pPr>
        <w:bidi/>
        <w:spacing w:before="0" w:after="20"/>
      </w:pPr>
      <w:r>
        <w:rPr>
          <w:rtl/>
        </w:rPr>
        <w:t>2. GPS – מערכת שבה מכשיר קולט אותות מלוויינים ומחשב את מיקומו.</w:t>
      </w:r>
    </w:p>
    <w:p>
      <w:pPr>
        <w:bidi/>
        <w:spacing w:before="0" w:after="20"/>
      </w:pPr>
      <w:r>
        <w:rPr>
          <w:rtl/>
        </w:rPr>
        <w:t>3. תוכנת ניווט – מציעה דרך ומראה את המיקום שלנו בזמן אמת.</w:t>
      </w:r>
    </w:p>
    <w:p>
      <w:pPr>
        <w:bidi/>
        <w:spacing w:before="160" w:after="60"/>
      </w:pPr>
      <w:r>
        <w:rPr>
          <w:b/>
          <w:bCs/>
          <w:sz w:val="26"/>
          <w:szCs w:val="26"/>
          <w:rtl/>
        </w:rPr>
        <w:t>1. השלימו בעזרת המחסן.</w:t>
      </w:r>
    </w:p>
    <w:p>
      <w:pPr>
        <w:bidi/>
        <w:spacing w:before="0" w:after="80"/>
      </w:pPr>
      <w:r>
        <w:rPr>
          <w:color w:val="1A3461"/>
          <w:sz w:val="24"/>
          <w:szCs w:val="24"/>
          <w:rtl/>
        </w:rPr>
        <w:t>מחסן מילים: רחפן  |  מקוונת  |  מוקטן  |  שמות  |  לוויינים</w:t>
      </w:r>
    </w:p>
    <w:p>
      <w:pPr>
        <w:bidi/>
        <w:spacing w:before="0" w:after="60"/>
      </w:pPr>
      <w:r>
        <w:rPr>
          <w:rtl/>
        </w:rPr>
        <w:t>א. המפה היא ציור __________ של שטח.</w:t>
      </w:r>
    </w:p>
    <w:p>
      <w:pPr>
        <w:bidi/>
        <w:spacing w:before="0" w:after="60"/>
      </w:pPr>
      <w:r>
        <w:rPr>
          <w:rtl/>
        </w:rPr>
        <w:t>ב. מפה שרואים בטלפון או במחשב היא מפה __________.</w:t>
      </w:r>
    </w:p>
    <w:p>
      <w:pPr>
        <w:bidi/>
        <w:spacing w:before="0" w:after="60"/>
      </w:pPr>
      <w:r>
        <w:rPr>
          <w:rtl/>
        </w:rPr>
        <w:t>ג. תצלום אוויר אפשר לצלם ממטוס או מ__________.</w:t>
      </w:r>
    </w:p>
    <w:p>
      <w:pPr>
        <w:bidi/>
        <w:spacing w:before="0" w:after="60"/>
      </w:pPr>
      <w:r>
        <w:rPr>
          <w:rtl/>
        </w:rPr>
        <w:t>ד. מכשיר GPS קולט אותות מ__________.</w:t>
      </w:r>
    </w:p>
    <w:p>
      <w:pPr>
        <w:bidi/>
        <w:spacing w:before="0" w:after="60"/>
      </w:pPr>
      <w:r>
        <w:rPr>
          <w:rtl/>
        </w:rPr>
        <w:t>ה. במפה, בניגוד לתצלום, יש __________ של מקומות.</w:t>
      </w:r>
    </w:p>
    <w:p>
      <w:pPr>
        <w:bidi/>
        <w:spacing w:before="160" w:after="60"/>
      </w:pPr>
      <w:r>
        <w:rPr>
          <w:b/>
          <w:bCs/>
          <w:sz w:val="26"/>
          <w:szCs w:val="26"/>
          <w:rtl/>
        </w:rPr>
        <w:t>2. בחרו את התשובה הנכונה.</w:t>
      </w:r>
    </w:p>
    <w:p>
      <w:pPr>
        <w:bidi/>
        <w:spacing w:before="0" w:after="20"/>
      </w:pPr>
      <w:r>
        <w:rPr>
          <w:rtl/>
        </w:rPr>
        <w:t>א. איזה מן הכלים הבאים מצולם מן החלל?</w:t>
      </w:r>
    </w:p>
    <w:p>
      <w:pPr>
        <w:bidi/>
        <w:spacing w:before="0" w:after="80"/>
      </w:pPr>
      <w:r>
        <w:rPr>
          <w:rtl/>
        </w:rPr>
        <w:t xml:space="preserve">   ○ תצלום אוויר      ○ תצלום לוויין      ○ תצלום רחוב</w:t>
      </w:r>
    </w:p>
    <w:p>
      <w:pPr>
        <w:bidi/>
        <w:spacing w:before="0" w:after="20"/>
      </w:pPr>
      <w:r>
        <w:rPr>
          <w:rtl/>
        </w:rPr>
        <w:t>ב. מה עושים כשמתמצאים?</w:t>
      </w:r>
    </w:p>
    <w:p>
      <w:pPr>
        <w:bidi/>
        <w:spacing w:before="0" w:after="80"/>
      </w:pPr>
      <w:r>
        <w:rPr>
          <w:rtl/>
        </w:rPr>
        <w:t xml:space="preserve">   ○ קובעים איפה אנחנו נמצאים      ○ מודדים גובה של הר      ○ מצלמים מרחפן</w:t>
      </w:r>
    </w:p>
    <w:p>
      <w:pPr>
        <w:bidi/>
        <w:spacing w:before="0" w:after="20"/>
      </w:pPr>
      <w:r>
        <w:rPr>
          <w:rtl/>
        </w:rPr>
        <w:t>ג. איזה יתרון יש למפה מקוונת על מפת נייר?</w:t>
      </w:r>
    </w:p>
    <w:p>
      <w:pPr>
        <w:bidi/>
        <w:spacing w:before="0" w:after="80"/>
      </w:pPr>
      <w:r>
        <w:rPr>
          <w:rtl/>
        </w:rPr>
        <w:t xml:space="preserve">   ○ היא לא צריכה חשמל      ○ אפשר להגדיל בה חלק מן המפה      ○ אין בה סמלים</w:t>
      </w:r>
    </w:p>
    <w:p>
      <w:pPr>
        <w:bidi/>
        <w:spacing w:before="160" w:after="60"/>
      </w:pPr>
      <w:r>
        <w:rPr>
          <w:b/>
          <w:bCs/>
          <w:sz w:val="26"/>
          <w:szCs w:val="26"/>
          <w:rtl/>
        </w:rPr>
        <w:t>3.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a3461"/>
          </w:tcPr>
          <w:p>
            <w:pPr>
              <w:bidi/>
              <w:spacing w:before="0" w:after="40"/>
            </w:pPr>
            <w:r>
              <w:rPr>
                <w:b/>
                <w:bCs/>
                <w:color w:val="FFFFFF"/>
                <w:rtl/>
              </w:rPr>
              <w:t>משפט</w:t>
            </w:r>
          </w:p>
        </w:tc>
        <w:tc>
          <w:tcPr>
            <w:tcW w:type="dxa" w:w="2494"/>
            <w:shd w:val="clear" w:color="auto" w:fill="1a3461"/>
          </w:tcPr>
          <w:p>
            <w:pPr>
              <w:bidi/>
              <w:spacing w:before="0" w:after="40"/>
            </w:pPr>
            <w:r>
              <w:rPr>
                <w:b/>
                <w:bCs/>
                <w:color w:val="FFFFFF"/>
                <w:rtl/>
              </w:rPr>
              <w:t>נכון</w:t>
            </w:r>
          </w:p>
        </w:tc>
        <w:tc>
          <w:tcPr>
            <w:tcW w:type="dxa" w:w="2494"/>
            <w:shd w:val="clear" w:color="auto" w:fill="1a3461"/>
          </w:tcPr>
          <w:p>
            <w:pPr>
              <w:bidi/>
              <w:spacing w:before="0" w:after="40"/>
            </w:pPr>
            <w:r>
              <w:rPr>
                <w:b/>
                <w:bCs/>
                <w:color w:val="FFFFFF"/>
                <w:rtl/>
              </w:rPr>
              <w:t>לא נכון</w:t>
            </w:r>
          </w:p>
        </w:tc>
        <w:tc>
          <w:tcPr>
            <w:tcW w:type="dxa" w:w="2494"/>
            <w:shd w:val="clear" w:color="auto" w:fill="1a3461"/>
          </w:tcPr>
          <w:p>
            <w:pPr>
              <w:bidi/>
              <w:spacing w:before="0" w:after="40"/>
            </w:pPr>
            <w:r>
              <w:rPr>
                <w:b/>
                <w:bCs/>
                <w:color w:val="FFFFFF"/>
                <w:rtl/>
              </w:rPr>
              <w:t>תיקון</w:t>
            </w:r>
          </w:p>
        </w:tc>
      </w:tr>
      <w:tr>
        <w:tc>
          <w:tcPr>
            <w:tcW w:type="dxa" w:w="2494"/>
          </w:tcPr>
          <w:p>
            <w:pPr>
              <w:bidi/>
              <w:spacing w:before="0" w:after="40"/>
            </w:pPr>
            <w:r>
              <w:rPr>
                <w:rtl/>
              </w:rPr>
              <w:t>א. מפה היא תמונה מוגדלת של השטח.</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בתצלום אוויר רואים גגות של בתים.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תוכנת ניווט יכולה להציע דרך מנקודה לנקודה.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אין שום הבדל בין מפה לבין תצלום אוויר.</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התאימו לכל אדם את הכלי שהכי יעזור 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טור א</w:t>
            </w:r>
          </w:p>
        </w:tc>
        <w:tc>
          <w:tcPr>
            <w:tcW w:type="dxa" w:w="4989"/>
            <w:shd w:val="clear" w:color="auto" w:fill="1a3461"/>
          </w:tcPr>
          <w:p>
            <w:pPr>
              <w:bidi/>
              <w:spacing w:before="0" w:after="40"/>
            </w:pPr>
            <w:r>
              <w:rPr>
                <w:b/>
                <w:bCs/>
                <w:color w:val="FFFFFF"/>
                <w:rtl/>
              </w:rPr>
              <w:t>טור ב</w:t>
            </w:r>
          </w:p>
        </w:tc>
      </w:tr>
      <w:tr>
        <w:tc>
          <w:tcPr>
            <w:tcW w:type="dxa" w:w="4989"/>
          </w:tcPr>
          <w:p>
            <w:pPr>
              <w:bidi/>
              <w:spacing w:before="0" w:after="40"/>
            </w:pPr>
            <w:r>
              <w:rPr>
                <w:rtl/>
              </w:rPr>
              <w:t>1. נהג שמחפש כתובת בעיר</w:t>
            </w:r>
          </w:p>
        </w:tc>
        <w:tc>
          <w:tcPr>
            <w:tcW w:type="dxa" w:w="4989"/>
          </w:tcPr>
          <w:p>
            <w:pPr>
              <w:bidi/>
              <w:spacing w:before="0" w:after="40"/>
            </w:pPr>
            <w:r>
              <w:rPr>
                <w:rtl/>
              </w:rPr>
              <w:t>[   ] מפה מודפסת</w:t>
            </w:r>
          </w:p>
        </w:tc>
      </w:tr>
      <w:tr>
        <w:tc>
          <w:tcPr>
            <w:tcW w:type="dxa" w:w="4989"/>
          </w:tcPr>
          <w:p>
            <w:pPr>
              <w:bidi/>
              <w:spacing w:before="0" w:after="40"/>
            </w:pPr>
            <w:r>
              <w:rPr>
                <w:rtl/>
              </w:rPr>
              <w:t>2. חוקרת שבודקת כמה שלג יש על הרים רחוקים</w:t>
            </w:r>
          </w:p>
        </w:tc>
        <w:tc>
          <w:tcPr>
            <w:tcW w:type="dxa" w:w="4989"/>
          </w:tcPr>
          <w:p>
            <w:pPr>
              <w:bidi/>
              <w:spacing w:before="0" w:after="40"/>
            </w:pPr>
            <w:r>
              <w:rPr>
                <w:rtl/>
              </w:rPr>
              <w:t>[   ] תוכנת ניווט</w:t>
            </w:r>
          </w:p>
        </w:tc>
      </w:tr>
      <w:tr>
        <w:tc>
          <w:tcPr>
            <w:tcW w:type="dxa" w:w="4989"/>
          </w:tcPr>
          <w:p>
            <w:pPr>
              <w:bidi/>
              <w:spacing w:before="0" w:after="40"/>
            </w:pPr>
            <w:r>
              <w:rPr>
                <w:rtl/>
              </w:rPr>
              <w:t>3. תלמיד שמכין עבודה על ארצות העולם</w:t>
            </w:r>
          </w:p>
        </w:tc>
        <w:tc>
          <w:tcPr>
            <w:tcW w:type="dxa" w:w="4989"/>
          </w:tcPr>
          <w:p>
            <w:pPr>
              <w:bidi/>
              <w:spacing w:before="0" w:after="40"/>
            </w:pPr>
            <w:r>
              <w:rPr>
                <w:rtl/>
              </w:rPr>
              <w:t>[   ] תצלום לוויין</w:t>
            </w:r>
          </w:p>
        </w:tc>
      </w:tr>
      <w:tr>
        <w:tc>
          <w:tcPr>
            <w:tcW w:type="dxa" w:w="4989"/>
          </w:tcPr>
          <w:p>
            <w:pPr>
              <w:bidi/>
              <w:spacing w:before="0" w:after="40"/>
            </w:pPr>
            <w:r>
              <w:rPr>
                <w:rtl/>
              </w:rPr>
              <w:t>4. מטייל ביער בלי קליטה</w:t>
            </w:r>
          </w:p>
        </w:tc>
        <w:tc>
          <w:tcPr>
            <w:tcW w:type="dxa" w:w="4989"/>
          </w:tcPr>
          <w:p>
            <w:pPr>
              <w:bidi/>
              <w:spacing w:before="0" w:after="40"/>
            </w:pPr>
            <w:r>
              <w:rPr>
                <w:rtl/>
              </w:rPr>
              <w:t>[   ] אטלס</w:t>
            </w:r>
          </w:p>
        </w:tc>
      </w:tr>
    </w:tbl>
    <w:p>
      <w:pPr>
        <w:bidi/>
        <w:spacing w:before="0" w:after="40"/>
      </w:pPr>
    </w:p>
    <w:p>
      <w:pPr>
        <w:bidi/>
        <w:spacing w:before="160" w:after="60"/>
      </w:pPr>
      <w:r>
        <w:rPr>
          <w:b/>
          <w:bCs/>
          <w:sz w:val="26"/>
          <w:szCs w:val="26"/>
          <w:rtl/>
        </w:rPr>
        <w:t>5. מיינו: מה מראה רק מפה, מה מראה רק תצלום אוויר, ומה מראים שניהם?</w:t>
      </w:r>
    </w:p>
    <w:p>
      <w:pPr>
        <w:bidi/>
        <w:spacing w:before="0" w:after="80"/>
      </w:pPr>
      <w:r>
        <w:rPr>
          <w:color w:val="1A3461"/>
          <w:sz w:val="24"/>
          <w:szCs w:val="24"/>
          <w:rtl/>
        </w:rPr>
        <w:t>המילים: שם של שכונה  |  צבע הגגות  |  דרכים וכבישים  |  מקרא  |  אנשים שהולכים ברחוב  |  מבנים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t>רק מפה</w:t>
            </w:r>
          </w:p>
        </w:tc>
        <w:tc>
          <w:tcPr>
            <w:tcW w:type="dxa" w:w="3326"/>
            <w:shd w:val="clear" w:color="auto" w:fill="1a3461"/>
          </w:tcPr>
          <w:p>
            <w:pPr>
              <w:bidi/>
              <w:spacing w:before="0" w:after="40"/>
            </w:pPr>
            <w:r>
              <w:rPr>
                <w:b/>
                <w:bCs/>
                <w:color w:val="FFFFFF"/>
                <w:rtl/>
              </w:rPr>
              <w:t>רק תצלום אוויר</w:t>
            </w:r>
          </w:p>
        </w:tc>
        <w:tc>
          <w:tcPr>
            <w:tcW w:type="dxa" w:w="3326"/>
            <w:shd w:val="clear" w:color="auto" w:fill="1a3461"/>
          </w:tcPr>
          <w:p>
            <w:pPr>
              <w:bidi/>
              <w:spacing w:before="0" w:after="40"/>
            </w:pPr>
            <w:r>
              <w:rPr>
                <w:b/>
                <w:bCs/>
                <w:color w:val="FFFFFF"/>
                <w:rtl/>
              </w:rPr>
              <w:t>שניהם</w:t>
            </w:r>
          </w:p>
        </w:tc>
      </w:tr>
      <w:tr>
        <w:tc>
          <w:tcPr>
            <w:tcW w:type="dxa" w:w="3326"/>
          </w:tcPr>
          <w:p>
            <w:pPr>
              <w:bidi/>
              <w:spacing w:before="0" w:after="40"/>
            </w:pPr>
            <w:r>
              <w:rPr>
                <w:rtl/>
              </w:rPr>
              <w:br/>
              <w:br/>
              <w:br/>
            </w:r>
          </w:p>
        </w:tc>
        <w:tc>
          <w:tcPr>
            <w:tcW w:type="dxa" w:w="3326"/>
          </w:tcPr>
          <w:p>
            <w:pPr>
              <w:bidi/>
              <w:spacing w:before="0" w:after="40"/>
            </w:pPr>
            <w:r>
              <w:rPr>
                <w:rtl/>
              </w:rPr>
              <w:br/>
              <w:br/>
              <w:br/>
            </w:r>
          </w:p>
        </w:tc>
        <w:tc>
          <w:tcPr>
            <w:tcW w:type="dxa" w:w="3326"/>
          </w:tcPr>
          <w:p>
            <w:pPr>
              <w:bidi/>
              <w:spacing w:before="0" w:after="40"/>
            </w:pPr>
            <w:r>
              <w:rPr>
                <w:rtl/>
              </w:rPr>
              <w:br/>
              <w:br/>
              <w:br/>
            </w:r>
          </w:p>
        </w:tc>
      </w:tr>
    </w:tbl>
    <w:p>
      <w:pPr>
        <w:bidi/>
        <w:spacing w:before="0" w:after="40"/>
      </w:pPr>
    </w:p>
    <w:p>
      <w:pPr>
        <w:bidi/>
        <w:spacing w:before="160" w:after="60"/>
      </w:pPr>
      <w:r>
        <w:rPr>
          <w:b/>
          <w:bCs/>
          <w:sz w:val="26"/>
          <w:szCs w:val="26"/>
          <w:rtl/>
        </w:rPr>
        <w:t>6. כתבו ליד כל משפט באיזה כלי מדובר: מפה, תצלום אוויר או GPS.</w:t>
      </w:r>
    </w:p>
    <w:p>
      <w:pPr>
        <w:bidi/>
        <w:spacing w:before="0" w:after="100"/>
      </w:pPr>
      <w:r>
        <w:rPr>
          <w:rtl/>
        </w:rPr>
        <w:t>א. יש בו שמות של רחובות וסמלים.</w:t>
      </w:r>
    </w:p>
    <w:p>
      <w:pPr>
        <w:bidi/>
        <w:spacing w:before="0" w:after="100"/>
      </w:pPr>
      <w:r>
        <w:rPr>
          <w:rtl/>
        </w:rPr>
        <w:t>ב. צולם מגובה נמוך יחסית, ממטוס.</w:t>
      </w:r>
    </w:p>
    <w:p>
      <w:pPr>
        <w:bidi/>
        <w:spacing w:before="0" w:after="100"/>
      </w:pPr>
      <w:r>
        <w:rPr>
          <w:rtl/>
        </w:rPr>
        <w:t>ג. מחשב את המיקום שלנו לפי אותות.</w:t>
      </w:r>
    </w:p>
    <w:p>
      <w:pPr>
        <w:bidi/>
        <w:spacing w:before="0" w:after="100"/>
      </w:pPr>
      <w:r>
        <w:rPr>
          <w:rtl/>
        </w:rPr>
        <w:t>ד. רואים בו את הרכבים שחונים במגרש.</w:t>
      </w:r>
    </w:p>
    <w:p>
      <w:pPr>
        <w:bidi/>
        <w:spacing w:before="160" w:after="60"/>
      </w:pPr>
      <w:r>
        <w:rPr>
          <w:b/>
          <w:bCs/>
          <w:sz w:val="26"/>
          <w:szCs w:val="26"/>
          <w:rtl/>
        </w:rPr>
        <w:t>7. השוו בין מפת נייר למפה מקוונת. השלימו «כן» או «לא».</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t>שאלה</w:t>
            </w:r>
          </w:p>
        </w:tc>
        <w:tc>
          <w:tcPr>
            <w:tcW w:type="dxa" w:w="3326"/>
            <w:shd w:val="clear" w:color="auto" w:fill="1a3461"/>
          </w:tcPr>
          <w:p>
            <w:pPr>
              <w:bidi/>
              <w:spacing w:before="0" w:after="40"/>
            </w:pPr>
            <w:r>
              <w:rPr>
                <w:b/>
                <w:bCs/>
                <w:color w:val="FFFFFF"/>
                <w:rtl/>
              </w:rPr>
              <w:t>מפת נייר</w:t>
            </w:r>
          </w:p>
        </w:tc>
        <w:tc>
          <w:tcPr>
            <w:tcW w:type="dxa" w:w="3326"/>
            <w:shd w:val="clear" w:color="auto" w:fill="1a3461"/>
          </w:tcPr>
          <w:p>
            <w:pPr>
              <w:bidi/>
              <w:spacing w:before="0" w:after="40"/>
            </w:pPr>
            <w:r>
              <w:rPr>
                <w:b/>
                <w:bCs/>
                <w:color w:val="FFFFFF"/>
                <w:rtl/>
              </w:rPr>
              <w:t>מפה מקוונת</w:t>
            </w:r>
          </w:p>
        </w:tc>
      </w:tr>
      <w:tr>
        <w:tc>
          <w:tcPr>
            <w:tcW w:type="dxa" w:w="3326"/>
          </w:tcPr>
          <w:p>
            <w:pPr>
              <w:bidi/>
              <w:spacing w:before="0" w:after="40"/>
            </w:pPr>
            <w:r>
              <w:rPr>
                <w:rtl/>
              </w:rPr>
              <w:t>צריך סוללה או חשמל?</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אפשר להגדיל ולהקטין?</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יש בה סמלים ושמות?</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מראה את המיקום שלנו בעצמה?</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20" w:after="40"/>
      </w:pPr>
      <w:r>
        <w:rPr>
          <w:rFonts w:ascii="Tahoma" w:hAnsi="Tahoma" w:cs="Tahoma"/>
          <w:b/>
          <w:bCs/>
          <w:color w:val="1A3461"/>
          <w:sz w:val="30"/>
          <w:szCs w:val="30"/>
          <w:rtl/>
        </w:rPr>
        <w:t>מבט מן השמיים על השכונה</w:t>
      </w:r>
    </w:p>
    <w:p>
      <w:pPr>
        <w:bidi/>
        <w:spacing w:before="0" w:after="80"/>
      </w:pPr>
      <w:r>
        <w:rPr>
          <w:rtl/>
        </w:rPr>
        <w:t>תלמידי כיתה ה' בבית הספר «השקמה» קיבלו משימה: להשוות בין מפת השכונה לבין תצלום אוויר שלה. עומר שם לב מיד שבתצלום רואים את בריכת השחייה של המתנ"ס ואת העצים בגן הציבורי, אבל אין שום שם.</w:t>
      </w:r>
    </w:p>
    <w:p>
      <w:pPr>
        <w:bidi/>
        <w:spacing w:before="0" w:after="80"/>
      </w:pPr>
      <w:r>
        <w:rPr>
          <w:rtl/>
        </w:rPr>
        <w:t>במפה, לעומת זאת, כתובים שמות הרחובות, ויש סמלים של בית הכנסת, של המסגד ושל תחנת האוטובוס. העצים הבודדים לא מופיעים בה בכלל.</w:t>
      </w:r>
    </w:p>
    <w:p>
      <w:pPr>
        <w:bidi/>
        <w:spacing w:before="0" w:after="80"/>
      </w:pPr>
      <w:r>
        <w:rPr>
          <w:rtl/>
        </w:rPr>
        <w:t>בסוף השיעור הסיקו התלמידים שכדאי להשתמש בשני הכלים יחד: התצלום מראה איך המקום נראה באמת, והמפה עוזרת להבין מה כל דבר ואיך מגיעים אליו.</w:t>
      </w:r>
    </w:p>
    <w:p>
      <w:pPr>
        <w:bidi/>
        <w:spacing w:before="160" w:after="60"/>
      </w:pPr>
      <w:r>
        <w:rPr>
          <w:b/>
          <w:bCs/>
          <w:sz w:val="26"/>
          <w:szCs w:val="26"/>
          <w:rtl/>
        </w:rPr>
        <w:t>8. לפי הטקסט «מבט מן השמיים על השכונה», השלימו.</w:t>
      </w:r>
    </w:p>
    <w:p>
      <w:pPr>
        <w:bidi/>
        <w:spacing w:before="0" w:after="60"/>
      </w:pPr>
      <w:r>
        <w:rPr>
          <w:rtl/>
        </w:rPr>
        <w:t>א. בתצלום האוויר ראה עומר את __________ של המתנ"ס.</w:t>
      </w:r>
    </w:p>
    <w:p>
      <w:pPr>
        <w:bidi/>
        <w:spacing w:before="0" w:after="60"/>
      </w:pPr>
      <w:r>
        <w:rPr>
          <w:rtl/>
        </w:rPr>
        <w:t>ב. במפה כתובים שמות ה__________.</w:t>
      </w:r>
    </w:p>
    <w:p>
      <w:pPr>
        <w:bidi/>
        <w:spacing w:before="0" w:after="60"/>
      </w:pPr>
      <w:r>
        <w:rPr>
          <w:rtl/>
        </w:rPr>
        <w:t>ג. העצים הבודדים לא מופיעים ב__________.</w:t>
      </w:r>
    </w:p>
    <w:p>
      <w:pPr>
        <w:bidi/>
        <w:spacing w:before="160" w:after="60"/>
      </w:pPr>
      <w:r>
        <w:rPr>
          <w:b/>
          <w:bCs/>
          <w:sz w:val="26"/>
          <w:szCs w:val="26"/>
          <w:rtl/>
        </w:rPr>
        <w:t>9. מה הסיקו התלמידים בסוף השיעור? הסבירו את המסקנה במילים שלכם.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10. כתבו שני מצבים בחיי היום-יום שבהם השתמשתם (או אפשר להשתמש) במפה מקוונת או בתוכנת ניווט.</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שרטטו את הדרך מן הבית שלכם לבית הספר כפי שהיא נראית מלמעלה. סמנו את הבית, את בית הספר ושני מקומות שאתם עוברים לידם.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אתגר: תלמידים יוצאים לטיול במדבר, באזור שאין בו קליטה סלולרית. אילו כלים כדאי להם להביא כדי להתמצא ולנווט? נמקו.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ה'   |   פרק 2</w:t>
      </w:r>
    </w:p>
    <w:p>
      <w:pPr>
        <w:bidi/>
        <w:spacing w:before="0" w:after="120"/>
      </w:pPr>
      <w:r>
        <w:rPr>
          <w:rFonts w:ascii="Tahoma" w:hAnsi="Tahoma" w:cs="Tahoma"/>
          <w:b/>
          <w:bCs/>
          <w:color w:val="1A3461"/>
          <w:sz w:val="44"/>
          <w:szCs w:val="44"/>
          <w:rtl/>
        </w:rPr>
        <w:t>פרק 2: שפת המפה: מקרא, סמלים, צבעים וכיווני רוח</w:t>
      </w:r>
    </w:p>
    <w:p>
      <w:pPr>
        <w:bidi/>
        <w:spacing w:before="0" w:after="80"/>
      </w:pPr>
      <w:r>
        <w:drawing>
          <wp:inline xmlns:a="http://schemas.openxmlformats.org/drawingml/2006/main" xmlns:pic="http://schemas.openxmlformats.org/drawingml/2006/picture">
            <wp:extent cx="3240000" cy="2160000"/>
            <wp:docPr id="4" name="Picture 4"/>
            <wp:cNvGraphicFramePr>
              <a:graphicFrameLocks noChangeAspect="1"/>
            </wp:cNvGraphicFramePr>
            <a:graphic>
              <a:graphicData uri="http://schemas.openxmlformats.org/drawingml/2006/picture">
                <pic:pic>
                  <pic:nvPicPr>
                    <pic:cNvPr id="0" name="geo_g5_t02.jpg"/>
                    <pic:cNvPicPr/>
                  </pic:nvPicPr>
                  <pic:blipFill>
                    <a:blip r:embed="rId13"/>
                    <a:stretch>
                      <a:fillRect/>
                    </a:stretch>
                  </pic:blipFill>
                  <pic:spPr>
                    <a:xfrm>
                      <a:off x="0" y="0"/>
                      <a:ext cx="3240000" cy="2160000"/>
                    </a:xfrm>
                    <a:prstGeom prst="rect"/>
                  </pic:spPr>
                </pic:pic>
              </a:graphicData>
            </a:graphic>
          </wp:inline>
        </w:drawing>
      </w:r>
    </w:p>
    <w:p>
      <w:pPr>
        <w:bidi/>
        <w:spacing w:before="120" w:after="40"/>
      </w:pPr>
      <w:r>
        <w:rPr>
          <w:rFonts w:ascii="Tahoma" w:hAnsi="Tahoma" w:cs="Tahoma"/>
          <w:b/>
          <w:bCs/>
          <w:color w:val="1A3461"/>
          <w:sz w:val="28"/>
          <w:szCs w:val="28"/>
          <w:rtl/>
        </w:rPr>
        <w:t>◆ סמלים ומקרא</w:t>
      </w:r>
    </w:p>
    <w:p>
      <w:pPr>
        <w:bidi/>
        <w:spacing w:before="0" w:after="40"/>
      </w:pPr>
      <w:r>
        <w:rPr>
          <w:rtl/>
        </w:rPr>
        <w:t>המקרא מסביר מה פירוש כל סמל במפה.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t>סוג הסמל</w:t>
            </w:r>
          </w:p>
        </w:tc>
        <w:tc>
          <w:tcPr>
            <w:tcW w:type="dxa" w:w="3326"/>
            <w:shd w:val="clear" w:color="auto" w:fill="1a3461"/>
          </w:tcPr>
          <w:p>
            <w:pPr>
              <w:bidi/>
              <w:spacing w:before="0" w:after="40"/>
            </w:pPr>
            <w:r>
              <w:rPr>
                <w:b/>
                <w:bCs/>
                <w:color w:val="FFFFFF"/>
                <w:rtl/>
              </w:rPr>
              <w:t>מה הוא מסמן</w:t>
            </w:r>
          </w:p>
        </w:tc>
        <w:tc>
          <w:tcPr>
            <w:tcW w:type="dxa" w:w="3326"/>
            <w:shd w:val="clear" w:color="auto" w:fill="1a3461"/>
          </w:tcPr>
          <w:p>
            <w:pPr>
              <w:bidi/>
              <w:spacing w:before="0" w:after="40"/>
            </w:pPr>
            <w:r>
              <w:rPr>
                <w:b/>
                <w:bCs/>
                <w:color w:val="FFFFFF"/>
                <w:rtl/>
              </w:rPr>
              <w:t>דוגמאות</w:t>
            </w:r>
          </w:p>
        </w:tc>
      </w:tr>
      <w:tr>
        <w:tc>
          <w:tcPr>
            <w:tcW w:type="dxa" w:w="3326"/>
          </w:tcPr>
          <w:p>
            <w:pPr>
              <w:bidi/>
              <w:spacing w:before="0" w:after="40"/>
            </w:pPr>
            <w:r>
              <w:rPr>
                <w:rtl/>
              </w:rPr>
              <w:t>נקודה</w:t>
            </w:r>
          </w:p>
        </w:tc>
        <w:tc>
          <w:tcPr>
            <w:tcW w:type="dxa" w:w="3326"/>
          </w:tcPr>
          <w:p>
            <w:pPr>
              <w:bidi/>
              <w:spacing w:before="0" w:after="40"/>
            </w:pPr>
            <w:r>
              <w:rPr>
                <w:rtl/>
              </w:rPr>
              <w:t>מקום קטן</w:t>
            </w:r>
          </w:p>
        </w:tc>
        <w:tc>
          <w:tcPr>
            <w:tcW w:type="dxa" w:w="3326"/>
          </w:tcPr>
          <w:p>
            <w:pPr>
              <w:bidi/>
              <w:spacing w:before="0" w:after="40"/>
            </w:pPr>
            <w:r>
              <w:rPr>
                <w:rtl/>
              </w:rPr>
              <w:t>יישוב, מעיין, תחנה</w:t>
            </w:r>
          </w:p>
        </w:tc>
      </w:tr>
      <w:tr>
        <w:tc>
          <w:tcPr>
            <w:tcW w:type="dxa" w:w="3326"/>
          </w:tcPr>
          <w:p>
            <w:pPr>
              <w:bidi/>
              <w:spacing w:before="0" w:after="40"/>
            </w:pPr>
            <w:r>
              <w:rPr>
                <w:rtl/>
              </w:rPr>
              <w:t>קו</w:t>
            </w:r>
          </w:p>
        </w:tc>
        <w:tc>
          <w:tcPr>
            <w:tcW w:type="dxa" w:w="3326"/>
          </w:tcPr>
          <w:p>
            <w:pPr>
              <w:bidi/>
              <w:spacing w:before="0" w:after="40"/>
            </w:pPr>
            <w:r>
              <w:rPr>
                <w:rtl/>
              </w:rPr>
              <w:t>דבר ארוך</w:t>
            </w:r>
          </w:p>
        </w:tc>
        <w:tc>
          <w:tcPr>
            <w:tcW w:type="dxa" w:w="3326"/>
          </w:tcPr>
          <w:p>
            <w:pPr>
              <w:bidi/>
              <w:spacing w:before="0" w:after="40"/>
            </w:pPr>
            <w:r>
              <w:rPr>
                <w:rtl/>
              </w:rPr>
              <w:t>כביש, נהר, גבול</w:t>
            </w:r>
          </w:p>
        </w:tc>
      </w:tr>
      <w:tr>
        <w:tc>
          <w:tcPr>
            <w:tcW w:type="dxa" w:w="3326"/>
          </w:tcPr>
          <w:p>
            <w:pPr>
              <w:bidi/>
              <w:spacing w:before="0" w:after="40"/>
            </w:pPr>
            <w:r>
              <w:rPr>
                <w:rtl/>
              </w:rPr>
              <w:t>שטח</w:t>
            </w:r>
          </w:p>
        </w:tc>
        <w:tc>
          <w:tcPr>
            <w:tcW w:type="dxa" w:w="3326"/>
          </w:tcPr>
          <w:p>
            <w:pPr>
              <w:bidi/>
              <w:spacing w:before="0" w:after="40"/>
            </w:pPr>
            <w:r>
              <w:rPr>
                <w:rtl/>
              </w:rPr>
              <w:t>אזור</w:t>
            </w:r>
          </w:p>
        </w:tc>
        <w:tc>
          <w:tcPr>
            <w:tcW w:type="dxa" w:w="3326"/>
          </w:tcPr>
          <w:p>
            <w:pPr>
              <w:bidi/>
              <w:spacing w:before="0" w:after="40"/>
            </w:pPr>
            <w:r>
              <w:rPr>
                <w:rtl/>
              </w:rPr>
              <w:t>יער, אגם, שדה</w:t>
            </w:r>
          </w:p>
        </w:tc>
      </w:tr>
    </w:tbl>
    <w:p>
      <w:pPr>
        <w:bidi/>
        <w:spacing w:before="0" w:after="40"/>
      </w:pPr>
    </w:p>
    <w:p>
      <w:pPr>
        <w:bidi/>
        <w:spacing w:before="120" w:after="40"/>
      </w:pPr>
      <w:r>
        <w:rPr>
          <w:rFonts w:ascii="Tahoma" w:hAnsi="Tahoma" w:cs="Tahoma"/>
          <w:b/>
          <w:bCs/>
          <w:color w:val="1A3461"/>
          <w:sz w:val="28"/>
          <w:szCs w:val="28"/>
          <w:rtl/>
        </w:rPr>
        <w:t>◆ צבעים במפה פיזית</w:t>
      </w:r>
    </w:p>
    <w:p>
      <w:pPr>
        <w:bidi/>
        <w:spacing w:before="0" w:after="20"/>
      </w:pPr>
      <w:r>
        <w:rPr>
          <w:rtl/>
        </w:rPr>
        <w:t>1. כחול – מים: ים, אגם, נהר.</w:t>
      </w:r>
    </w:p>
    <w:p>
      <w:pPr>
        <w:bidi/>
        <w:spacing w:before="0" w:after="20"/>
      </w:pPr>
      <w:r>
        <w:rPr>
          <w:rtl/>
        </w:rPr>
        <w:t>2. ירוק – אזורים נמוכים (לא בהכרח צמחייה).</w:t>
      </w:r>
    </w:p>
    <w:p>
      <w:pPr>
        <w:bidi/>
        <w:spacing w:before="0" w:after="20"/>
      </w:pPr>
      <w:r>
        <w:rPr>
          <w:rtl/>
        </w:rPr>
        <w:t>3. צהוב וחום בהיר – אזורים גבוהים יותר.</w:t>
      </w:r>
    </w:p>
    <w:p>
      <w:pPr>
        <w:bidi/>
        <w:spacing w:before="0" w:after="20"/>
      </w:pPr>
      <w:r>
        <w:rPr>
          <w:rtl/>
        </w:rPr>
        <w:t>4. חום כהה – הרים גבוהים.</w:t>
      </w:r>
    </w:p>
    <w:p>
      <w:pPr>
        <w:bidi/>
        <w:spacing w:before="120" w:after="40"/>
      </w:pPr>
      <w:r>
        <w:rPr>
          <w:rFonts w:ascii="Tahoma" w:hAnsi="Tahoma" w:cs="Tahoma"/>
          <w:b/>
          <w:bCs/>
          <w:color w:val="1A3461"/>
          <w:sz w:val="28"/>
          <w:szCs w:val="28"/>
          <w:rtl/>
        </w:rPr>
        <w:t>◆ כיווני הרוח</w:t>
      </w:r>
    </w:p>
    <w:p>
      <w:pPr>
        <w:bidi/>
        <w:spacing w:before="0" w:after="20"/>
      </w:pPr>
      <w:r>
        <w:rPr>
          <w:rtl/>
        </w:rPr>
        <w:t>1. ארבעה כיוונים ראשיים: צפון, דרום, מזרח, מערב.</w:t>
      </w:r>
    </w:p>
    <w:p>
      <w:pPr>
        <w:bidi/>
        <w:spacing w:before="0" w:after="20"/>
      </w:pPr>
      <w:r>
        <w:rPr>
          <w:rtl/>
        </w:rPr>
        <w:t>2. כיוונים משניים: צפון-מזרח, צפון-מערב, דרום-מזרח, דרום-מערב.</w:t>
      </w:r>
    </w:p>
    <w:p>
      <w:pPr>
        <w:bidi/>
        <w:spacing w:before="0" w:after="20"/>
      </w:pPr>
      <w:r>
        <w:rPr>
          <w:rtl/>
        </w:rPr>
        <w:t>3. ברוב המפות הצפון למעלה; חץ צפון או שושנת רוחות מראים זאת.</w:t>
      </w:r>
    </w:p>
    <w:p>
      <w:pPr>
        <w:bidi/>
        <w:spacing w:before="0" w:after="120"/>
      </w:pPr>
      <w:r>
        <w:rPr>
          <w:color w:val="334055"/>
          <w:sz w:val="24"/>
          <w:szCs w:val="24"/>
          <w:rtl/>
        </w:rPr>
        <w:t>עוזר לזכור: השמש זורחת במזרח ושוקעת במערב.</w:t>
      </w:r>
    </w:p>
    <w:p>
      <w:pPr>
        <w:bidi/>
        <w:spacing w:before="160" w:after="60"/>
      </w:pPr>
      <w:r>
        <w:rPr>
          <w:b/>
          <w:bCs/>
          <w:sz w:val="26"/>
          <w:szCs w:val="26"/>
          <w:rtl/>
        </w:rPr>
        <w:t>1. השלימו בעזרת המחסן.</w:t>
      </w:r>
    </w:p>
    <w:p>
      <w:pPr>
        <w:bidi/>
        <w:spacing w:before="0" w:after="80"/>
      </w:pPr>
      <w:r>
        <w:rPr>
          <w:color w:val="1A3461"/>
          <w:sz w:val="24"/>
          <w:szCs w:val="24"/>
          <w:rtl/>
        </w:rPr>
        <w:t>מחסן מילים: שושנת רוחות  |  קו  |  שטח  |  נקודה  |  מערב</w:t>
      </w:r>
    </w:p>
    <w:p>
      <w:pPr>
        <w:bidi/>
        <w:spacing w:before="0" w:after="60"/>
      </w:pPr>
      <w:r>
        <w:rPr>
          <w:rtl/>
        </w:rPr>
        <w:t>א. נהר מסומן במפה בסמל __________.</w:t>
      </w:r>
    </w:p>
    <w:p>
      <w:pPr>
        <w:bidi/>
        <w:spacing w:before="0" w:after="60"/>
      </w:pPr>
      <w:r>
        <w:rPr>
          <w:rtl/>
        </w:rPr>
        <w:t>ב. אגם מסומן במפה בסמל __________.</w:t>
      </w:r>
    </w:p>
    <w:p>
      <w:pPr>
        <w:bidi/>
        <w:spacing w:before="0" w:after="60"/>
      </w:pPr>
      <w:r>
        <w:rPr>
          <w:rtl/>
        </w:rPr>
        <w:t>ג. מעיין מסומן במפה בסמל __________.</w:t>
      </w:r>
    </w:p>
    <w:p>
      <w:pPr>
        <w:bidi/>
        <w:spacing w:before="0" w:after="60"/>
      </w:pPr>
      <w:r>
        <w:rPr>
          <w:rtl/>
        </w:rPr>
        <w:t>ד. ציור שמראה את כל כיווני הרוח נקרא __________.</w:t>
      </w:r>
    </w:p>
    <w:p>
      <w:pPr>
        <w:bidi/>
        <w:spacing w:before="0" w:after="60"/>
      </w:pPr>
      <w:r>
        <w:rPr>
          <w:rtl/>
        </w:rPr>
        <w:t>ה. השמש שוקעת בכיוון __________.</w:t>
      </w:r>
    </w:p>
    <w:p>
      <w:pPr>
        <w:bidi/>
        <w:spacing w:before="160" w:after="60"/>
      </w:pPr>
      <w:r>
        <w:rPr>
          <w:b/>
          <w:bCs/>
          <w:sz w:val="26"/>
          <w:szCs w:val="26"/>
          <w:rtl/>
        </w:rPr>
        <w:t>2. התאימו לכל כיוון ראשי את הכיוון ההפוך 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טור א</w:t>
            </w:r>
          </w:p>
        </w:tc>
        <w:tc>
          <w:tcPr>
            <w:tcW w:type="dxa" w:w="4989"/>
            <w:shd w:val="clear" w:color="auto" w:fill="1a3461"/>
          </w:tcPr>
          <w:p>
            <w:pPr>
              <w:bidi/>
              <w:spacing w:before="0" w:after="40"/>
            </w:pPr>
            <w:r>
              <w:rPr>
                <w:b/>
                <w:bCs/>
                <w:color w:val="FFFFFF"/>
                <w:rtl/>
              </w:rPr>
              <w:t>טור ב</w:t>
            </w:r>
          </w:p>
        </w:tc>
      </w:tr>
      <w:tr>
        <w:tc>
          <w:tcPr>
            <w:tcW w:type="dxa" w:w="4989"/>
          </w:tcPr>
          <w:p>
            <w:pPr>
              <w:bidi/>
              <w:spacing w:before="0" w:after="40"/>
            </w:pPr>
            <w:r>
              <w:rPr>
                <w:rtl/>
              </w:rPr>
              <w:t>1. צפון</w:t>
            </w:r>
          </w:p>
        </w:tc>
        <w:tc>
          <w:tcPr>
            <w:tcW w:type="dxa" w:w="4989"/>
          </w:tcPr>
          <w:p>
            <w:pPr>
              <w:bidi/>
              <w:spacing w:before="0" w:after="40"/>
            </w:pPr>
            <w:r>
              <w:rPr>
                <w:rtl/>
              </w:rPr>
              <w:t>[   ] מערב</w:t>
            </w:r>
          </w:p>
        </w:tc>
      </w:tr>
      <w:tr>
        <w:tc>
          <w:tcPr>
            <w:tcW w:type="dxa" w:w="4989"/>
          </w:tcPr>
          <w:p>
            <w:pPr>
              <w:bidi/>
              <w:spacing w:before="0" w:after="40"/>
            </w:pPr>
            <w:r>
              <w:rPr>
                <w:rtl/>
              </w:rPr>
              <w:t>2. מזרח</w:t>
            </w:r>
          </w:p>
        </w:tc>
        <w:tc>
          <w:tcPr>
            <w:tcW w:type="dxa" w:w="4989"/>
          </w:tcPr>
          <w:p>
            <w:pPr>
              <w:bidi/>
              <w:spacing w:before="0" w:after="40"/>
            </w:pPr>
            <w:r>
              <w:rPr>
                <w:rtl/>
              </w:rPr>
              <w:t>[   ] דרום-מערב</w:t>
            </w:r>
          </w:p>
        </w:tc>
      </w:tr>
      <w:tr>
        <w:tc>
          <w:tcPr>
            <w:tcW w:type="dxa" w:w="4989"/>
          </w:tcPr>
          <w:p>
            <w:pPr>
              <w:bidi/>
              <w:spacing w:before="0" w:after="40"/>
            </w:pPr>
            <w:r>
              <w:rPr>
                <w:rtl/>
              </w:rPr>
              <w:t>3. צפון-מזרח</w:t>
            </w:r>
          </w:p>
        </w:tc>
        <w:tc>
          <w:tcPr>
            <w:tcW w:type="dxa" w:w="4989"/>
          </w:tcPr>
          <w:p>
            <w:pPr>
              <w:bidi/>
              <w:spacing w:before="0" w:after="40"/>
            </w:pPr>
            <w:r>
              <w:rPr>
                <w:rtl/>
              </w:rPr>
              <w:t>[   ] דרום-מזרח</w:t>
            </w:r>
          </w:p>
        </w:tc>
      </w:tr>
      <w:tr>
        <w:tc>
          <w:tcPr>
            <w:tcW w:type="dxa" w:w="4989"/>
          </w:tcPr>
          <w:p>
            <w:pPr>
              <w:bidi/>
              <w:spacing w:before="0" w:after="40"/>
            </w:pPr>
            <w:r>
              <w:rPr>
                <w:rtl/>
              </w:rPr>
              <w:t>4. צפון-מערב</w:t>
            </w:r>
          </w:p>
        </w:tc>
        <w:tc>
          <w:tcPr>
            <w:tcW w:type="dxa" w:w="4989"/>
          </w:tcPr>
          <w:p>
            <w:pPr>
              <w:bidi/>
              <w:spacing w:before="0" w:after="40"/>
            </w:pPr>
            <w:r>
              <w:rPr>
                <w:rtl/>
              </w:rPr>
              <w:t>[   ] דרום</w:t>
            </w:r>
          </w:p>
        </w:tc>
      </w:tr>
    </w:tbl>
    <w:p>
      <w:pPr>
        <w:bidi/>
        <w:spacing w:before="0" w:after="40"/>
      </w:pPr>
    </w:p>
    <w:p>
      <w:pPr>
        <w:bidi/>
        <w:spacing w:before="160" w:after="60"/>
      </w:pPr>
      <w:r>
        <w:rPr>
          <w:b/>
          <w:bCs/>
          <w:sz w:val="26"/>
          <w:szCs w:val="26"/>
          <w:rtl/>
        </w:rPr>
        <w:t>3. בחרו את התשובה הנכונה.</w:t>
      </w:r>
    </w:p>
    <w:p>
      <w:pPr>
        <w:bidi/>
        <w:spacing w:before="0" w:after="20"/>
      </w:pPr>
      <w:r>
        <w:rPr>
          <w:rtl/>
        </w:rPr>
        <w:t>א. במפה פיזית, אזור שצבוע בחום כהה הוא:</w:t>
      </w:r>
    </w:p>
    <w:p>
      <w:pPr>
        <w:bidi/>
        <w:spacing w:before="0" w:after="80"/>
      </w:pPr>
      <w:r>
        <w:rPr>
          <w:rtl/>
        </w:rPr>
        <w:t xml:space="preserve">   ○ ים עמוק      ○ הר גבוה      ○ עיר גדולה</w:t>
      </w:r>
    </w:p>
    <w:p>
      <w:pPr>
        <w:bidi/>
        <w:spacing w:before="0" w:after="20"/>
      </w:pPr>
      <w:r>
        <w:rPr>
          <w:rtl/>
        </w:rPr>
        <w:t>ב. איזה סמל מתאים לגבול בין מדינות?</w:t>
      </w:r>
    </w:p>
    <w:p>
      <w:pPr>
        <w:bidi/>
        <w:spacing w:before="0" w:after="80"/>
      </w:pPr>
      <w:r>
        <w:rPr>
          <w:rtl/>
        </w:rPr>
        <w:t xml:space="preserve">   ○ סמל קו      ○ סמל נקודה      ○ סמל שטח</w:t>
      </w:r>
    </w:p>
    <w:p>
      <w:pPr>
        <w:bidi/>
        <w:spacing w:before="0" w:after="20"/>
      </w:pPr>
      <w:r>
        <w:rPr>
          <w:rtl/>
        </w:rPr>
        <w:t>ג. בבוקר אתם רואים את השמש עולה מולכם. לאיזה כיוון אתם פונים?</w:t>
      </w:r>
    </w:p>
    <w:p>
      <w:pPr>
        <w:bidi/>
        <w:spacing w:before="0" w:after="80"/>
      </w:pPr>
      <w:r>
        <w:rPr>
          <w:rtl/>
        </w:rPr>
        <w:t xml:space="preserve">   ○ מערב      ○ צפון      ○ מזרח</w:t>
      </w:r>
    </w:p>
    <w:p>
      <w:pPr>
        <w:bidi/>
        <w:spacing w:before="160" w:after="60"/>
      </w:pPr>
      <w:r>
        <w:rPr>
          <w:b/>
          <w:bCs/>
          <w:sz w:val="26"/>
          <w:szCs w:val="26"/>
          <w:rtl/>
        </w:rPr>
        <w:t>4. השלימו את המקרא של מפת הפארק הדמיוני: כתבו מה יכול להיות פירושו של כל סמל.</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הסמל</w:t>
            </w:r>
          </w:p>
        </w:tc>
        <w:tc>
          <w:tcPr>
            <w:tcW w:type="dxa" w:w="4989"/>
            <w:shd w:val="clear" w:color="auto" w:fill="1a3461"/>
          </w:tcPr>
          <w:p>
            <w:pPr>
              <w:bidi/>
              <w:spacing w:before="0" w:after="40"/>
            </w:pPr>
            <w:r>
              <w:rPr>
                <w:b/>
                <w:bCs/>
                <w:color w:val="FFFFFF"/>
                <w:rtl/>
              </w:rPr>
              <w:t>פירושו</w:t>
            </w:r>
          </w:p>
        </w:tc>
      </w:tr>
      <w:tr>
        <w:tc>
          <w:tcPr>
            <w:tcW w:type="dxa" w:w="4989"/>
          </w:tcPr>
          <w:p>
            <w:pPr>
              <w:bidi/>
              <w:spacing w:before="0" w:after="40"/>
            </w:pPr>
            <w:r>
              <w:rPr>
                <w:rtl/>
              </w:rPr>
              <w:t>עיגול כחול קטן</w:t>
            </w:r>
          </w:p>
        </w:tc>
        <w:tc>
          <w:tcPr>
            <w:tcW w:type="dxa" w:w="4989"/>
          </w:tcPr>
          <w:p>
            <w:pPr>
              <w:bidi/>
              <w:spacing w:before="0" w:after="40"/>
            </w:pPr>
            <w:r>
              <w:rPr>
                <w:rtl/>
              </w:rPr>
            </w:r>
          </w:p>
        </w:tc>
      </w:tr>
      <w:tr>
        <w:tc>
          <w:tcPr>
            <w:tcW w:type="dxa" w:w="4989"/>
          </w:tcPr>
          <w:p>
            <w:pPr>
              <w:bidi/>
              <w:spacing w:before="0" w:after="40"/>
            </w:pPr>
            <w:r>
              <w:rPr>
                <w:rtl/>
              </w:rPr>
              <w:t>קו חום מקווקו</w:t>
            </w:r>
          </w:p>
        </w:tc>
        <w:tc>
          <w:tcPr>
            <w:tcW w:type="dxa" w:w="4989"/>
          </w:tcPr>
          <w:p>
            <w:pPr>
              <w:bidi/>
              <w:spacing w:before="0" w:after="40"/>
            </w:pPr>
            <w:r>
              <w:rPr>
                <w:rtl/>
              </w:rPr>
            </w:r>
          </w:p>
        </w:tc>
      </w:tr>
      <w:tr>
        <w:tc>
          <w:tcPr>
            <w:tcW w:type="dxa" w:w="4989"/>
          </w:tcPr>
          <w:p>
            <w:pPr>
              <w:bidi/>
              <w:spacing w:before="0" w:after="40"/>
            </w:pPr>
            <w:r>
              <w:rPr>
                <w:rtl/>
              </w:rPr>
              <w:t>שטח ירוק</w:t>
            </w:r>
          </w:p>
        </w:tc>
        <w:tc>
          <w:tcPr>
            <w:tcW w:type="dxa" w:w="4989"/>
          </w:tcPr>
          <w:p>
            <w:pPr>
              <w:bidi/>
              <w:spacing w:before="0" w:after="40"/>
            </w:pPr>
            <w:r>
              <w:rPr>
                <w:rtl/>
              </w:rPr>
            </w:r>
          </w:p>
        </w:tc>
      </w:tr>
      <w:tr>
        <w:tc>
          <w:tcPr>
            <w:tcW w:type="dxa" w:w="4989"/>
          </w:tcPr>
          <w:p>
            <w:pPr>
              <w:bidi/>
              <w:spacing w:before="0" w:after="40"/>
            </w:pPr>
            <w:r>
              <w:rPr>
                <w:rtl/>
              </w:rPr>
              <w:t>ריבוע עם האות P</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5.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a3461"/>
          </w:tcPr>
          <w:p>
            <w:pPr>
              <w:bidi/>
              <w:spacing w:before="0" w:after="40"/>
            </w:pPr>
            <w:r>
              <w:rPr>
                <w:b/>
                <w:bCs/>
                <w:color w:val="FFFFFF"/>
                <w:rtl/>
              </w:rPr>
              <w:t>משפט</w:t>
            </w:r>
          </w:p>
        </w:tc>
        <w:tc>
          <w:tcPr>
            <w:tcW w:type="dxa" w:w="2494"/>
            <w:shd w:val="clear" w:color="auto" w:fill="1a3461"/>
          </w:tcPr>
          <w:p>
            <w:pPr>
              <w:bidi/>
              <w:spacing w:before="0" w:after="40"/>
            </w:pPr>
            <w:r>
              <w:rPr>
                <w:b/>
                <w:bCs/>
                <w:color w:val="FFFFFF"/>
                <w:rtl/>
              </w:rPr>
              <w:t>נכון</w:t>
            </w:r>
          </w:p>
        </w:tc>
        <w:tc>
          <w:tcPr>
            <w:tcW w:type="dxa" w:w="2494"/>
            <w:shd w:val="clear" w:color="auto" w:fill="1a3461"/>
          </w:tcPr>
          <w:p>
            <w:pPr>
              <w:bidi/>
              <w:spacing w:before="0" w:after="40"/>
            </w:pPr>
            <w:r>
              <w:rPr>
                <w:b/>
                <w:bCs/>
                <w:color w:val="FFFFFF"/>
                <w:rtl/>
              </w:rPr>
              <w:t>לא נכון</w:t>
            </w:r>
          </w:p>
        </w:tc>
        <w:tc>
          <w:tcPr>
            <w:tcW w:type="dxa" w:w="2494"/>
            <w:shd w:val="clear" w:color="auto" w:fill="1a3461"/>
          </w:tcPr>
          <w:p>
            <w:pPr>
              <w:bidi/>
              <w:spacing w:before="0" w:after="40"/>
            </w:pPr>
            <w:r>
              <w:rPr>
                <w:b/>
                <w:bCs/>
                <w:color w:val="FFFFFF"/>
                <w:rtl/>
              </w:rPr>
              <w:t>תיקון</w:t>
            </w:r>
          </w:p>
        </w:tc>
      </w:tr>
      <w:tr>
        <w:tc>
          <w:tcPr>
            <w:tcW w:type="dxa" w:w="2494"/>
          </w:tcPr>
          <w:p>
            <w:pPr>
              <w:bidi/>
              <w:spacing w:before="0" w:after="40"/>
            </w:pPr>
            <w:r>
              <w:rPr>
                <w:rtl/>
              </w:rPr>
              <w:t>א. לבנון נמצאת מצפון לישראל.</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מצרים נמצאת ממזרח לישראל.</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ירדן נמצאת ממזרח לישראל.</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בכל מפה בעולם, הסמלים זהים ואין צורך במקרא.</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6. מיינו את הכיוונים: ראשיים או משניים.</w:t>
      </w:r>
    </w:p>
    <w:p>
      <w:pPr>
        <w:bidi/>
        <w:spacing w:before="0" w:after="80"/>
      </w:pPr>
      <w:r>
        <w:rPr>
          <w:color w:val="1A3461"/>
          <w:sz w:val="24"/>
          <w:szCs w:val="24"/>
          <w:rtl/>
        </w:rPr>
        <w:t>המילים: צפון  |  דרום-מערב  |  מזרח  |  צפון-מזרח  |  מערב  |  דרום-מזרח  |  דרום  |  צפון-מערב</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כיוון ראשי</w:t>
            </w:r>
          </w:p>
        </w:tc>
        <w:tc>
          <w:tcPr>
            <w:tcW w:type="dxa" w:w="4989"/>
            <w:shd w:val="clear" w:color="auto" w:fill="1a3461"/>
          </w:tcPr>
          <w:p>
            <w:pPr>
              <w:bidi/>
              <w:spacing w:before="0" w:after="40"/>
            </w:pPr>
            <w:r>
              <w:rPr>
                <w:b/>
                <w:bCs/>
                <w:color w:val="FFFFFF"/>
                <w:rtl/>
              </w:rPr>
              <w:t>כיוון משני</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7. עמדו כשפניכם לצפון. כתבו איזה כיוון נמצא:</w:t>
      </w:r>
    </w:p>
    <w:p>
      <w:pPr>
        <w:bidi/>
        <w:spacing w:before="0" w:after="100"/>
      </w:pPr>
      <w:r>
        <w:rPr>
          <w:rtl/>
        </w:rPr>
        <w:t>א. מאחוריכם</w:t>
      </w:r>
    </w:p>
    <w:p>
      <w:pPr>
        <w:bidi/>
        <w:spacing w:before="0" w:after="100"/>
      </w:pPr>
      <w:r>
        <w:rPr>
          <w:rtl/>
        </w:rPr>
        <w:t>ב. מימינכם</w:t>
      </w:r>
    </w:p>
    <w:p>
      <w:pPr>
        <w:bidi/>
        <w:spacing w:before="0" w:after="100"/>
      </w:pPr>
      <w:r>
        <w:rPr>
          <w:rtl/>
        </w:rPr>
        <w:t>ג. משמאלכם</w:t>
      </w:r>
    </w:p>
    <w:p>
      <w:pPr>
        <w:bidi/>
        <w:spacing w:before="0" w:after="100"/>
      </w:pPr>
      <w:r>
        <w:rPr>
          <w:rtl/>
        </w:rPr>
        <w:t>ד. באלכסון קדימה וימינה</w:t>
      </w:r>
    </w:p>
    <w:p>
      <w:pPr>
        <w:bidi/>
        <w:spacing w:before="120" w:after="40"/>
      </w:pPr>
      <w:r>
        <w:rPr>
          <w:rFonts w:ascii="Tahoma" w:hAnsi="Tahoma" w:cs="Tahoma"/>
          <w:b/>
          <w:bCs/>
          <w:color w:val="1A3461"/>
          <w:sz w:val="30"/>
          <w:szCs w:val="30"/>
          <w:rtl/>
        </w:rPr>
        <w:t>מירוץ ניווט בבית הספר</w:t>
      </w:r>
    </w:p>
    <w:p>
      <w:pPr>
        <w:bidi/>
        <w:spacing w:before="0" w:after="80"/>
      </w:pPr>
      <w:r>
        <w:rPr>
          <w:rtl/>
        </w:rPr>
        <w:t>ביום הספורט ערכו בבית הספר מירוץ ניווט. כל קבוצה קיבלה מפה של החצר ובה מקרא: כוכב צהוב סימן תחנה, קו ירוק סימן גדר חיה, ועיגול כחול סימן ברזייה.</w:t>
      </w:r>
    </w:p>
    <w:p>
      <w:pPr>
        <w:bidi/>
        <w:spacing w:before="0" w:after="80"/>
      </w:pPr>
      <w:r>
        <w:rPr>
          <w:rtl/>
        </w:rPr>
        <w:t>הקבוצה של סאמר ונועה החזיקה בהתחלה את המפה הפוך, והלכה דרומה במקום צפונה. רק כשסאמר מצא את חץ הצפון בפינת המפה, הם סובבו את המפה והתאימו אותה לשטח.</w:t>
      </w:r>
    </w:p>
    <w:p>
      <w:pPr>
        <w:bidi/>
        <w:spacing w:before="0" w:after="80"/>
      </w:pPr>
      <w:r>
        <w:rPr>
          <w:rtl/>
        </w:rPr>
        <w:t>מאז הקבוצה התקדמה במהירות: מן הברזייה צפונה, ליד הגדר החיה, אל התחנה האחרונה. הם הגיעו שניים – ולמדו שיעור חשוב על כיוונים.</w:t>
      </w:r>
    </w:p>
    <w:p>
      <w:pPr>
        <w:bidi/>
        <w:spacing w:before="160" w:after="60"/>
      </w:pPr>
      <w:r>
        <w:rPr>
          <w:b/>
          <w:bCs/>
          <w:sz w:val="26"/>
          <w:szCs w:val="26"/>
          <w:rtl/>
        </w:rPr>
        <w:t>8. לפי הטקסט «מירוץ ניווט בבית הספר» –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a3461"/>
          </w:tcPr>
          <w:p>
            <w:pPr>
              <w:bidi/>
              <w:spacing w:before="0" w:after="40"/>
            </w:pPr>
            <w:r>
              <w:rPr>
                <w:b/>
                <w:bCs/>
                <w:color w:val="FFFFFF"/>
                <w:rtl/>
              </w:rPr>
              <w:t>משפט</w:t>
            </w:r>
          </w:p>
        </w:tc>
        <w:tc>
          <w:tcPr>
            <w:tcW w:type="dxa" w:w="2494"/>
            <w:shd w:val="clear" w:color="auto" w:fill="1a3461"/>
          </w:tcPr>
          <w:p>
            <w:pPr>
              <w:bidi/>
              <w:spacing w:before="0" w:after="40"/>
            </w:pPr>
            <w:r>
              <w:rPr>
                <w:b/>
                <w:bCs/>
                <w:color w:val="FFFFFF"/>
                <w:rtl/>
              </w:rPr>
              <w:t>נכון</w:t>
            </w:r>
          </w:p>
        </w:tc>
        <w:tc>
          <w:tcPr>
            <w:tcW w:type="dxa" w:w="2494"/>
            <w:shd w:val="clear" w:color="auto" w:fill="1a3461"/>
          </w:tcPr>
          <w:p>
            <w:pPr>
              <w:bidi/>
              <w:spacing w:before="0" w:after="40"/>
            </w:pPr>
            <w:r>
              <w:rPr>
                <w:b/>
                <w:bCs/>
                <w:color w:val="FFFFFF"/>
                <w:rtl/>
              </w:rPr>
              <w:t>לא נכון</w:t>
            </w:r>
          </w:p>
        </w:tc>
        <w:tc>
          <w:tcPr>
            <w:tcW w:type="dxa" w:w="2494"/>
            <w:shd w:val="clear" w:color="auto" w:fill="1a3461"/>
          </w:tcPr>
          <w:p>
            <w:pPr>
              <w:bidi/>
              <w:spacing w:before="0" w:after="40"/>
            </w:pPr>
            <w:r>
              <w:rPr>
                <w:b/>
                <w:bCs/>
                <w:color w:val="FFFFFF"/>
                <w:rtl/>
              </w:rPr>
              <w:t>תיקון</w:t>
            </w:r>
          </w:p>
        </w:tc>
      </w:tr>
      <w:tr>
        <w:tc>
          <w:tcPr>
            <w:tcW w:type="dxa" w:w="2494"/>
          </w:tcPr>
          <w:p>
            <w:pPr>
              <w:bidi/>
              <w:spacing w:before="0" w:after="40"/>
            </w:pPr>
            <w:r>
              <w:rPr>
                <w:rtl/>
              </w:rPr>
              <w:t>א. במקרא, עיגול כחול סימן ברזייה.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בהתחלה הקבוצה הלכה צפונה.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הקבוצה של סאמר ונועה הגיעה ראשונה.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9. לפי הטקסט, מה עזר לקבוצה לתקן את הטעות? מה למדו התלמידים?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10. הסבירו מדוע ירוק במפה פיזית אינו אומר בהכרח שיש באזור צמחייה רבה.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שרטטו מפה של חדר דמיוני והוסיפו מקרא עם ארבעה סמלים: נקודה, קו, שטח וחץ צפון.</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אתגר: אריאל מתאר לחבר את הדרך: «צא מן השער, לך ימינה ואחר כך שמאלה». החבר אמר שהתיאור לא מספיק טוב. מדוע? כתבו את ההוראה מחדש בעזרת כיווני רוח.</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ה'   |   פרק 3</w:t>
      </w:r>
    </w:p>
    <w:p>
      <w:pPr>
        <w:bidi/>
        <w:spacing w:before="0" w:after="120"/>
      </w:pPr>
      <w:r>
        <w:rPr>
          <w:rFonts w:ascii="Tahoma" w:hAnsi="Tahoma" w:cs="Tahoma"/>
          <w:b/>
          <w:bCs/>
          <w:color w:val="1A3461"/>
          <w:sz w:val="44"/>
          <w:szCs w:val="44"/>
          <w:rtl/>
        </w:rPr>
        <w:t>פרק 3: קנה מידה ומדידת מרחקים במפה</w:t>
      </w:r>
    </w:p>
    <w:p>
      <w:pPr>
        <w:bidi/>
        <w:spacing w:before="0" w:after="80"/>
      </w:pPr>
      <w:r>
        <w:drawing>
          <wp:inline xmlns:a="http://schemas.openxmlformats.org/drawingml/2006/main" xmlns:pic="http://schemas.openxmlformats.org/drawingml/2006/picture">
            <wp:extent cx="3240000" cy="2160000"/>
            <wp:docPr id="5" name="Picture 5"/>
            <wp:cNvGraphicFramePr>
              <a:graphicFrameLocks noChangeAspect="1"/>
            </wp:cNvGraphicFramePr>
            <a:graphic>
              <a:graphicData uri="http://schemas.openxmlformats.org/drawingml/2006/picture">
                <pic:pic>
                  <pic:nvPicPr>
                    <pic:cNvPr id="0" name="geo_g5_t03.jpg"/>
                    <pic:cNvPicPr/>
                  </pic:nvPicPr>
                  <pic:blipFill>
                    <a:blip r:embed="rId14"/>
                    <a:stretch>
                      <a:fillRect/>
                    </a:stretch>
                  </pic:blipFill>
                  <pic:spPr>
                    <a:xfrm>
                      <a:off x="0" y="0"/>
                      <a:ext cx="3240000" cy="2160000"/>
                    </a:xfrm>
                    <a:prstGeom prst="rect"/>
                  </pic:spPr>
                </pic:pic>
              </a:graphicData>
            </a:graphic>
          </wp:inline>
        </w:drawing>
      </w:r>
    </w:p>
    <w:p>
      <w:pPr>
        <w:bidi/>
        <w:spacing w:before="120" w:after="40"/>
      </w:pPr>
      <w:r>
        <w:rPr>
          <w:rFonts w:ascii="Tahoma" w:hAnsi="Tahoma" w:cs="Tahoma"/>
          <w:b/>
          <w:bCs/>
          <w:color w:val="1A3461"/>
          <w:sz w:val="28"/>
          <w:szCs w:val="28"/>
          <w:rtl/>
        </w:rPr>
        <w:t>◆ יחידות מידה</w:t>
      </w:r>
    </w:p>
    <w:p>
      <w:pPr>
        <w:bidi/>
        <w:spacing w:before="0" w:after="20"/>
      </w:pPr>
      <w:r>
        <w:rPr>
          <w:rtl/>
        </w:rPr>
        <w:t>1. 1 מטר = 100 ס"מ.</w:t>
      </w:r>
    </w:p>
    <w:p>
      <w:pPr>
        <w:bidi/>
        <w:spacing w:before="0" w:after="20"/>
      </w:pPr>
      <w:r>
        <w:rPr>
          <w:rtl/>
        </w:rPr>
        <w:t>2. 1 ק"מ = 1,000 מטר = 100,000 ס"מ.</w:t>
      </w:r>
    </w:p>
    <w:p>
      <w:pPr>
        <w:bidi/>
        <w:spacing w:before="120" w:after="40"/>
      </w:pPr>
      <w:r>
        <w:rPr>
          <w:rFonts w:ascii="Tahoma" w:hAnsi="Tahoma" w:cs="Tahoma"/>
          <w:b/>
          <w:bCs/>
          <w:color w:val="1A3461"/>
          <w:sz w:val="28"/>
          <w:szCs w:val="28"/>
          <w:rtl/>
        </w:rPr>
        <w:t>◆ כמה שווה 1 ס"מ במפה?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t>קנה מידה</w:t>
            </w:r>
          </w:p>
        </w:tc>
        <w:tc>
          <w:tcPr>
            <w:tcW w:type="dxa" w:w="3326"/>
            <w:shd w:val="clear" w:color="auto" w:fill="1a3461"/>
          </w:tcPr>
          <w:p>
            <w:pPr>
              <w:bidi/>
              <w:spacing w:before="0" w:after="40"/>
            </w:pPr>
            <w:r>
              <w:rPr>
                <w:b/>
                <w:bCs/>
                <w:color w:val="FFFFFF"/>
                <w:rtl/>
              </w:rPr>
              <w:t>1 ס"מ במפה שווה ל-</w:t>
            </w:r>
          </w:p>
        </w:tc>
        <w:tc>
          <w:tcPr>
            <w:tcW w:type="dxa" w:w="3326"/>
            <w:shd w:val="clear" w:color="auto" w:fill="1a3461"/>
          </w:tcPr>
          <w:p>
            <w:pPr>
              <w:bidi/>
              <w:spacing w:before="0" w:after="40"/>
            </w:pPr>
            <w:r>
              <w:rPr>
                <w:b/>
                <w:bCs/>
                <w:color w:val="FFFFFF"/>
                <w:rtl/>
              </w:rPr>
              <w:t>דוגמה: 3 ס"מ במפה</w:t>
            </w:r>
          </w:p>
        </w:tc>
      </w:tr>
      <w:tr>
        <w:tc>
          <w:tcPr>
            <w:tcW w:type="dxa" w:w="3326"/>
          </w:tcPr>
          <w:p>
            <w:pPr>
              <w:bidi/>
              <w:spacing w:before="0" w:after="40"/>
            </w:pPr>
            <w:r>
              <w:rPr>
                <w:rtl/>
              </w:rPr>
              <w:t>‪1:10,000‬</w:t>
            </w:r>
          </w:p>
        </w:tc>
        <w:tc>
          <w:tcPr>
            <w:tcW w:type="dxa" w:w="3326"/>
          </w:tcPr>
          <w:p>
            <w:pPr>
              <w:bidi/>
              <w:spacing w:before="0" w:after="40"/>
            </w:pPr>
            <w:r>
              <w:rPr>
                <w:rtl/>
              </w:rPr>
              <w:t>100 מ'</w:t>
            </w:r>
          </w:p>
        </w:tc>
        <w:tc>
          <w:tcPr>
            <w:tcW w:type="dxa" w:w="3326"/>
          </w:tcPr>
          <w:p>
            <w:pPr>
              <w:bidi/>
              <w:spacing w:before="0" w:after="40"/>
            </w:pPr>
            <w:r>
              <w:rPr>
                <w:rtl/>
              </w:rPr>
              <w:t>300 מ'</w:t>
            </w:r>
          </w:p>
        </w:tc>
      </w:tr>
      <w:tr>
        <w:tc>
          <w:tcPr>
            <w:tcW w:type="dxa" w:w="3326"/>
          </w:tcPr>
          <w:p>
            <w:pPr>
              <w:bidi/>
              <w:spacing w:before="0" w:after="40"/>
            </w:pPr>
            <w:r>
              <w:rPr>
                <w:rtl/>
              </w:rPr>
              <w:t>‪1:50,000‬</w:t>
            </w:r>
          </w:p>
        </w:tc>
        <w:tc>
          <w:tcPr>
            <w:tcW w:type="dxa" w:w="3326"/>
          </w:tcPr>
          <w:p>
            <w:pPr>
              <w:bidi/>
              <w:spacing w:before="0" w:after="40"/>
            </w:pPr>
            <w:r>
              <w:rPr>
                <w:rtl/>
              </w:rPr>
              <w:t>500 מ'</w:t>
            </w:r>
          </w:p>
        </w:tc>
        <w:tc>
          <w:tcPr>
            <w:tcW w:type="dxa" w:w="3326"/>
          </w:tcPr>
          <w:p>
            <w:pPr>
              <w:bidi/>
              <w:spacing w:before="0" w:after="40"/>
            </w:pPr>
            <w:r>
              <w:rPr>
                <w:rtl/>
              </w:rPr>
              <w:t>1.5 ק"מ</w:t>
            </w:r>
          </w:p>
        </w:tc>
      </w:tr>
      <w:tr>
        <w:tc>
          <w:tcPr>
            <w:tcW w:type="dxa" w:w="3326"/>
          </w:tcPr>
          <w:p>
            <w:pPr>
              <w:bidi/>
              <w:spacing w:before="0" w:after="40"/>
            </w:pPr>
            <w:r>
              <w:rPr>
                <w:rtl/>
              </w:rPr>
              <w:t>‪1:100,000‬</w:t>
            </w:r>
          </w:p>
        </w:tc>
        <w:tc>
          <w:tcPr>
            <w:tcW w:type="dxa" w:w="3326"/>
          </w:tcPr>
          <w:p>
            <w:pPr>
              <w:bidi/>
              <w:spacing w:before="0" w:after="40"/>
            </w:pPr>
            <w:r>
              <w:rPr>
                <w:rtl/>
              </w:rPr>
              <w:t>1 ק"מ</w:t>
            </w:r>
          </w:p>
        </w:tc>
        <w:tc>
          <w:tcPr>
            <w:tcW w:type="dxa" w:w="3326"/>
          </w:tcPr>
          <w:p>
            <w:pPr>
              <w:bidi/>
              <w:spacing w:before="0" w:after="40"/>
            </w:pPr>
            <w:r>
              <w:rPr>
                <w:rtl/>
              </w:rPr>
              <w:t>3 ק"מ</w:t>
            </w:r>
          </w:p>
        </w:tc>
      </w:tr>
      <w:tr>
        <w:tc>
          <w:tcPr>
            <w:tcW w:type="dxa" w:w="3326"/>
          </w:tcPr>
          <w:p>
            <w:pPr>
              <w:bidi/>
              <w:spacing w:before="0" w:after="40"/>
            </w:pPr>
            <w:r>
              <w:rPr>
                <w:rtl/>
              </w:rPr>
              <w:t>‪1:1,000,000‬</w:t>
            </w:r>
          </w:p>
        </w:tc>
        <w:tc>
          <w:tcPr>
            <w:tcW w:type="dxa" w:w="3326"/>
          </w:tcPr>
          <w:p>
            <w:pPr>
              <w:bidi/>
              <w:spacing w:before="0" w:after="40"/>
            </w:pPr>
            <w:r>
              <w:rPr>
                <w:rtl/>
              </w:rPr>
              <w:t>10 ק"מ</w:t>
            </w:r>
          </w:p>
        </w:tc>
        <w:tc>
          <w:tcPr>
            <w:tcW w:type="dxa" w:w="3326"/>
          </w:tcPr>
          <w:p>
            <w:pPr>
              <w:bidi/>
              <w:spacing w:before="0" w:after="40"/>
            </w:pPr>
            <w:r>
              <w:rPr>
                <w:rtl/>
              </w:rPr>
              <w:t>30 ק"מ</w:t>
            </w:r>
          </w:p>
        </w:tc>
      </w:tr>
    </w:tbl>
    <w:p>
      <w:pPr>
        <w:bidi/>
        <w:spacing w:before="0" w:after="40"/>
      </w:pPr>
    </w:p>
    <w:p>
      <w:pPr>
        <w:bidi/>
        <w:spacing w:before="120" w:after="40"/>
      </w:pPr>
      <w:r>
        <w:rPr>
          <w:rFonts w:ascii="Tahoma" w:hAnsi="Tahoma" w:cs="Tahoma"/>
          <w:b/>
          <w:bCs/>
          <w:color w:val="1A3461"/>
          <w:sz w:val="28"/>
          <w:szCs w:val="28"/>
          <w:rtl/>
        </w:rPr>
        <w:t>◆ גדול או קטן?</w:t>
      </w:r>
    </w:p>
    <w:p>
      <w:pPr>
        <w:bidi/>
        <w:spacing w:before="0" w:after="20"/>
      </w:pPr>
      <w:r>
        <w:rPr>
          <w:rtl/>
        </w:rPr>
        <w:t>1. קנה מידה גדול ‪(1:10,000)‬: שטח קטן, הרבה פרטים.</w:t>
      </w:r>
    </w:p>
    <w:p>
      <w:pPr>
        <w:bidi/>
        <w:spacing w:before="0" w:after="20"/>
      </w:pPr>
      <w:r>
        <w:rPr>
          <w:rtl/>
        </w:rPr>
        <w:t>2. קנה מידה קטן ‪(1:5,000,000)‬: שטח גדול, מעט פרטים.</w:t>
      </w:r>
    </w:p>
    <w:p>
      <w:pPr>
        <w:bidi/>
        <w:spacing w:before="0" w:after="20"/>
      </w:pPr>
      <w:r>
        <w:rPr>
          <w:rtl/>
        </w:rPr>
        <w:t>3. קנה מידה קווי: סרגל מצויר על המפה.</w:t>
      </w:r>
    </w:p>
    <w:p>
      <w:pPr>
        <w:bidi/>
        <w:spacing w:before="160" w:after="60"/>
      </w:pPr>
      <w:r>
        <w:rPr>
          <w:b/>
          <w:bCs/>
          <w:sz w:val="26"/>
          <w:szCs w:val="26"/>
          <w:rtl/>
        </w:rPr>
        <w:t>1. השלימו בעזרת המחסן.</w:t>
      </w:r>
    </w:p>
    <w:p>
      <w:pPr>
        <w:bidi/>
        <w:spacing w:before="0" w:after="80"/>
      </w:pPr>
      <w:r>
        <w:rPr>
          <w:color w:val="1A3461"/>
          <w:sz w:val="24"/>
          <w:szCs w:val="24"/>
          <w:rtl/>
        </w:rPr>
        <w:t>מחסן מילים: גדול  |  קטן  |  מספרי  |  סרגל  |  מוקטן</w:t>
      </w:r>
    </w:p>
    <w:p>
      <w:pPr>
        <w:bidi/>
        <w:spacing w:before="0" w:after="60"/>
      </w:pPr>
      <w:r>
        <w:rPr>
          <w:rtl/>
        </w:rPr>
        <w:t>א. קנה מידה שכתוב כמו ‪1:25,000‬ הוא קנה מידה __________.</w:t>
      </w:r>
    </w:p>
    <w:p>
      <w:pPr>
        <w:bidi/>
        <w:spacing w:before="0" w:after="60"/>
      </w:pPr>
      <w:r>
        <w:rPr>
          <w:rtl/>
        </w:rPr>
        <w:t>ב. בקנה מידה קווי משתמשים ב__________ מצויר.</w:t>
      </w:r>
    </w:p>
    <w:p>
      <w:pPr>
        <w:bidi/>
        <w:spacing w:before="0" w:after="60"/>
      </w:pPr>
      <w:r>
        <w:rPr>
          <w:rtl/>
        </w:rPr>
        <w:t>ג. מפת עולם היא מפה בקנה מידה __________.</w:t>
      </w:r>
    </w:p>
    <w:p>
      <w:pPr>
        <w:bidi/>
        <w:spacing w:before="0" w:after="60"/>
      </w:pPr>
      <w:r>
        <w:rPr>
          <w:rtl/>
        </w:rPr>
        <w:t>ד. מפת חצר היא מפה בקנה מידה __________.</w:t>
      </w:r>
    </w:p>
    <w:p>
      <w:pPr>
        <w:bidi/>
        <w:spacing w:before="0" w:after="60"/>
      </w:pPr>
      <w:r>
        <w:rPr>
          <w:rtl/>
        </w:rPr>
        <w:t>ה. בכל מפה השטח __________ באופן שווה.</w:t>
      </w:r>
    </w:p>
    <w:p>
      <w:pPr>
        <w:bidi/>
        <w:spacing w:before="160" w:after="60"/>
      </w:pPr>
      <w:r>
        <w:rPr>
          <w:b/>
          <w:bCs/>
          <w:sz w:val="26"/>
          <w:szCs w:val="26"/>
          <w:rtl/>
        </w:rPr>
        <w:t>2. השלימו: כמה שווה 1 ס"מ במפה?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קנה מידה</w:t>
            </w:r>
          </w:p>
        </w:tc>
        <w:tc>
          <w:tcPr>
            <w:tcW w:type="dxa" w:w="4989"/>
            <w:shd w:val="clear" w:color="auto" w:fill="1a3461"/>
          </w:tcPr>
          <w:p>
            <w:pPr>
              <w:bidi/>
              <w:spacing w:before="0" w:after="40"/>
            </w:pPr>
            <w:r>
              <w:rPr>
                <w:b/>
                <w:bCs/>
                <w:color w:val="FFFFFF"/>
                <w:rtl/>
              </w:rPr>
              <w:t>1 ס"מ במפה שווה ל-</w:t>
            </w:r>
          </w:p>
        </w:tc>
      </w:tr>
      <w:tr>
        <w:tc>
          <w:tcPr>
            <w:tcW w:type="dxa" w:w="4989"/>
          </w:tcPr>
          <w:p>
            <w:pPr>
              <w:bidi/>
              <w:spacing w:before="0" w:after="40"/>
            </w:pPr>
            <w:r>
              <w:rPr>
                <w:rtl/>
              </w:rPr>
              <w:t>‪1:25,000‬</w:t>
            </w:r>
          </w:p>
        </w:tc>
        <w:tc>
          <w:tcPr>
            <w:tcW w:type="dxa" w:w="4989"/>
          </w:tcPr>
          <w:p>
            <w:pPr>
              <w:bidi/>
              <w:spacing w:before="0" w:after="40"/>
            </w:pPr>
            <w:r>
              <w:rPr>
                <w:rtl/>
              </w:rPr>
            </w:r>
          </w:p>
        </w:tc>
      </w:tr>
      <w:tr>
        <w:tc>
          <w:tcPr>
            <w:tcW w:type="dxa" w:w="4989"/>
          </w:tcPr>
          <w:p>
            <w:pPr>
              <w:bidi/>
              <w:spacing w:before="0" w:after="40"/>
            </w:pPr>
            <w:r>
              <w:rPr>
                <w:rtl/>
              </w:rPr>
              <w:t>‪1:100,000‬</w:t>
            </w:r>
          </w:p>
        </w:tc>
        <w:tc>
          <w:tcPr>
            <w:tcW w:type="dxa" w:w="4989"/>
          </w:tcPr>
          <w:p>
            <w:pPr>
              <w:bidi/>
              <w:spacing w:before="0" w:after="40"/>
            </w:pPr>
            <w:r>
              <w:rPr>
                <w:rtl/>
              </w:rPr>
            </w:r>
          </w:p>
        </w:tc>
      </w:tr>
      <w:tr>
        <w:tc>
          <w:tcPr>
            <w:tcW w:type="dxa" w:w="4989"/>
          </w:tcPr>
          <w:p>
            <w:pPr>
              <w:bidi/>
              <w:spacing w:before="0" w:after="40"/>
            </w:pPr>
            <w:r>
              <w:rPr>
                <w:rtl/>
              </w:rPr>
              <w:t>‪1:500,000‬</w:t>
            </w:r>
          </w:p>
        </w:tc>
        <w:tc>
          <w:tcPr>
            <w:tcW w:type="dxa" w:w="4989"/>
          </w:tcPr>
          <w:p>
            <w:pPr>
              <w:bidi/>
              <w:spacing w:before="0" w:after="40"/>
            </w:pPr>
            <w:r>
              <w:rPr>
                <w:rtl/>
              </w:rPr>
            </w:r>
          </w:p>
        </w:tc>
      </w:tr>
      <w:tr>
        <w:tc>
          <w:tcPr>
            <w:tcW w:type="dxa" w:w="4989"/>
          </w:tcPr>
          <w:p>
            <w:pPr>
              <w:bidi/>
              <w:spacing w:before="0" w:after="40"/>
            </w:pPr>
            <w:r>
              <w:rPr>
                <w:rtl/>
              </w:rPr>
              <w:t>‪1:20,000‬</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3. חשבו את המרחק האמיתי.</w:t>
      </w:r>
    </w:p>
    <w:p>
      <w:pPr>
        <w:bidi/>
        <w:spacing w:before="0" w:after="60"/>
      </w:pPr>
      <w:r>
        <w:rPr>
          <w:rtl/>
        </w:rPr>
        <w:t>א. ‪1:100,000‬, מרחק במפה 7 ס"מ: __________ ק"מ.</w:t>
      </w:r>
    </w:p>
    <w:p>
      <w:pPr>
        <w:bidi/>
        <w:spacing w:before="0" w:after="60"/>
      </w:pPr>
      <w:r>
        <w:rPr>
          <w:rtl/>
        </w:rPr>
        <w:t>ב. ‪1:500,000‬, מרחק במפה 4 ס"מ: __________ ק"מ.</w:t>
      </w:r>
    </w:p>
    <w:p>
      <w:pPr>
        <w:bidi/>
        <w:spacing w:before="0" w:after="60"/>
      </w:pPr>
      <w:r>
        <w:rPr>
          <w:rtl/>
        </w:rPr>
        <w:t>ג. ‪1:25,000‬, מרחק במפה 4 ס"מ: __________ ק"מ.</w:t>
      </w:r>
    </w:p>
    <w:p>
      <w:pPr>
        <w:bidi/>
        <w:spacing w:before="0" w:after="60"/>
      </w:pPr>
      <w:r>
        <w:rPr>
          <w:rtl/>
        </w:rPr>
        <w:t>ד. ‪1:20,000‬, מרחק במפה 3 ס"מ: __________ מטר.</w:t>
      </w:r>
    </w:p>
    <w:p>
      <w:pPr>
        <w:bidi/>
        <w:spacing w:before="160" w:after="60"/>
      </w:pPr>
      <w:r>
        <w:rPr>
          <w:b/>
          <w:bCs/>
          <w:sz w:val="26"/>
          <w:szCs w:val="26"/>
          <w:rtl/>
        </w:rPr>
        <w:t>4. חשבו את המרחק במפה.</w:t>
      </w:r>
    </w:p>
    <w:p>
      <w:pPr>
        <w:bidi/>
        <w:spacing w:before="0" w:after="60"/>
      </w:pPr>
      <w:r>
        <w:rPr>
          <w:rtl/>
        </w:rPr>
        <w:t>א. ‪1:100,000‬, מרחק אמיתי 4 ק"מ: __________ ס"מ.</w:t>
      </w:r>
    </w:p>
    <w:p>
      <w:pPr>
        <w:bidi/>
        <w:spacing w:before="0" w:after="60"/>
      </w:pPr>
      <w:r>
        <w:rPr>
          <w:rtl/>
        </w:rPr>
        <w:t>ב. ‪1:50,000‬, מרחק אמיתי 3 ק"מ: __________ ס"מ.</w:t>
      </w:r>
    </w:p>
    <w:p>
      <w:pPr>
        <w:bidi/>
        <w:spacing w:before="0" w:after="60"/>
      </w:pPr>
      <w:r>
        <w:rPr>
          <w:rtl/>
        </w:rPr>
        <w:t>ג. ‪1:1,000,000‬, מרחק אמיתי 50 ק"מ: __________ ס"מ.</w:t>
      </w:r>
    </w:p>
    <w:p>
      <w:pPr>
        <w:bidi/>
        <w:spacing w:before="160" w:after="60"/>
      </w:pPr>
      <w:r>
        <w:rPr>
          <w:b/>
          <w:bCs/>
          <w:sz w:val="26"/>
          <w:szCs w:val="26"/>
          <w:rtl/>
        </w:rPr>
        <w:t>5. בחרו את התשובה הנכונה.</w:t>
      </w:r>
    </w:p>
    <w:p>
      <w:pPr>
        <w:bidi/>
        <w:spacing w:before="0" w:after="20"/>
      </w:pPr>
      <w:r>
        <w:rPr>
          <w:rtl/>
        </w:rPr>
        <w:t>א. איזה קנה מידה מתאים למפה של כל אגן הים התיכון בדף אחד?</w:t>
      </w:r>
    </w:p>
    <w:p>
      <w:pPr>
        <w:bidi/>
        <w:spacing w:before="0" w:after="80"/>
      </w:pPr>
      <w:r>
        <w:rPr>
          <w:rtl/>
        </w:rPr>
        <w:t xml:space="preserve">   ○ ‪1:5,000‬      ○ ‪1:10,000,000‬      ○ ‪1:10,000‬</w:t>
      </w:r>
    </w:p>
    <w:p>
      <w:pPr>
        <w:bidi/>
        <w:spacing w:before="0" w:after="20"/>
      </w:pPr>
      <w:r>
        <w:rPr>
          <w:rtl/>
        </w:rPr>
        <w:t>ב. מה ההבדל בין ‪1:10,000‬ ל-‪1:100,000‬?</w:t>
      </w:r>
    </w:p>
    <w:p>
      <w:pPr>
        <w:bidi/>
        <w:spacing w:before="0" w:after="80"/>
      </w:pPr>
      <w:r>
        <w:rPr>
          <w:rtl/>
        </w:rPr>
        <w:t xml:space="preserve">   ○ ב-‪1:10,000‬ השטח מוקטן פחות      ○ ב-‪1:10,000‬ השטח מוקטן יותר      ○ אין הבדל</w:t>
      </w:r>
    </w:p>
    <w:p>
      <w:pPr>
        <w:bidi/>
        <w:spacing w:before="160" w:after="60"/>
      </w:pPr>
      <w:r>
        <w:rPr>
          <w:b/>
          <w:bCs/>
          <w:sz w:val="26"/>
          <w:szCs w:val="26"/>
          <w:rtl/>
        </w:rPr>
        <w:t>6.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a3461"/>
          </w:tcPr>
          <w:p>
            <w:pPr>
              <w:bidi/>
              <w:spacing w:before="0" w:after="40"/>
            </w:pPr>
            <w:r>
              <w:rPr>
                <w:b/>
                <w:bCs/>
                <w:color w:val="FFFFFF"/>
                <w:rtl/>
              </w:rPr>
              <w:t>משפט</w:t>
            </w:r>
          </w:p>
        </w:tc>
        <w:tc>
          <w:tcPr>
            <w:tcW w:type="dxa" w:w="2494"/>
            <w:shd w:val="clear" w:color="auto" w:fill="1a3461"/>
          </w:tcPr>
          <w:p>
            <w:pPr>
              <w:bidi/>
              <w:spacing w:before="0" w:after="40"/>
            </w:pPr>
            <w:r>
              <w:rPr>
                <w:b/>
                <w:bCs/>
                <w:color w:val="FFFFFF"/>
                <w:rtl/>
              </w:rPr>
              <w:t>נכון</w:t>
            </w:r>
          </w:p>
        </w:tc>
        <w:tc>
          <w:tcPr>
            <w:tcW w:type="dxa" w:w="2494"/>
            <w:shd w:val="clear" w:color="auto" w:fill="1a3461"/>
          </w:tcPr>
          <w:p>
            <w:pPr>
              <w:bidi/>
              <w:spacing w:before="0" w:after="40"/>
            </w:pPr>
            <w:r>
              <w:rPr>
                <w:b/>
                <w:bCs/>
                <w:color w:val="FFFFFF"/>
                <w:rtl/>
              </w:rPr>
              <w:t>לא נכון</w:t>
            </w:r>
          </w:p>
        </w:tc>
        <w:tc>
          <w:tcPr>
            <w:tcW w:type="dxa" w:w="2494"/>
            <w:shd w:val="clear" w:color="auto" w:fill="1a3461"/>
          </w:tcPr>
          <w:p>
            <w:pPr>
              <w:bidi/>
              <w:spacing w:before="0" w:after="40"/>
            </w:pPr>
            <w:r>
              <w:rPr>
                <w:b/>
                <w:bCs/>
                <w:color w:val="FFFFFF"/>
                <w:rtl/>
              </w:rPr>
              <w:t>תיקון</w:t>
            </w:r>
          </w:p>
        </w:tc>
      </w:tr>
      <w:tr>
        <w:tc>
          <w:tcPr>
            <w:tcW w:type="dxa" w:w="2494"/>
          </w:tcPr>
          <w:p>
            <w:pPr>
              <w:bidi/>
              <w:spacing w:before="0" w:after="40"/>
            </w:pPr>
            <w:r>
              <w:rPr>
                <w:rtl/>
              </w:rPr>
              <w:t>א. במפה בקנה מידה ‪1:50,000‬, 2 ס"מ שווים לק"מ אחד.</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ככל שהמספר אחרי הנקודתיים גדול יותר, השטח במפה מוקטן פחות.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מפת טיולים ‪1:50,000‬ מתאימה לתכנון טיול רגלי.</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7. התאימו לכל מטרה את המפה המתאימה.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טור א</w:t>
            </w:r>
          </w:p>
        </w:tc>
        <w:tc>
          <w:tcPr>
            <w:tcW w:type="dxa" w:w="4989"/>
            <w:shd w:val="clear" w:color="auto" w:fill="1a3461"/>
          </w:tcPr>
          <w:p>
            <w:pPr>
              <w:bidi/>
              <w:spacing w:before="0" w:after="40"/>
            </w:pPr>
            <w:r>
              <w:rPr>
                <w:b/>
                <w:bCs/>
                <w:color w:val="FFFFFF"/>
                <w:rtl/>
              </w:rPr>
              <w:t>טור ב</w:t>
            </w:r>
          </w:p>
        </w:tc>
      </w:tr>
      <w:tr>
        <w:tc>
          <w:tcPr>
            <w:tcW w:type="dxa" w:w="4989"/>
          </w:tcPr>
          <w:p>
            <w:pPr>
              <w:bidi/>
              <w:spacing w:before="0" w:after="40"/>
            </w:pPr>
            <w:r>
              <w:rPr>
                <w:rtl/>
              </w:rPr>
              <w:t>1. למצוא את המעבדה בתוך בית הספר</w:t>
            </w:r>
          </w:p>
        </w:tc>
        <w:tc>
          <w:tcPr>
            <w:tcW w:type="dxa" w:w="4989"/>
          </w:tcPr>
          <w:p>
            <w:pPr>
              <w:bidi/>
              <w:spacing w:before="0" w:after="40"/>
            </w:pPr>
            <w:r>
              <w:rPr>
                <w:rtl/>
              </w:rPr>
              <w:t>[   ] ‪1:50,000‬</w:t>
            </w:r>
          </w:p>
        </w:tc>
      </w:tr>
      <w:tr>
        <w:tc>
          <w:tcPr>
            <w:tcW w:type="dxa" w:w="4989"/>
          </w:tcPr>
          <w:p>
            <w:pPr>
              <w:bidi/>
              <w:spacing w:before="0" w:after="40"/>
            </w:pPr>
            <w:r>
              <w:rPr>
                <w:rtl/>
              </w:rPr>
              <w:t>2. לתכנן טיול רגלי בגליל</w:t>
            </w:r>
          </w:p>
        </w:tc>
        <w:tc>
          <w:tcPr>
            <w:tcW w:type="dxa" w:w="4989"/>
          </w:tcPr>
          <w:p>
            <w:pPr>
              <w:bidi/>
              <w:spacing w:before="0" w:after="40"/>
            </w:pPr>
            <w:r>
              <w:rPr>
                <w:rtl/>
              </w:rPr>
              <w:t>[   ] ‪1:20,000,000‬</w:t>
            </w:r>
          </w:p>
        </w:tc>
      </w:tr>
      <w:tr>
        <w:tc>
          <w:tcPr>
            <w:tcW w:type="dxa" w:w="4989"/>
          </w:tcPr>
          <w:p>
            <w:pPr>
              <w:bidi/>
              <w:spacing w:before="0" w:after="40"/>
            </w:pPr>
            <w:r>
              <w:rPr>
                <w:rtl/>
              </w:rPr>
              <w:t>3. לנסוע ברכב מצפון הארץ לדרומה</w:t>
            </w:r>
          </w:p>
        </w:tc>
        <w:tc>
          <w:tcPr>
            <w:tcW w:type="dxa" w:w="4989"/>
          </w:tcPr>
          <w:p>
            <w:pPr>
              <w:bidi/>
              <w:spacing w:before="0" w:after="40"/>
            </w:pPr>
            <w:r>
              <w:rPr>
                <w:rtl/>
              </w:rPr>
              <w:t>[   ] ‪1:1,000‬</w:t>
            </w:r>
          </w:p>
        </w:tc>
      </w:tr>
      <w:tr>
        <w:tc>
          <w:tcPr>
            <w:tcW w:type="dxa" w:w="4989"/>
          </w:tcPr>
          <w:p>
            <w:pPr>
              <w:bidi/>
              <w:spacing w:before="0" w:after="40"/>
            </w:pPr>
            <w:r>
              <w:rPr>
                <w:rtl/>
              </w:rPr>
              <w:t>4. להכיר את כל מדינות אירופה</w:t>
            </w:r>
          </w:p>
        </w:tc>
        <w:tc>
          <w:tcPr>
            <w:tcW w:type="dxa" w:w="4989"/>
          </w:tcPr>
          <w:p>
            <w:pPr>
              <w:bidi/>
              <w:spacing w:before="0" w:after="40"/>
            </w:pPr>
            <w:r>
              <w:rPr>
                <w:rtl/>
              </w:rPr>
              <w:t>[   ] ‪1:500,000‬</w:t>
            </w:r>
          </w:p>
        </w:tc>
      </w:tr>
    </w:tbl>
    <w:p>
      <w:pPr>
        <w:bidi/>
        <w:spacing w:before="0" w:after="40"/>
      </w:pPr>
    </w:p>
    <w:p>
      <w:pPr>
        <w:bidi/>
        <w:spacing w:before="160" w:after="60"/>
      </w:pPr>
      <w:r>
        <w:rPr>
          <w:b/>
          <w:bCs/>
          <w:sz w:val="26"/>
          <w:szCs w:val="26"/>
          <w:rtl/>
        </w:rPr>
        <w:t>8. בכל זוג, כתבו איזה קנה מידה גדול יותר (מראה שטח קטן יותר בפרטים רבים יותר).</w:t>
      </w:r>
    </w:p>
    <w:p>
      <w:pPr>
        <w:bidi/>
        <w:spacing w:before="0" w:after="100"/>
      </w:pPr>
      <w:r>
        <w:rPr>
          <w:rtl/>
        </w:rPr>
        <w:t>א. ‪1:5,000‬ או ‪1:50,000‬</w:t>
      </w:r>
    </w:p>
    <w:p>
      <w:pPr>
        <w:bidi/>
        <w:spacing w:before="0" w:after="100"/>
      </w:pPr>
      <w:r>
        <w:rPr>
          <w:rtl/>
        </w:rPr>
        <w:t>ב. ‪1:2,000,000‬ או ‪1:250,000‬</w:t>
      </w:r>
    </w:p>
    <w:p>
      <w:pPr>
        <w:bidi/>
        <w:spacing w:before="0" w:after="100"/>
      </w:pPr>
      <w:r>
        <w:rPr>
          <w:rtl/>
        </w:rPr>
        <w:t>ג. ‪1:10,000‬ או ‪1:100,000‬</w:t>
      </w:r>
    </w:p>
    <w:p>
      <w:pPr>
        <w:bidi/>
        <w:spacing w:before="0" w:after="100"/>
      </w:pPr>
      <w:r>
        <w:rPr>
          <w:rtl/>
        </w:rPr>
        <w:t>ד. ‪1:20,000,000‬ או ‪1:1,000,000‬</w:t>
      </w:r>
    </w:p>
    <w:p>
      <w:pPr>
        <w:bidi/>
        <w:spacing w:before="120" w:after="40"/>
      </w:pPr>
      <w:r>
        <w:rPr>
          <w:rFonts w:ascii="Tahoma" w:hAnsi="Tahoma" w:cs="Tahoma"/>
          <w:b/>
          <w:bCs/>
          <w:color w:val="1A3461"/>
          <w:sz w:val="30"/>
          <w:szCs w:val="30"/>
          <w:rtl/>
        </w:rPr>
        <w:t>מרוץ שליחים בפארק</w:t>
      </w:r>
    </w:p>
    <w:p>
      <w:pPr>
        <w:bidi/>
        <w:spacing w:before="0" w:after="80"/>
      </w:pPr>
      <w:r>
        <w:rPr>
          <w:rtl/>
        </w:rPr>
        <w:t>בפארק העירוני הוכן מסלול ריצה לשליחים, ותלמידי כיתה ה' קיבלו מפה שלו בקנה מידה ‪1:10,000‬. במפה כל ס"מ שווה ל-100 מטר.</w:t>
      </w:r>
    </w:p>
    <w:p>
      <w:pPr>
        <w:bidi/>
        <w:spacing w:before="0" w:after="80"/>
      </w:pPr>
      <w:r>
        <w:rPr>
          <w:rtl/>
        </w:rPr>
        <w:t>המסלול מחולק לשלושה קטעים: מן השער אל האגם – 4 ס"מ במפה, מן האגם אל העץ הגדול – 3 ס"מ, ומן העץ אל קו הסיום – 5 ס"מ.</w:t>
      </w:r>
    </w:p>
    <w:p>
      <w:pPr>
        <w:bidi/>
        <w:spacing w:before="0" w:after="80"/>
      </w:pPr>
      <w:r>
        <w:rPr>
          <w:rtl/>
        </w:rPr>
        <w:t>המורה ביקשה מכל קבוצה לבחור את הרץ המהיר ביותר לקטע הארוך ביותר, ולכן קודם כול צריך לחשב את אורכו של כל קטע. דניאל, שאוהב ריצות ארוכות, התנדב מיד.</w:t>
      </w:r>
    </w:p>
    <w:p>
      <w:pPr>
        <w:bidi/>
        <w:spacing w:before="160" w:after="60"/>
      </w:pPr>
      <w:r>
        <w:rPr>
          <w:b/>
          <w:bCs/>
          <w:sz w:val="26"/>
          <w:szCs w:val="26"/>
          <w:rtl/>
        </w:rPr>
        <w:t>9. לפי הטקסט «מרוץ שליחים בפארק», חשבו את אורך כל קטע.</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t>קטע</w:t>
            </w:r>
          </w:p>
        </w:tc>
        <w:tc>
          <w:tcPr>
            <w:tcW w:type="dxa" w:w="3326"/>
            <w:shd w:val="clear" w:color="auto" w:fill="1a3461"/>
          </w:tcPr>
          <w:p>
            <w:pPr>
              <w:bidi/>
              <w:spacing w:before="0" w:after="40"/>
            </w:pPr>
            <w:r>
              <w:rPr>
                <w:b/>
                <w:bCs/>
                <w:color w:val="FFFFFF"/>
                <w:rtl/>
              </w:rPr>
              <w:t>במפה</w:t>
            </w:r>
          </w:p>
        </w:tc>
        <w:tc>
          <w:tcPr>
            <w:tcW w:type="dxa" w:w="3326"/>
            <w:shd w:val="clear" w:color="auto" w:fill="1a3461"/>
          </w:tcPr>
          <w:p>
            <w:pPr>
              <w:bidi/>
              <w:spacing w:before="0" w:after="40"/>
            </w:pPr>
            <w:r>
              <w:rPr>
                <w:b/>
                <w:bCs/>
                <w:color w:val="FFFFFF"/>
                <w:rtl/>
              </w:rPr>
              <w:t>במציאות</w:t>
            </w:r>
          </w:p>
        </w:tc>
      </w:tr>
      <w:tr>
        <w:tc>
          <w:tcPr>
            <w:tcW w:type="dxa" w:w="3326"/>
          </w:tcPr>
          <w:p>
            <w:pPr>
              <w:bidi/>
              <w:spacing w:before="0" w:after="40"/>
            </w:pPr>
            <w:r>
              <w:rPr>
                <w:rtl/>
              </w:rPr>
              <w:t>שער – אגם</w:t>
            </w:r>
          </w:p>
        </w:tc>
        <w:tc>
          <w:tcPr>
            <w:tcW w:type="dxa" w:w="3326"/>
          </w:tcPr>
          <w:p>
            <w:pPr>
              <w:bidi/>
              <w:spacing w:before="0" w:after="40"/>
            </w:pPr>
            <w:r>
              <w:rPr>
                <w:rtl/>
              </w:rPr>
              <w:t>4 ס"מ</w:t>
            </w:r>
          </w:p>
        </w:tc>
        <w:tc>
          <w:tcPr>
            <w:tcW w:type="dxa" w:w="3326"/>
          </w:tcPr>
          <w:p>
            <w:pPr>
              <w:bidi/>
              <w:spacing w:before="0" w:after="40"/>
            </w:pPr>
            <w:r>
              <w:rPr>
                <w:rtl/>
              </w:rPr>
            </w:r>
          </w:p>
        </w:tc>
      </w:tr>
      <w:tr>
        <w:tc>
          <w:tcPr>
            <w:tcW w:type="dxa" w:w="3326"/>
          </w:tcPr>
          <w:p>
            <w:pPr>
              <w:bidi/>
              <w:spacing w:before="0" w:after="40"/>
            </w:pPr>
            <w:r>
              <w:rPr>
                <w:rtl/>
              </w:rPr>
              <w:t>אגם – עץ</w:t>
            </w:r>
          </w:p>
        </w:tc>
        <w:tc>
          <w:tcPr>
            <w:tcW w:type="dxa" w:w="3326"/>
          </w:tcPr>
          <w:p>
            <w:pPr>
              <w:bidi/>
              <w:spacing w:before="0" w:after="40"/>
            </w:pPr>
            <w:r>
              <w:rPr>
                <w:rtl/>
              </w:rPr>
              <w:t>3 ס"מ</w:t>
            </w:r>
          </w:p>
        </w:tc>
        <w:tc>
          <w:tcPr>
            <w:tcW w:type="dxa" w:w="3326"/>
          </w:tcPr>
          <w:p>
            <w:pPr>
              <w:bidi/>
              <w:spacing w:before="0" w:after="40"/>
            </w:pPr>
            <w:r>
              <w:rPr>
                <w:rtl/>
              </w:rPr>
            </w:r>
          </w:p>
        </w:tc>
      </w:tr>
      <w:tr>
        <w:tc>
          <w:tcPr>
            <w:tcW w:type="dxa" w:w="3326"/>
          </w:tcPr>
          <w:p>
            <w:pPr>
              <w:bidi/>
              <w:spacing w:before="0" w:after="40"/>
            </w:pPr>
            <w:r>
              <w:rPr>
                <w:rtl/>
              </w:rPr>
              <w:t>עץ – סיום</w:t>
            </w:r>
          </w:p>
        </w:tc>
        <w:tc>
          <w:tcPr>
            <w:tcW w:type="dxa" w:w="3326"/>
          </w:tcPr>
          <w:p>
            <w:pPr>
              <w:bidi/>
              <w:spacing w:before="0" w:after="40"/>
            </w:pPr>
            <w:r>
              <w:rPr>
                <w:rtl/>
              </w:rPr>
              <w:t>5 ס"מ</w:t>
            </w:r>
          </w:p>
        </w:tc>
        <w:tc>
          <w:tcPr>
            <w:tcW w:type="dxa" w:w="3326"/>
          </w:tcPr>
          <w:p>
            <w:pPr>
              <w:bidi/>
              <w:spacing w:before="0" w:after="40"/>
            </w:pPr>
            <w:r>
              <w:rPr>
                <w:rtl/>
              </w:rPr>
            </w:r>
          </w:p>
        </w:tc>
      </w:tr>
      <w:tr>
        <w:tc>
          <w:tcPr>
            <w:tcW w:type="dxa" w:w="3326"/>
          </w:tcPr>
          <w:p>
            <w:pPr>
              <w:bidi/>
              <w:spacing w:before="0" w:after="40"/>
            </w:pPr>
            <w:r>
              <w:rPr>
                <w:rtl/>
              </w:rPr>
              <w:t>כל המסלול</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10. באיזה קטע ירוץ דניאל? הסבירו בעזרת החישוב.</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שרטטו קנה מידה קווי למפת הפארק ‪(1:10,000)‬: סרגל של 5 ס"מ, וכתבו ליד כל ס"מ כמה מטרים הוא שווה.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אתגר: עומר מדד בסרגל מרחק של 6 ס"מ בין שתי ערים, אבל שכח לבדוק את קנה המידה. הסבירו מדוע אי אפשר לדעת את המרחק האמיתי, ותנו שתי תשובות אפשריות לשני קני מידה שונים.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ה'   |   פרק 4</w:t>
      </w:r>
    </w:p>
    <w:p>
      <w:pPr>
        <w:bidi/>
        <w:spacing w:before="0" w:after="120"/>
      </w:pPr>
      <w:r>
        <w:rPr>
          <w:rFonts w:ascii="Tahoma" w:hAnsi="Tahoma" w:cs="Tahoma"/>
          <w:b/>
          <w:bCs/>
          <w:color w:val="1A3461"/>
          <w:sz w:val="44"/>
          <w:szCs w:val="44"/>
          <w:rtl/>
        </w:rPr>
        <w:t>פרק 4: רשת המעלות, האטלס ומפות נושאיות</w:t>
      </w:r>
    </w:p>
    <w:p>
      <w:pPr>
        <w:bidi/>
        <w:spacing w:before="0" w:after="80"/>
      </w:pPr>
      <w:r>
        <w:drawing>
          <wp:inline xmlns:a="http://schemas.openxmlformats.org/drawingml/2006/main" xmlns:pic="http://schemas.openxmlformats.org/drawingml/2006/picture">
            <wp:extent cx="3240000" cy="2160000"/>
            <wp:docPr id="6" name="Picture 6"/>
            <wp:cNvGraphicFramePr>
              <a:graphicFrameLocks noChangeAspect="1"/>
            </wp:cNvGraphicFramePr>
            <a:graphic>
              <a:graphicData uri="http://schemas.openxmlformats.org/drawingml/2006/picture">
                <pic:pic>
                  <pic:nvPicPr>
                    <pic:cNvPr id="0" name="geo_g5_t04.jpg"/>
                    <pic:cNvPicPr/>
                  </pic:nvPicPr>
                  <pic:blipFill>
                    <a:blip r:embed="rId15"/>
                    <a:stretch>
                      <a:fillRect/>
                    </a:stretch>
                  </pic:blipFill>
                  <pic:spPr>
                    <a:xfrm>
                      <a:off x="0" y="0"/>
                      <a:ext cx="3240000" cy="2160000"/>
                    </a:xfrm>
                    <a:prstGeom prst="rect"/>
                  </pic:spPr>
                </pic:pic>
              </a:graphicData>
            </a:graphic>
          </wp:inline>
        </w:drawing>
      </w:r>
    </w:p>
    <w:p>
      <w:pPr>
        <w:bidi/>
        <w:spacing w:before="120" w:after="40"/>
      </w:pPr>
      <w:r>
        <w:rPr>
          <w:rFonts w:ascii="Tahoma" w:hAnsi="Tahoma" w:cs="Tahoma"/>
          <w:b/>
          <w:bCs/>
          <w:color w:val="1A3461"/>
          <w:sz w:val="28"/>
          <w:szCs w:val="28"/>
          <w:rtl/>
        </w:rPr>
        <w:t>◆ רשת המעלות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r>
          </w:p>
        </w:tc>
        <w:tc>
          <w:tcPr>
            <w:tcW w:type="dxa" w:w="3326"/>
            <w:shd w:val="clear" w:color="auto" w:fill="1a3461"/>
          </w:tcPr>
          <w:p>
            <w:pPr>
              <w:bidi/>
              <w:spacing w:before="0" w:after="40"/>
            </w:pPr>
            <w:r>
              <w:rPr>
                <w:b/>
                <w:bCs/>
                <w:color w:val="FFFFFF"/>
                <w:rtl/>
              </w:rPr>
              <w:t>קווי רוחב</w:t>
            </w:r>
          </w:p>
        </w:tc>
        <w:tc>
          <w:tcPr>
            <w:tcW w:type="dxa" w:w="3326"/>
            <w:shd w:val="clear" w:color="auto" w:fill="1a3461"/>
          </w:tcPr>
          <w:p>
            <w:pPr>
              <w:bidi/>
              <w:spacing w:before="0" w:after="40"/>
            </w:pPr>
            <w:r>
              <w:rPr>
                <w:b/>
                <w:bCs/>
                <w:color w:val="FFFFFF"/>
                <w:rtl/>
              </w:rPr>
              <w:t>קווי אורך</w:t>
            </w:r>
          </w:p>
        </w:tc>
      </w:tr>
      <w:tr>
        <w:tc>
          <w:tcPr>
            <w:tcW w:type="dxa" w:w="3326"/>
          </w:tcPr>
          <w:p>
            <w:pPr>
              <w:bidi/>
              <w:spacing w:before="0" w:after="40"/>
            </w:pPr>
            <w:r>
              <w:rPr>
                <w:rtl/>
              </w:rPr>
              <w:t>לאן הם נמתחים</w:t>
            </w:r>
          </w:p>
        </w:tc>
        <w:tc>
          <w:tcPr>
            <w:tcW w:type="dxa" w:w="3326"/>
          </w:tcPr>
          <w:p>
            <w:pPr>
              <w:bidi/>
              <w:spacing w:before="0" w:after="40"/>
            </w:pPr>
            <w:r>
              <w:rPr>
                <w:rtl/>
              </w:rPr>
              <w:t>ממזרח למערב</w:t>
            </w:r>
          </w:p>
        </w:tc>
        <w:tc>
          <w:tcPr>
            <w:tcW w:type="dxa" w:w="3326"/>
          </w:tcPr>
          <w:p>
            <w:pPr>
              <w:bidi/>
              <w:spacing w:before="0" w:after="40"/>
            </w:pPr>
            <w:r>
              <w:rPr>
                <w:rtl/>
              </w:rPr>
              <w:t>מקוטב לקוטב</w:t>
            </w:r>
          </w:p>
        </w:tc>
      </w:tr>
      <w:tr>
        <w:tc>
          <w:tcPr>
            <w:tcW w:type="dxa" w:w="3326"/>
          </w:tcPr>
          <w:p>
            <w:pPr>
              <w:bidi/>
              <w:spacing w:before="0" w:after="40"/>
            </w:pPr>
            <w:r>
              <w:rPr>
                <w:rtl/>
              </w:rPr>
              <w:t>קו ה-0</w:t>
            </w:r>
          </w:p>
        </w:tc>
        <w:tc>
          <w:tcPr>
            <w:tcW w:type="dxa" w:w="3326"/>
          </w:tcPr>
          <w:p>
            <w:pPr>
              <w:bidi/>
              <w:spacing w:before="0" w:after="40"/>
            </w:pPr>
            <w:r>
              <w:rPr>
                <w:rtl/>
              </w:rPr>
              <w:t>קו המשווה</w:t>
            </w:r>
          </w:p>
        </w:tc>
        <w:tc>
          <w:tcPr>
            <w:tcW w:type="dxa" w:w="3326"/>
          </w:tcPr>
          <w:p>
            <w:pPr>
              <w:bidi/>
              <w:spacing w:before="0" w:after="40"/>
            </w:pPr>
            <w:r>
              <w:rPr>
                <w:rtl/>
              </w:rPr>
              <w:t>קו האפס (גריניץ')</w:t>
            </w:r>
          </w:p>
        </w:tc>
      </w:tr>
      <w:tr>
        <w:tc>
          <w:tcPr>
            <w:tcW w:type="dxa" w:w="3326"/>
          </w:tcPr>
          <w:p>
            <w:pPr>
              <w:bidi/>
              <w:spacing w:before="0" w:after="40"/>
            </w:pPr>
            <w:r>
              <w:rPr>
                <w:rtl/>
              </w:rPr>
              <w:t>סופרים</w:t>
            </w:r>
          </w:p>
        </w:tc>
        <w:tc>
          <w:tcPr>
            <w:tcW w:type="dxa" w:w="3326"/>
          </w:tcPr>
          <w:p>
            <w:pPr>
              <w:bidi/>
              <w:spacing w:before="0" w:after="40"/>
            </w:pPr>
            <w:r>
              <w:rPr>
                <w:rtl/>
              </w:rPr>
              <w:t>צפונה ודרומה, עד 90</w:t>
            </w:r>
          </w:p>
        </w:tc>
        <w:tc>
          <w:tcPr>
            <w:tcW w:type="dxa" w:w="3326"/>
          </w:tcPr>
          <w:p>
            <w:pPr>
              <w:bidi/>
              <w:spacing w:before="0" w:after="40"/>
            </w:pPr>
            <w:r>
              <w:rPr>
                <w:rtl/>
              </w:rPr>
              <w:t>מזרחה ומערבה, עד 180</w:t>
            </w:r>
          </w:p>
        </w:tc>
      </w:tr>
      <w:tr>
        <w:tc>
          <w:tcPr>
            <w:tcW w:type="dxa" w:w="3326"/>
          </w:tcPr>
          <w:p>
            <w:pPr>
              <w:bidi/>
              <w:spacing w:before="0" w:after="40"/>
            </w:pPr>
            <w:r>
              <w:rPr>
                <w:rtl/>
              </w:rPr>
              <w:t>מחלקים ל-</w:t>
            </w:r>
          </w:p>
        </w:tc>
        <w:tc>
          <w:tcPr>
            <w:tcW w:type="dxa" w:w="3326"/>
          </w:tcPr>
          <w:p>
            <w:pPr>
              <w:bidi/>
              <w:spacing w:before="0" w:after="40"/>
            </w:pPr>
            <w:r>
              <w:rPr>
                <w:rtl/>
              </w:rPr>
              <w:t>חצי כדור צפוני ודרומי</w:t>
            </w:r>
          </w:p>
        </w:tc>
        <w:tc>
          <w:tcPr>
            <w:tcW w:type="dxa" w:w="3326"/>
          </w:tcPr>
          <w:p>
            <w:pPr>
              <w:bidi/>
              <w:spacing w:before="0" w:after="40"/>
            </w:pPr>
            <w:r>
              <w:rPr>
                <w:rtl/>
              </w:rPr>
              <w:t>חצי כדור מזרחי ומערבי</w:t>
            </w:r>
          </w:p>
        </w:tc>
      </w:tr>
    </w:tbl>
    <w:p>
      <w:pPr>
        <w:bidi/>
        <w:spacing w:before="0" w:after="40"/>
      </w:pPr>
    </w:p>
    <w:p>
      <w:pPr>
        <w:bidi/>
        <w:spacing w:before="120" w:after="40"/>
      </w:pPr>
      <w:r>
        <w:rPr>
          <w:rFonts w:ascii="Tahoma" w:hAnsi="Tahoma" w:cs="Tahoma"/>
          <w:b/>
          <w:bCs/>
          <w:color w:val="1A3461"/>
          <w:sz w:val="28"/>
          <w:szCs w:val="28"/>
          <w:rtl/>
        </w:rPr>
        <w:t>◆ האטלס</w:t>
      </w:r>
    </w:p>
    <w:p>
      <w:pPr>
        <w:bidi/>
        <w:spacing w:before="0" w:after="20"/>
      </w:pPr>
      <w:r>
        <w:rPr>
          <w:rtl/>
        </w:rPr>
        <w:t>1. תוכן עניינים – בתחילת האטלס, לפי אזורים ונושאים.</w:t>
      </w:r>
    </w:p>
    <w:p>
      <w:pPr>
        <w:bidi/>
        <w:spacing w:before="0" w:after="20"/>
      </w:pPr>
      <w:r>
        <w:rPr>
          <w:rtl/>
        </w:rPr>
        <w:t>2. מפתח שמות – בסוף האטלס: שם המקום, העמוד והמשבצת.</w:t>
      </w:r>
    </w:p>
    <w:p>
      <w:pPr>
        <w:bidi/>
        <w:spacing w:before="120" w:after="40"/>
      </w:pPr>
      <w:r>
        <w:rPr>
          <w:rFonts w:ascii="Tahoma" w:hAnsi="Tahoma" w:cs="Tahoma"/>
          <w:b/>
          <w:bCs/>
          <w:color w:val="1A3461"/>
          <w:sz w:val="28"/>
          <w:szCs w:val="28"/>
          <w:rtl/>
        </w:rPr>
        <w:t>◆ סוגי מפות</w:t>
      </w:r>
    </w:p>
    <w:p>
      <w:pPr>
        <w:bidi/>
        <w:spacing w:before="0" w:after="20"/>
      </w:pPr>
      <w:r>
        <w:rPr>
          <w:rtl/>
        </w:rPr>
        <w:t>1. מפה פיזית – גבהים, הרים, נהרות וימים.</w:t>
      </w:r>
    </w:p>
    <w:p>
      <w:pPr>
        <w:bidi/>
        <w:spacing w:before="0" w:after="20"/>
      </w:pPr>
      <w:r>
        <w:rPr>
          <w:rtl/>
        </w:rPr>
        <w:t>2. מפה מדינית – מדינות, גבולות וערי בירה.</w:t>
      </w:r>
    </w:p>
    <w:p>
      <w:pPr>
        <w:bidi/>
        <w:spacing w:before="0" w:after="20"/>
      </w:pPr>
      <w:r>
        <w:rPr>
          <w:rtl/>
        </w:rPr>
        <w:t>3. מפה נושאית – נושא אחד: גשם, אוכלוסייה, חקלאות, תחבורה.</w:t>
      </w:r>
    </w:p>
    <w:p>
      <w:pPr>
        <w:bidi/>
        <w:spacing w:before="160" w:after="60"/>
      </w:pPr>
      <w:r>
        <w:rPr>
          <w:b/>
          <w:bCs/>
          <w:sz w:val="26"/>
          <w:szCs w:val="26"/>
          <w:rtl/>
        </w:rPr>
        <w:t>1. השלימו בעזרת המחסן.</w:t>
      </w:r>
    </w:p>
    <w:p>
      <w:pPr>
        <w:bidi/>
        <w:spacing w:before="0" w:after="80"/>
      </w:pPr>
      <w:r>
        <w:rPr>
          <w:color w:val="1A3461"/>
          <w:sz w:val="24"/>
          <w:szCs w:val="24"/>
          <w:rtl/>
        </w:rPr>
        <w:t>מחסן מילים: 90  |  180  |  דרומי  |  מזרחי  |  נושאית</w:t>
      </w:r>
    </w:p>
    <w:p>
      <w:pPr>
        <w:bidi/>
        <w:spacing w:before="0" w:after="60"/>
      </w:pPr>
      <w:r>
        <w:rPr>
          <w:rtl/>
        </w:rPr>
        <w:t>א. קווי הרוחב מגיעים עד __________ מעלות בקטבים.</w:t>
      </w:r>
    </w:p>
    <w:p>
      <w:pPr>
        <w:bidi/>
        <w:spacing w:before="0" w:after="60"/>
      </w:pPr>
      <w:r>
        <w:rPr>
          <w:rtl/>
        </w:rPr>
        <w:t>ב. קווי האורך מגיעים עד __________ מעלות.</w:t>
      </w:r>
    </w:p>
    <w:p>
      <w:pPr>
        <w:bidi/>
        <w:spacing w:before="0" w:after="60"/>
      </w:pPr>
      <w:r>
        <w:rPr>
          <w:rtl/>
        </w:rPr>
        <w:t>ג. מקום שנמצא ממזרח לקו האפס נמצא בחצי הכדור ה__________.</w:t>
      </w:r>
    </w:p>
    <w:p>
      <w:pPr>
        <w:bidi/>
        <w:spacing w:before="0" w:after="60"/>
      </w:pPr>
      <w:r>
        <w:rPr>
          <w:rtl/>
        </w:rPr>
        <w:t>ד. מקום שנמצא מדרום לקו המשווה נמצא בחצי הכדור ה__________.</w:t>
      </w:r>
    </w:p>
    <w:p>
      <w:pPr>
        <w:bidi/>
        <w:spacing w:before="0" w:after="60"/>
      </w:pPr>
      <w:r>
        <w:rPr>
          <w:rtl/>
        </w:rPr>
        <w:t>ה. מפה שמציגה נושא אחד היא מפה __________.</w:t>
      </w:r>
    </w:p>
    <w:p>
      <w:pPr>
        <w:bidi/>
        <w:spacing w:before="160" w:after="60"/>
      </w:pPr>
      <w:r>
        <w:rPr>
          <w:b/>
          <w:bCs/>
          <w:sz w:val="26"/>
          <w:szCs w:val="26"/>
          <w:rtl/>
        </w:rPr>
        <w:t>2. בחרו את התשובה הנכונה.</w:t>
      </w:r>
    </w:p>
    <w:p>
      <w:pPr>
        <w:bidi/>
        <w:spacing w:before="0" w:after="20"/>
      </w:pPr>
      <w:r>
        <w:rPr>
          <w:rtl/>
        </w:rPr>
        <w:t>א. באיזה חלק של האטלס תחפשו את העמוד של מפת יוון?</w:t>
      </w:r>
    </w:p>
    <w:p>
      <w:pPr>
        <w:bidi/>
        <w:spacing w:before="0" w:after="80"/>
      </w:pPr>
      <w:r>
        <w:rPr>
          <w:rtl/>
        </w:rPr>
        <w:t xml:space="preserve">   ○ במקרא      ○ בתוכן העניינים או במפתח השמות      ○ בקנה המידה</w:t>
      </w:r>
    </w:p>
    <w:p>
      <w:pPr>
        <w:bidi/>
        <w:spacing w:before="0" w:after="20"/>
      </w:pPr>
      <w:r>
        <w:rPr>
          <w:rtl/>
        </w:rPr>
        <w:t>ב. מה מראה מפה מדינית?</w:t>
      </w:r>
    </w:p>
    <w:p>
      <w:pPr>
        <w:bidi/>
        <w:spacing w:before="0" w:after="80"/>
      </w:pPr>
      <w:r>
        <w:rPr>
          <w:rtl/>
        </w:rPr>
        <w:t xml:space="preserve">   ○ מדינות וגבולות      ○ כמות גשם      ○ גובה ההרים בלבד</w:t>
      </w:r>
    </w:p>
    <w:p>
      <w:pPr>
        <w:bidi/>
        <w:spacing w:before="0" w:after="20"/>
      </w:pPr>
      <w:r>
        <w:rPr>
          <w:rtl/>
        </w:rPr>
        <w:t>ג. בערך באיזה קו אורך נמצאת ישראל?</w:t>
      </w:r>
    </w:p>
    <w:p>
      <w:pPr>
        <w:bidi/>
        <w:spacing w:before="0" w:after="80"/>
      </w:pPr>
      <w:r>
        <w:rPr>
          <w:rtl/>
        </w:rPr>
        <w:t xml:space="preserve">   ○ 35 מעלות מערב      ○ 35 מעלות מזרח      ○ 0 מעלות</w:t>
      </w:r>
    </w:p>
    <w:p>
      <w:pPr>
        <w:bidi/>
        <w:spacing w:before="160" w:after="60"/>
      </w:pPr>
      <w:r>
        <w:rPr>
          <w:b/>
          <w:bCs/>
          <w:sz w:val="26"/>
          <w:szCs w:val="26"/>
          <w:rtl/>
        </w:rPr>
        <w:t>3. התאימו בין המושג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טור א</w:t>
            </w:r>
          </w:p>
        </w:tc>
        <w:tc>
          <w:tcPr>
            <w:tcW w:type="dxa" w:w="4989"/>
            <w:shd w:val="clear" w:color="auto" w:fill="1a3461"/>
          </w:tcPr>
          <w:p>
            <w:pPr>
              <w:bidi/>
              <w:spacing w:before="0" w:after="40"/>
            </w:pPr>
            <w:r>
              <w:rPr>
                <w:b/>
                <w:bCs/>
                <w:color w:val="FFFFFF"/>
                <w:rtl/>
              </w:rPr>
              <w:t>טור ב</w:t>
            </w:r>
          </w:p>
        </w:tc>
      </w:tr>
      <w:tr>
        <w:tc>
          <w:tcPr>
            <w:tcW w:type="dxa" w:w="4989"/>
          </w:tcPr>
          <w:p>
            <w:pPr>
              <w:bidi/>
              <w:spacing w:before="0" w:after="40"/>
            </w:pPr>
            <w:r>
              <w:rPr>
                <w:rtl/>
              </w:rPr>
              <w:t>1. קו רוחב</w:t>
            </w:r>
          </w:p>
        </w:tc>
        <w:tc>
          <w:tcPr>
            <w:tcW w:type="dxa" w:w="4989"/>
          </w:tcPr>
          <w:p>
            <w:pPr>
              <w:bidi/>
              <w:spacing w:before="0" w:after="40"/>
            </w:pPr>
            <w:r>
              <w:rPr>
                <w:rtl/>
              </w:rPr>
              <w:t>[   ] מקיף את כדור הארץ ממזרח למערב</w:t>
            </w:r>
          </w:p>
        </w:tc>
      </w:tr>
      <w:tr>
        <w:tc>
          <w:tcPr>
            <w:tcW w:type="dxa" w:w="4989"/>
          </w:tcPr>
          <w:p>
            <w:pPr>
              <w:bidi/>
              <w:spacing w:before="0" w:after="40"/>
            </w:pPr>
            <w:r>
              <w:rPr>
                <w:rtl/>
              </w:rPr>
              <w:t>2. קו אורך</w:t>
            </w:r>
          </w:p>
        </w:tc>
        <w:tc>
          <w:tcPr>
            <w:tcW w:type="dxa" w:w="4989"/>
          </w:tcPr>
          <w:p>
            <w:pPr>
              <w:bidi/>
              <w:spacing w:before="0" w:after="40"/>
            </w:pPr>
            <w:r>
              <w:rPr>
                <w:rtl/>
              </w:rPr>
              <w:t>[   ] קו הרוחב 0</w:t>
            </w:r>
          </w:p>
        </w:tc>
      </w:tr>
      <w:tr>
        <w:tc>
          <w:tcPr>
            <w:tcW w:type="dxa" w:w="4989"/>
          </w:tcPr>
          <w:p>
            <w:pPr>
              <w:bidi/>
              <w:spacing w:before="0" w:after="40"/>
            </w:pPr>
            <w:r>
              <w:rPr>
                <w:rtl/>
              </w:rPr>
              <w:t>3. קו המשווה</w:t>
            </w:r>
          </w:p>
        </w:tc>
        <w:tc>
          <w:tcPr>
            <w:tcW w:type="dxa" w:w="4989"/>
          </w:tcPr>
          <w:p>
            <w:pPr>
              <w:bidi/>
              <w:spacing w:before="0" w:after="40"/>
            </w:pPr>
            <w:r>
              <w:rPr>
                <w:rtl/>
              </w:rPr>
              <w:t>[   ] רשימת מקומות עם עמוד ומשבצת</w:t>
            </w:r>
          </w:p>
        </w:tc>
      </w:tr>
      <w:tr>
        <w:tc>
          <w:tcPr>
            <w:tcW w:type="dxa" w:w="4989"/>
          </w:tcPr>
          <w:p>
            <w:pPr>
              <w:bidi/>
              <w:spacing w:before="0" w:after="40"/>
            </w:pPr>
            <w:r>
              <w:rPr>
                <w:rtl/>
              </w:rPr>
              <w:t>4. קו האפס</w:t>
            </w:r>
          </w:p>
        </w:tc>
        <w:tc>
          <w:tcPr>
            <w:tcW w:type="dxa" w:w="4989"/>
          </w:tcPr>
          <w:p>
            <w:pPr>
              <w:bidi/>
              <w:spacing w:before="0" w:after="40"/>
            </w:pPr>
            <w:r>
              <w:rPr>
                <w:rtl/>
              </w:rPr>
              <w:t>[   ] קו האורך 0</w:t>
            </w:r>
          </w:p>
        </w:tc>
      </w:tr>
      <w:tr>
        <w:tc>
          <w:tcPr>
            <w:tcW w:type="dxa" w:w="4989"/>
          </w:tcPr>
          <w:p>
            <w:pPr>
              <w:bidi/>
              <w:spacing w:before="0" w:after="40"/>
            </w:pPr>
            <w:r>
              <w:rPr>
                <w:rtl/>
              </w:rPr>
              <w:t>5. מפתח שמות</w:t>
            </w:r>
          </w:p>
        </w:tc>
        <w:tc>
          <w:tcPr>
            <w:tcW w:type="dxa" w:w="4989"/>
          </w:tcPr>
          <w:p>
            <w:pPr>
              <w:bidi/>
              <w:spacing w:before="0" w:after="40"/>
            </w:pPr>
            <w:r>
              <w:rPr>
                <w:rtl/>
              </w:rPr>
              <w:t>[   ] עובר מקוטב לקוטב</w:t>
            </w:r>
          </w:p>
        </w:tc>
      </w:tr>
    </w:tbl>
    <w:p>
      <w:pPr>
        <w:bidi/>
        <w:spacing w:before="0" w:after="40"/>
      </w:pPr>
    </w:p>
    <w:p>
      <w:pPr>
        <w:bidi/>
        <w:spacing w:before="160" w:after="60"/>
      </w:pPr>
      <w:r>
        <w:rPr>
          <w:b/>
          <w:bCs/>
          <w:sz w:val="26"/>
          <w:szCs w:val="26"/>
          <w:rtl/>
        </w:rPr>
        <w:t>4. מיינו את המדינות לפי חצי הכדור: ממזרח לקו האפס או ממערב לו.</w:t>
      </w:r>
    </w:p>
    <w:p>
      <w:pPr>
        <w:bidi/>
        <w:spacing w:before="0" w:after="80"/>
      </w:pPr>
      <w:r>
        <w:rPr>
          <w:color w:val="1A3461"/>
          <w:sz w:val="24"/>
          <w:szCs w:val="24"/>
          <w:rtl/>
        </w:rPr>
        <w:t>המילים: ישראל  |  ארצות הברית  |  יפן  |  ברזיל  |  הודו  |  מקסיקו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חצי הכדור המזרחי</w:t>
            </w:r>
          </w:p>
        </w:tc>
        <w:tc>
          <w:tcPr>
            <w:tcW w:type="dxa" w:w="4989"/>
            <w:shd w:val="clear" w:color="auto" w:fill="1a3461"/>
          </w:tcPr>
          <w:p>
            <w:pPr>
              <w:bidi/>
              <w:spacing w:before="0" w:after="40"/>
            </w:pPr>
            <w:r>
              <w:rPr>
                <w:b/>
                <w:bCs/>
                <w:color w:val="FFFFFF"/>
                <w:rtl/>
              </w:rPr>
              <w:t>חצי הכדור המערבי</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5.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a3461"/>
          </w:tcPr>
          <w:p>
            <w:pPr>
              <w:bidi/>
              <w:spacing w:before="0" w:after="40"/>
            </w:pPr>
            <w:r>
              <w:rPr>
                <w:b/>
                <w:bCs/>
                <w:color w:val="FFFFFF"/>
                <w:rtl/>
              </w:rPr>
              <w:t>משפט</w:t>
            </w:r>
          </w:p>
        </w:tc>
        <w:tc>
          <w:tcPr>
            <w:tcW w:type="dxa" w:w="2494"/>
            <w:shd w:val="clear" w:color="auto" w:fill="1a3461"/>
          </w:tcPr>
          <w:p>
            <w:pPr>
              <w:bidi/>
              <w:spacing w:before="0" w:after="40"/>
            </w:pPr>
            <w:r>
              <w:rPr>
                <w:b/>
                <w:bCs/>
                <w:color w:val="FFFFFF"/>
                <w:rtl/>
              </w:rPr>
              <w:t>נכון</w:t>
            </w:r>
          </w:p>
        </w:tc>
        <w:tc>
          <w:tcPr>
            <w:tcW w:type="dxa" w:w="2494"/>
            <w:shd w:val="clear" w:color="auto" w:fill="1a3461"/>
          </w:tcPr>
          <w:p>
            <w:pPr>
              <w:bidi/>
              <w:spacing w:before="0" w:after="40"/>
            </w:pPr>
            <w:r>
              <w:rPr>
                <w:b/>
                <w:bCs/>
                <w:color w:val="FFFFFF"/>
                <w:rtl/>
              </w:rPr>
              <w:t>לא נכון</w:t>
            </w:r>
          </w:p>
        </w:tc>
        <w:tc>
          <w:tcPr>
            <w:tcW w:type="dxa" w:w="2494"/>
            <w:shd w:val="clear" w:color="auto" w:fill="1a3461"/>
          </w:tcPr>
          <w:p>
            <w:pPr>
              <w:bidi/>
              <w:spacing w:before="0" w:after="40"/>
            </w:pPr>
            <w:r>
              <w:rPr>
                <w:b/>
                <w:bCs/>
                <w:color w:val="FFFFFF"/>
                <w:rtl/>
              </w:rPr>
              <w:t>תיקון</w:t>
            </w:r>
          </w:p>
        </w:tc>
      </w:tr>
      <w:tr>
        <w:tc>
          <w:tcPr>
            <w:tcW w:type="dxa" w:w="2494"/>
          </w:tcPr>
          <w:p>
            <w:pPr>
              <w:bidi/>
              <w:spacing w:before="0" w:after="40"/>
            </w:pPr>
            <w:r>
              <w:rPr>
                <w:rtl/>
              </w:rPr>
              <w:t>א. קו האפס עובר בגריניץ' שבלונדון.</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מקום בקו רוחב 60 צפון קרוב לקוטב הצפוני יותר ממקום בקו רוחב 20 צפון.</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מפה נושאית מציגה את כל הנושאים יחד.</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מפתח השמות נמצא בדרך כלל בתחילת האטלס.</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6. בעיר דמיונית נמדדה כמות הגשם בחודשי השנה. היעזרו בטבלה וענו בעמודה הריקה.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t>חודש</w:t>
            </w:r>
          </w:p>
        </w:tc>
        <w:tc>
          <w:tcPr>
            <w:tcW w:type="dxa" w:w="3326"/>
            <w:shd w:val="clear" w:color="auto" w:fill="1a3461"/>
          </w:tcPr>
          <w:p>
            <w:pPr>
              <w:bidi/>
              <w:spacing w:before="0" w:after="40"/>
            </w:pPr>
            <w:r>
              <w:rPr>
                <w:b/>
                <w:bCs/>
                <w:color w:val="FFFFFF"/>
                <w:rtl/>
              </w:rPr>
              <w:t>גשם (מ"מ)</w:t>
            </w:r>
          </w:p>
        </w:tc>
        <w:tc>
          <w:tcPr>
            <w:tcW w:type="dxa" w:w="3326"/>
            <w:shd w:val="clear" w:color="auto" w:fill="1a3461"/>
          </w:tcPr>
          <w:p>
            <w:pPr>
              <w:bidi/>
              <w:spacing w:before="0" w:after="40"/>
            </w:pPr>
            <w:r>
              <w:rPr>
                <w:b/>
                <w:bCs/>
                <w:color w:val="FFFFFF"/>
                <w:rtl/>
              </w:rPr>
              <w:t>גשום / מעט גשם / יבש</w:t>
            </w:r>
          </w:p>
        </w:tc>
      </w:tr>
      <w:tr>
        <w:tc>
          <w:tcPr>
            <w:tcW w:type="dxa" w:w="3326"/>
          </w:tcPr>
          <w:p>
            <w:pPr>
              <w:bidi/>
              <w:spacing w:before="0" w:after="40"/>
            </w:pPr>
            <w:r>
              <w:rPr>
                <w:rtl/>
              </w:rPr>
              <w:t>ינואר</w:t>
            </w:r>
          </w:p>
        </w:tc>
        <w:tc>
          <w:tcPr>
            <w:tcW w:type="dxa" w:w="3326"/>
          </w:tcPr>
          <w:p>
            <w:pPr>
              <w:bidi/>
              <w:spacing w:before="0" w:after="40"/>
            </w:pPr>
            <w:r>
              <w:rPr>
                <w:rtl/>
              </w:rPr>
              <w:t>120</w:t>
            </w:r>
          </w:p>
        </w:tc>
        <w:tc>
          <w:tcPr>
            <w:tcW w:type="dxa" w:w="3326"/>
          </w:tcPr>
          <w:p>
            <w:pPr>
              <w:bidi/>
              <w:spacing w:before="0" w:after="40"/>
            </w:pPr>
            <w:r>
              <w:rPr>
                <w:rtl/>
              </w:rPr>
            </w:r>
          </w:p>
        </w:tc>
      </w:tr>
      <w:tr>
        <w:tc>
          <w:tcPr>
            <w:tcW w:type="dxa" w:w="3326"/>
          </w:tcPr>
          <w:p>
            <w:pPr>
              <w:bidi/>
              <w:spacing w:before="0" w:after="40"/>
            </w:pPr>
            <w:r>
              <w:rPr>
                <w:rtl/>
              </w:rPr>
              <w:t>אפריל</w:t>
            </w:r>
          </w:p>
        </w:tc>
        <w:tc>
          <w:tcPr>
            <w:tcW w:type="dxa" w:w="3326"/>
          </w:tcPr>
          <w:p>
            <w:pPr>
              <w:bidi/>
              <w:spacing w:before="0" w:after="40"/>
            </w:pPr>
            <w:r>
              <w:rPr>
                <w:rtl/>
              </w:rPr>
              <w:t>20</w:t>
            </w:r>
          </w:p>
        </w:tc>
        <w:tc>
          <w:tcPr>
            <w:tcW w:type="dxa" w:w="3326"/>
          </w:tcPr>
          <w:p>
            <w:pPr>
              <w:bidi/>
              <w:spacing w:before="0" w:after="40"/>
            </w:pPr>
            <w:r>
              <w:rPr>
                <w:rtl/>
              </w:rPr>
            </w:r>
          </w:p>
        </w:tc>
      </w:tr>
      <w:tr>
        <w:tc>
          <w:tcPr>
            <w:tcW w:type="dxa" w:w="3326"/>
          </w:tcPr>
          <w:p>
            <w:pPr>
              <w:bidi/>
              <w:spacing w:before="0" w:after="40"/>
            </w:pPr>
            <w:r>
              <w:rPr>
                <w:rtl/>
              </w:rPr>
              <w:t>יולי</w:t>
            </w:r>
          </w:p>
        </w:tc>
        <w:tc>
          <w:tcPr>
            <w:tcW w:type="dxa" w:w="3326"/>
          </w:tcPr>
          <w:p>
            <w:pPr>
              <w:bidi/>
              <w:spacing w:before="0" w:after="40"/>
            </w:pPr>
            <w:r>
              <w:rPr>
                <w:rtl/>
              </w:rPr>
              <w:t>0</w:t>
            </w:r>
          </w:p>
        </w:tc>
        <w:tc>
          <w:tcPr>
            <w:tcW w:type="dxa" w:w="3326"/>
          </w:tcPr>
          <w:p>
            <w:pPr>
              <w:bidi/>
              <w:spacing w:before="0" w:after="40"/>
            </w:pPr>
            <w:r>
              <w:rPr>
                <w:rtl/>
              </w:rPr>
            </w:r>
          </w:p>
        </w:tc>
      </w:tr>
      <w:tr>
        <w:tc>
          <w:tcPr>
            <w:tcW w:type="dxa" w:w="3326"/>
          </w:tcPr>
          <w:p>
            <w:pPr>
              <w:bidi/>
              <w:spacing w:before="0" w:after="40"/>
            </w:pPr>
            <w:r>
              <w:rPr>
                <w:rtl/>
              </w:rPr>
              <w:t>דצמבר</w:t>
            </w:r>
          </w:p>
        </w:tc>
        <w:tc>
          <w:tcPr>
            <w:tcW w:type="dxa" w:w="3326"/>
          </w:tcPr>
          <w:p>
            <w:pPr>
              <w:bidi/>
              <w:spacing w:before="0" w:after="40"/>
            </w:pPr>
            <w:r>
              <w:rPr>
                <w:rtl/>
              </w:rPr>
              <w:t>100</w:t>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7. איזו מפה נושאית תעזור לכל אחד? כתבו את סוג המפה.</w:t>
      </w:r>
    </w:p>
    <w:p>
      <w:pPr>
        <w:bidi/>
        <w:spacing w:before="0" w:after="100"/>
      </w:pPr>
      <w:r>
        <w:rPr>
          <w:rtl/>
        </w:rPr>
        <w:t>א. חקלאי שרוצה לדעת היכן יורד מספיק גשם לגידול חיטה.</w:t>
      </w:r>
    </w:p>
    <w:p>
      <w:pPr>
        <w:bidi/>
        <w:spacing w:before="0" w:after="100"/>
      </w:pPr>
      <w:r>
        <w:rPr>
          <w:rtl/>
        </w:rPr>
        <w:t>ב. עירייה שרוצה לדעת באילו שכונות גרים הכי הרבה אנשים.</w:t>
      </w:r>
    </w:p>
    <w:p>
      <w:pPr>
        <w:bidi/>
        <w:spacing w:before="0" w:after="100"/>
      </w:pPr>
      <w:r>
        <w:rPr>
          <w:rtl/>
        </w:rPr>
        <w:t>ג. משפחה שמתכננת נסיעה ברכב בין ערים.</w:t>
      </w:r>
    </w:p>
    <w:p>
      <w:pPr>
        <w:bidi/>
        <w:spacing w:before="0" w:after="100"/>
      </w:pPr>
      <w:r>
        <w:rPr>
          <w:rtl/>
        </w:rPr>
        <w:t>ד. חוקר שרוצה לדעת היכן יש הרים גבוהים.</w:t>
      </w:r>
    </w:p>
    <w:p>
      <w:pPr>
        <w:bidi/>
        <w:spacing w:before="120" w:after="40"/>
      </w:pPr>
      <w:r>
        <w:rPr>
          <w:rFonts w:ascii="Tahoma" w:hAnsi="Tahoma" w:cs="Tahoma"/>
          <w:b/>
          <w:bCs/>
          <w:color w:val="1A3461"/>
          <w:sz w:val="30"/>
          <w:szCs w:val="30"/>
          <w:rtl/>
        </w:rPr>
        <w:t>הכתובת של הספינה</w:t>
      </w:r>
    </w:p>
    <w:p>
      <w:pPr>
        <w:bidi/>
        <w:spacing w:before="0" w:after="80"/>
      </w:pPr>
      <w:r>
        <w:rPr>
          <w:rtl/>
        </w:rPr>
        <w:t>ספינת מחקר הפליגה בלב הים, הרחק מכל חוף. בלילה אחד התקלקל אחד המנועים, והקברניט שלח הודעה לנמל: «אנחנו זקוקים לעזרה».</w:t>
      </w:r>
    </w:p>
    <w:p>
      <w:pPr>
        <w:bidi/>
        <w:spacing w:before="0" w:after="80"/>
      </w:pPr>
      <w:r>
        <w:rPr>
          <w:rtl/>
        </w:rPr>
        <w:t>במשרד הנמל שאלו מיד: «מה המיקום שלכם?». הקברניט לא כתב «ליד האי» או «באמצע הים», כי בים אין רחובות ואין שלטים. הוא קרא את מכשיר הניווט ושלח שני מספרים: קו רוחב וקו אורך.</w:t>
      </w:r>
    </w:p>
    <w:p>
      <w:pPr>
        <w:bidi/>
        <w:spacing w:before="0" w:after="80"/>
      </w:pPr>
      <w:r>
        <w:rPr>
          <w:rtl/>
        </w:rPr>
        <w:t>בתוך כמה שעות הגיעה סירת חילוץ בדיוק למקום. «בזכות רשת המעלות», אמר הקברניט, «גם בים הפתוח יש לכל מקום כתובת».</w:t>
      </w:r>
    </w:p>
    <w:p>
      <w:pPr>
        <w:bidi/>
        <w:spacing w:before="160" w:after="60"/>
      </w:pPr>
      <w:r>
        <w:rPr>
          <w:b/>
          <w:bCs/>
          <w:sz w:val="26"/>
          <w:szCs w:val="26"/>
          <w:rtl/>
        </w:rPr>
        <w:t>8. לפי הטקסט «הכתובת של הספינה», השלימו.</w:t>
      </w:r>
    </w:p>
    <w:p>
      <w:pPr>
        <w:bidi/>
        <w:spacing w:before="0" w:after="60"/>
      </w:pPr>
      <w:r>
        <w:rPr>
          <w:rtl/>
        </w:rPr>
        <w:t>א. הקברניט שלח הודעה ל__________.</w:t>
      </w:r>
    </w:p>
    <w:p>
      <w:pPr>
        <w:bidi/>
        <w:spacing w:before="0" w:after="60"/>
      </w:pPr>
      <w:r>
        <w:rPr>
          <w:rtl/>
        </w:rPr>
        <w:t>ב. בים אין רחובות ואין __________.</w:t>
      </w:r>
    </w:p>
    <w:p>
      <w:pPr>
        <w:bidi/>
        <w:spacing w:before="0" w:after="60"/>
      </w:pPr>
      <w:r>
        <w:rPr>
          <w:rtl/>
        </w:rPr>
        <w:t>ג. הקברניט שלח שני מספרים: קו רוחב וקו __________.</w:t>
      </w:r>
    </w:p>
    <w:p>
      <w:pPr>
        <w:bidi/>
        <w:spacing w:before="160" w:after="60"/>
      </w:pPr>
      <w:r>
        <w:rPr>
          <w:b/>
          <w:bCs/>
          <w:sz w:val="26"/>
          <w:szCs w:val="26"/>
          <w:rtl/>
        </w:rPr>
        <w:t>9. הסבירו את המשפט של הקברניט: «גם בים הפתוח יש לכל מקום כתובת».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10. שרטטו רשת פשוטה: שלושה קווי רוחב ושלושה קווי אורך. סמנו נקודה במפגש של שני קווים וכתבו לה «כתובת» דמיונית (למשל 20 צפון, 10 מזרח).</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כתבו שני הבדלים בין מפה פיזית לבין מפה מדינית.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אתגר: אורי מצא בטבלה שהעיר א נמצאת בקו רוחב 10 צפון והעיר ב בקו רוחב 60 צפון. באיזו עיר צפוי להיות חם יותר בדרך כלל? נמקו.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ה'   |   פרק 5</w:t>
      </w:r>
    </w:p>
    <w:p>
      <w:pPr>
        <w:bidi/>
        <w:spacing w:before="0" w:after="120"/>
      </w:pPr>
      <w:r>
        <w:rPr>
          <w:rFonts w:ascii="Tahoma" w:hAnsi="Tahoma" w:cs="Tahoma"/>
          <w:b/>
          <w:bCs/>
          <w:color w:val="1A3461"/>
          <w:sz w:val="44"/>
          <w:szCs w:val="44"/>
          <w:rtl/>
        </w:rPr>
        <w:t>פרק 5: אגן הים התיכון: מיקום, יבשות ומדינות, חופים, נופים ואקלים ים-תיכוני</w:t>
      </w:r>
    </w:p>
    <w:p>
      <w:pPr>
        <w:bidi/>
        <w:spacing w:before="0" w:after="80"/>
      </w:pPr>
      <w:r>
        <w:drawing>
          <wp:inline xmlns:a="http://schemas.openxmlformats.org/drawingml/2006/main" xmlns:pic="http://schemas.openxmlformats.org/drawingml/2006/picture">
            <wp:extent cx="3240000" cy="2160000"/>
            <wp:docPr id="7" name="Picture 7"/>
            <wp:cNvGraphicFramePr>
              <a:graphicFrameLocks noChangeAspect="1"/>
            </wp:cNvGraphicFramePr>
            <a:graphic>
              <a:graphicData uri="http://schemas.openxmlformats.org/drawingml/2006/picture">
                <pic:pic>
                  <pic:nvPicPr>
                    <pic:cNvPr id="0" name="geo_g5_t05.jpg"/>
                    <pic:cNvPicPr/>
                  </pic:nvPicPr>
                  <pic:blipFill>
                    <a:blip r:embed="rId16"/>
                    <a:stretch>
                      <a:fillRect/>
                    </a:stretch>
                  </pic:blipFill>
                  <pic:spPr>
                    <a:xfrm>
                      <a:off x="0" y="0"/>
                      <a:ext cx="3240000" cy="2160000"/>
                    </a:xfrm>
                    <a:prstGeom prst="rect"/>
                  </pic:spPr>
                </pic:pic>
              </a:graphicData>
            </a:graphic>
          </wp:inline>
        </w:drawing>
      </w:r>
    </w:p>
    <w:p>
      <w:pPr>
        <w:bidi/>
        <w:spacing w:before="120" w:after="40"/>
      </w:pPr>
      <w:r>
        <w:rPr>
          <w:rFonts w:ascii="Tahoma" w:hAnsi="Tahoma" w:cs="Tahoma"/>
          <w:b/>
          <w:bCs/>
          <w:color w:val="1A3461"/>
          <w:sz w:val="28"/>
          <w:szCs w:val="28"/>
          <w:rtl/>
        </w:rPr>
        <w:t>◆ מיקום</w:t>
      </w:r>
    </w:p>
    <w:p>
      <w:pPr>
        <w:bidi/>
        <w:spacing w:before="0" w:after="20"/>
      </w:pPr>
      <w:r>
        <w:rPr>
          <w:rtl/>
        </w:rPr>
        <w:t>1. בין שלוש יבשות: אירופה (צפון), אסיה (מזרח), אפריקה (דרום).</w:t>
      </w:r>
    </w:p>
    <w:p>
      <w:pPr>
        <w:bidi/>
        <w:spacing w:before="0" w:after="20"/>
      </w:pPr>
      <w:r>
        <w:rPr>
          <w:rtl/>
        </w:rPr>
        <w:t>2. כעשרים מדינות לחופיו.</w:t>
      </w:r>
    </w:p>
    <w:p>
      <w:pPr>
        <w:bidi/>
        <w:spacing w:before="0" w:after="20"/>
      </w:pPr>
      <w:r>
        <w:rPr>
          <w:rtl/>
        </w:rPr>
        <w:t>3. מתחבר לאוקיינוס האטלנטי (מצר גיברלטר), לים סוף (תעלת סואץ) ולים השחור.</w:t>
      </w:r>
    </w:p>
    <w:p>
      <w:pPr>
        <w:bidi/>
        <w:spacing w:before="120" w:after="40"/>
      </w:pPr>
      <w:r>
        <w:rPr>
          <w:rFonts w:ascii="Tahoma" w:hAnsi="Tahoma" w:cs="Tahoma"/>
          <w:b/>
          <w:bCs/>
          <w:color w:val="1A3461"/>
          <w:sz w:val="28"/>
          <w:szCs w:val="28"/>
          <w:rtl/>
        </w:rPr>
        <w:t>◆ מדינות לדוגמה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t>אירופה</w:t>
            </w:r>
          </w:p>
        </w:tc>
        <w:tc>
          <w:tcPr>
            <w:tcW w:type="dxa" w:w="3326"/>
            <w:shd w:val="clear" w:color="auto" w:fill="1a3461"/>
          </w:tcPr>
          <w:p>
            <w:pPr>
              <w:bidi/>
              <w:spacing w:before="0" w:after="40"/>
            </w:pPr>
            <w:r>
              <w:rPr>
                <w:b/>
                <w:bCs/>
                <w:color w:val="FFFFFF"/>
                <w:rtl/>
              </w:rPr>
              <w:t>אסיה</w:t>
            </w:r>
          </w:p>
        </w:tc>
        <w:tc>
          <w:tcPr>
            <w:tcW w:type="dxa" w:w="3326"/>
            <w:shd w:val="clear" w:color="auto" w:fill="1a3461"/>
          </w:tcPr>
          <w:p>
            <w:pPr>
              <w:bidi/>
              <w:spacing w:before="0" w:after="40"/>
            </w:pPr>
            <w:r>
              <w:rPr>
                <w:b/>
                <w:bCs/>
                <w:color w:val="FFFFFF"/>
                <w:rtl/>
              </w:rPr>
              <w:t>אפריקה</w:t>
            </w:r>
          </w:p>
        </w:tc>
      </w:tr>
      <w:tr>
        <w:tc>
          <w:tcPr>
            <w:tcW w:type="dxa" w:w="3326"/>
          </w:tcPr>
          <w:p>
            <w:pPr>
              <w:bidi/>
              <w:spacing w:before="0" w:after="40"/>
            </w:pPr>
            <w:r>
              <w:rPr>
                <w:rtl/>
              </w:rPr>
              <w:t>ספרד, צרפת</w:t>
            </w:r>
          </w:p>
        </w:tc>
        <w:tc>
          <w:tcPr>
            <w:tcW w:type="dxa" w:w="3326"/>
          </w:tcPr>
          <w:p>
            <w:pPr>
              <w:bidi/>
              <w:spacing w:before="0" w:after="40"/>
            </w:pPr>
            <w:r>
              <w:rPr>
                <w:rtl/>
              </w:rPr>
              <w:t>ישראל, לבנון</w:t>
            </w:r>
          </w:p>
        </w:tc>
        <w:tc>
          <w:tcPr>
            <w:tcW w:type="dxa" w:w="3326"/>
          </w:tcPr>
          <w:p>
            <w:pPr>
              <w:bidi/>
              <w:spacing w:before="0" w:after="40"/>
            </w:pPr>
            <w:r>
              <w:rPr>
                <w:rtl/>
              </w:rPr>
              <w:t>מצרים, לוב</w:t>
            </w:r>
          </w:p>
        </w:tc>
      </w:tr>
      <w:tr>
        <w:tc>
          <w:tcPr>
            <w:tcW w:type="dxa" w:w="3326"/>
          </w:tcPr>
          <w:p>
            <w:pPr>
              <w:bidi/>
              <w:spacing w:before="0" w:after="40"/>
            </w:pPr>
            <w:r>
              <w:rPr>
                <w:rtl/>
              </w:rPr>
              <w:t>איטליה, יוון</w:t>
            </w:r>
          </w:p>
        </w:tc>
        <w:tc>
          <w:tcPr>
            <w:tcW w:type="dxa" w:w="3326"/>
          </w:tcPr>
          <w:p>
            <w:pPr>
              <w:bidi/>
              <w:spacing w:before="0" w:after="40"/>
            </w:pPr>
            <w:r>
              <w:rPr>
                <w:rtl/>
              </w:rPr>
              <w:t>סוריה</w:t>
            </w:r>
          </w:p>
        </w:tc>
        <w:tc>
          <w:tcPr>
            <w:tcW w:type="dxa" w:w="3326"/>
          </w:tcPr>
          <w:p>
            <w:pPr>
              <w:bidi/>
              <w:spacing w:before="0" w:after="40"/>
            </w:pPr>
            <w:r>
              <w:rPr>
                <w:rtl/>
              </w:rPr>
              <w:t>תוניסיה, מרוקו</w:t>
            </w:r>
          </w:p>
        </w:tc>
      </w:tr>
    </w:tbl>
    <w:p>
      <w:pPr>
        <w:bidi/>
        <w:spacing w:before="0" w:after="40"/>
      </w:pPr>
    </w:p>
    <w:p>
      <w:pPr>
        <w:bidi/>
        <w:spacing w:before="120" w:after="40"/>
      </w:pPr>
      <w:r>
        <w:rPr>
          <w:rFonts w:ascii="Tahoma" w:hAnsi="Tahoma" w:cs="Tahoma"/>
          <w:b/>
          <w:bCs/>
          <w:color w:val="1A3461"/>
          <w:sz w:val="28"/>
          <w:szCs w:val="28"/>
          <w:rtl/>
        </w:rPr>
        <w:t>◆ חופים, נופים ואקלים</w:t>
      </w:r>
    </w:p>
    <w:p>
      <w:pPr>
        <w:bidi/>
        <w:spacing w:before="0" w:after="20"/>
      </w:pPr>
      <w:r>
        <w:rPr>
          <w:rtl/>
        </w:rPr>
        <w:t>1. חופי חול, מצוקים, מפרצים, איים וחצאי איים.</w:t>
      </w:r>
    </w:p>
    <w:p>
      <w:pPr>
        <w:bidi/>
        <w:spacing w:before="0" w:after="20"/>
      </w:pPr>
      <w:r>
        <w:rPr>
          <w:rtl/>
        </w:rPr>
        <w:t>2. הרי געש פעילים, כמו האטנה בסיציליה.</w:t>
      </w:r>
    </w:p>
    <w:p>
      <w:pPr>
        <w:bidi/>
        <w:spacing w:before="0" w:after="20"/>
      </w:pPr>
      <w:r>
        <w:rPr>
          <w:rtl/>
        </w:rPr>
        <w:t>3. קיץ חם ויבש, חורף נוח וגשום.</w:t>
      </w:r>
    </w:p>
    <w:p>
      <w:pPr>
        <w:bidi/>
        <w:spacing w:before="0" w:after="20"/>
      </w:pPr>
      <w:r>
        <w:rPr>
          <w:rtl/>
        </w:rPr>
        <w:t>4. גידולים מסורתיים: חיטה, זית וגפן.</w:t>
      </w:r>
    </w:p>
    <w:p>
      <w:pPr>
        <w:bidi/>
        <w:spacing w:before="160" w:after="60"/>
      </w:pPr>
      <w:r>
        <w:rPr>
          <w:b/>
          <w:bCs/>
          <w:sz w:val="26"/>
          <w:szCs w:val="26"/>
          <w:rtl/>
        </w:rPr>
        <w:t>1. השלימו בעזרת המחסן.</w:t>
      </w:r>
    </w:p>
    <w:p>
      <w:pPr>
        <w:bidi/>
        <w:spacing w:before="0" w:after="80"/>
      </w:pPr>
      <w:r>
        <w:rPr>
          <w:color w:val="1A3461"/>
          <w:sz w:val="24"/>
          <w:szCs w:val="24"/>
          <w:rtl/>
        </w:rPr>
        <w:t>מחסן מילים: גיברלטר  |  סיציליה  |  עשרים  |  זית  |  גשום</w:t>
      </w:r>
    </w:p>
    <w:p>
      <w:pPr>
        <w:bidi/>
        <w:spacing w:before="0" w:after="60"/>
      </w:pPr>
      <w:r>
        <w:rPr>
          <w:rtl/>
        </w:rPr>
        <w:t>א. לחופי הים התיכון יש כ-__________ מדינות.</w:t>
      </w:r>
    </w:p>
    <w:p>
      <w:pPr>
        <w:bidi/>
        <w:spacing w:before="0" w:after="60"/>
      </w:pPr>
      <w:r>
        <w:rPr>
          <w:rtl/>
        </w:rPr>
        <w:t>ב. המצר במערב הים התיכון הוא מצר __________.</w:t>
      </w:r>
    </w:p>
    <w:p>
      <w:pPr>
        <w:bidi/>
        <w:spacing w:before="0" w:after="60"/>
      </w:pPr>
      <w:r>
        <w:rPr>
          <w:rtl/>
        </w:rPr>
        <w:t>ג. האי שבו נמצא הר הגעש אטנה הוא __________.</w:t>
      </w:r>
    </w:p>
    <w:p>
      <w:pPr>
        <w:bidi/>
        <w:spacing w:before="0" w:after="60"/>
      </w:pPr>
      <w:r>
        <w:rPr>
          <w:rtl/>
        </w:rPr>
        <w:t>ד. עץ שמסמל את האזור הים-תיכוני הוא ה__________.</w:t>
      </w:r>
    </w:p>
    <w:p>
      <w:pPr>
        <w:bidi/>
        <w:spacing w:before="0" w:after="60"/>
      </w:pPr>
      <w:r>
        <w:rPr>
          <w:rtl/>
        </w:rPr>
        <w:t>ה. באקלים ים-תיכוני החורף נוח ו__________.</w:t>
      </w:r>
    </w:p>
    <w:p>
      <w:pPr>
        <w:bidi/>
        <w:spacing w:before="160" w:after="60"/>
      </w:pPr>
      <w:r>
        <w:rPr>
          <w:b/>
          <w:bCs/>
          <w:sz w:val="26"/>
          <w:szCs w:val="26"/>
          <w:rtl/>
        </w:rPr>
        <w:t>2. התאימו לכל מדינה את היבשת שבה היא נמצאת.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טור א</w:t>
            </w:r>
          </w:p>
        </w:tc>
        <w:tc>
          <w:tcPr>
            <w:tcW w:type="dxa" w:w="4989"/>
            <w:shd w:val="clear" w:color="auto" w:fill="1a3461"/>
          </w:tcPr>
          <w:p>
            <w:pPr>
              <w:bidi/>
              <w:spacing w:before="0" w:after="40"/>
            </w:pPr>
            <w:r>
              <w:rPr>
                <w:b/>
                <w:bCs/>
                <w:color w:val="FFFFFF"/>
                <w:rtl/>
              </w:rPr>
              <w:t>טור ב</w:t>
            </w:r>
          </w:p>
        </w:tc>
      </w:tr>
      <w:tr>
        <w:tc>
          <w:tcPr>
            <w:tcW w:type="dxa" w:w="4989"/>
          </w:tcPr>
          <w:p>
            <w:pPr>
              <w:bidi/>
              <w:spacing w:before="0" w:after="40"/>
            </w:pPr>
            <w:r>
              <w:rPr>
                <w:rtl/>
              </w:rPr>
              <w:t>1. איטליה</w:t>
            </w:r>
          </w:p>
        </w:tc>
        <w:tc>
          <w:tcPr>
            <w:tcW w:type="dxa" w:w="4989"/>
          </w:tcPr>
          <w:p>
            <w:pPr>
              <w:bidi/>
              <w:spacing w:before="0" w:after="40"/>
            </w:pPr>
            <w:r>
              <w:rPr>
                <w:rtl/>
              </w:rPr>
              <w:t>[   ] אירופה</w:t>
            </w:r>
          </w:p>
        </w:tc>
      </w:tr>
      <w:tr>
        <w:tc>
          <w:tcPr>
            <w:tcW w:type="dxa" w:w="4989"/>
          </w:tcPr>
          <w:p>
            <w:pPr>
              <w:bidi/>
              <w:spacing w:before="0" w:after="40"/>
            </w:pPr>
            <w:r>
              <w:rPr>
                <w:rtl/>
              </w:rPr>
              <w:t>2. לבנון</w:t>
            </w:r>
          </w:p>
        </w:tc>
        <w:tc>
          <w:tcPr>
            <w:tcW w:type="dxa" w:w="4989"/>
          </w:tcPr>
          <w:p>
            <w:pPr>
              <w:bidi/>
              <w:spacing w:before="0" w:after="40"/>
            </w:pPr>
            <w:r>
              <w:rPr>
                <w:rtl/>
              </w:rPr>
              <w:t>[   ] אפריקה</w:t>
            </w:r>
          </w:p>
        </w:tc>
      </w:tr>
      <w:tr>
        <w:tc>
          <w:tcPr>
            <w:tcW w:type="dxa" w:w="4989"/>
          </w:tcPr>
          <w:p>
            <w:pPr>
              <w:bidi/>
              <w:spacing w:before="0" w:after="40"/>
            </w:pPr>
            <w:r>
              <w:rPr>
                <w:rtl/>
              </w:rPr>
              <w:t>3. אלג'יריה</w:t>
            </w:r>
          </w:p>
        </w:tc>
        <w:tc>
          <w:tcPr>
            <w:tcW w:type="dxa" w:w="4989"/>
          </w:tcPr>
          <w:p>
            <w:pPr>
              <w:bidi/>
              <w:spacing w:before="0" w:after="40"/>
            </w:pPr>
            <w:r>
              <w:rPr>
                <w:rtl/>
              </w:rPr>
              <w:t>[   ] אפריקה</w:t>
            </w:r>
          </w:p>
        </w:tc>
      </w:tr>
      <w:tr>
        <w:tc>
          <w:tcPr>
            <w:tcW w:type="dxa" w:w="4989"/>
          </w:tcPr>
          <w:p>
            <w:pPr>
              <w:bidi/>
              <w:spacing w:before="0" w:after="40"/>
            </w:pPr>
            <w:r>
              <w:rPr>
                <w:rtl/>
              </w:rPr>
              <w:t>4. קרואטיה</w:t>
            </w:r>
          </w:p>
        </w:tc>
        <w:tc>
          <w:tcPr>
            <w:tcW w:type="dxa" w:w="4989"/>
          </w:tcPr>
          <w:p>
            <w:pPr>
              <w:bidi/>
              <w:spacing w:before="0" w:after="40"/>
            </w:pPr>
            <w:r>
              <w:rPr>
                <w:rtl/>
              </w:rPr>
              <w:t>[   ] אסיה</w:t>
            </w:r>
          </w:p>
        </w:tc>
      </w:tr>
      <w:tr>
        <w:tc>
          <w:tcPr>
            <w:tcW w:type="dxa" w:w="4989"/>
          </w:tcPr>
          <w:p>
            <w:pPr>
              <w:bidi/>
              <w:spacing w:before="0" w:after="40"/>
            </w:pPr>
            <w:r>
              <w:rPr>
                <w:rtl/>
              </w:rPr>
              <w:t>5. תוניסיה</w:t>
            </w:r>
          </w:p>
        </w:tc>
        <w:tc>
          <w:tcPr>
            <w:tcW w:type="dxa" w:w="4989"/>
          </w:tcPr>
          <w:p>
            <w:pPr>
              <w:bidi/>
              <w:spacing w:before="0" w:after="40"/>
            </w:pPr>
            <w:r>
              <w:rPr>
                <w:rtl/>
              </w:rPr>
              <w:t>[   ] אירופה</w:t>
            </w:r>
          </w:p>
        </w:tc>
      </w:tr>
    </w:tbl>
    <w:p>
      <w:pPr>
        <w:bidi/>
        <w:spacing w:before="0" w:after="40"/>
      </w:pPr>
    </w:p>
    <w:p>
      <w:pPr>
        <w:bidi/>
        <w:spacing w:before="160" w:after="60"/>
      </w:pPr>
      <w:r>
        <w:rPr>
          <w:b/>
          <w:bCs/>
          <w:sz w:val="26"/>
          <w:szCs w:val="26"/>
          <w:rtl/>
        </w:rPr>
        <w:t>3. בחרו את התשובה הנכונה.</w:t>
      </w:r>
    </w:p>
    <w:p>
      <w:pPr>
        <w:bidi/>
        <w:spacing w:before="0" w:after="20"/>
      </w:pPr>
      <w:r>
        <w:rPr>
          <w:rtl/>
        </w:rPr>
        <w:t>א. איזה נהר גדול נשפך לים התיכון בצפון מצרים?</w:t>
      </w:r>
    </w:p>
    <w:p>
      <w:pPr>
        <w:bidi/>
        <w:spacing w:before="0" w:after="80"/>
      </w:pPr>
      <w:r>
        <w:rPr>
          <w:rtl/>
        </w:rPr>
        <w:t xml:space="preserve">   ○ הנילוס      ○ הירדן      ○ האמזונס</w:t>
      </w:r>
    </w:p>
    <w:p>
      <w:pPr>
        <w:bidi/>
        <w:spacing w:before="0" w:after="20"/>
      </w:pPr>
      <w:r>
        <w:rPr>
          <w:rtl/>
        </w:rPr>
        <w:t>ב. מהו המצב הנפוץ באקלים ים-תיכוני בחודש יולי?</w:t>
      </w:r>
    </w:p>
    <w:p>
      <w:pPr>
        <w:bidi/>
        <w:spacing w:before="0" w:after="80"/>
      </w:pPr>
      <w:r>
        <w:rPr>
          <w:rtl/>
        </w:rPr>
        <w:t xml:space="preserve">   ○ גשם כבד      ○ שלג על החוף      ○ חום ויובש</w:t>
      </w:r>
    </w:p>
    <w:p>
      <w:pPr>
        <w:bidi/>
        <w:spacing w:before="160" w:after="60"/>
      </w:pPr>
      <w:r>
        <w:rPr>
          <w:b/>
          <w:bCs/>
          <w:sz w:val="26"/>
          <w:szCs w:val="26"/>
          <w:rtl/>
        </w:rPr>
        <w:t>4.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a3461"/>
          </w:tcPr>
          <w:p>
            <w:pPr>
              <w:bidi/>
              <w:spacing w:before="0" w:after="40"/>
            </w:pPr>
            <w:r>
              <w:rPr>
                <w:b/>
                <w:bCs/>
                <w:color w:val="FFFFFF"/>
                <w:rtl/>
              </w:rPr>
              <w:t>משפט</w:t>
            </w:r>
          </w:p>
        </w:tc>
        <w:tc>
          <w:tcPr>
            <w:tcW w:type="dxa" w:w="2494"/>
            <w:shd w:val="clear" w:color="auto" w:fill="1a3461"/>
          </w:tcPr>
          <w:p>
            <w:pPr>
              <w:bidi/>
              <w:spacing w:before="0" w:after="40"/>
            </w:pPr>
            <w:r>
              <w:rPr>
                <w:b/>
                <w:bCs/>
                <w:color w:val="FFFFFF"/>
                <w:rtl/>
              </w:rPr>
              <w:t>נכון</w:t>
            </w:r>
          </w:p>
        </w:tc>
        <w:tc>
          <w:tcPr>
            <w:tcW w:type="dxa" w:w="2494"/>
            <w:shd w:val="clear" w:color="auto" w:fill="1a3461"/>
          </w:tcPr>
          <w:p>
            <w:pPr>
              <w:bidi/>
              <w:spacing w:before="0" w:after="40"/>
            </w:pPr>
            <w:r>
              <w:rPr>
                <w:b/>
                <w:bCs/>
                <w:color w:val="FFFFFF"/>
                <w:rtl/>
              </w:rPr>
              <w:t>לא נכון</w:t>
            </w:r>
          </w:p>
        </w:tc>
        <w:tc>
          <w:tcPr>
            <w:tcW w:type="dxa" w:w="2494"/>
            <w:shd w:val="clear" w:color="auto" w:fill="1a3461"/>
          </w:tcPr>
          <w:p>
            <w:pPr>
              <w:bidi/>
              <w:spacing w:before="0" w:after="40"/>
            </w:pPr>
            <w:r>
              <w:rPr>
                <w:b/>
                <w:bCs/>
                <w:color w:val="FFFFFF"/>
                <w:rtl/>
              </w:rPr>
              <w:t>תיקון</w:t>
            </w:r>
          </w:p>
        </w:tc>
      </w:tr>
      <w:tr>
        <w:tc>
          <w:tcPr>
            <w:tcW w:type="dxa" w:w="2494"/>
          </w:tcPr>
          <w:p>
            <w:pPr>
              <w:bidi/>
              <w:spacing w:before="0" w:after="40"/>
            </w:pPr>
            <w:r>
              <w:rPr>
                <w:rtl/>
              </w:rPr>
              <w:t>א. ישראל נמצאת בחוף המזרחי של הים התיכון.</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מרוקו נמצאת בחוף הצפוני של הים התיכון.</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בים התיכון יש איים רבים.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באקלים ים-תיכוני החורף קפוא ומושלג בכל מקום.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מיינו את המאפיינים לפי העונה באקלים ים-תיכוני.</w:t>
      </w:r>
    </w:p>
    <w:p>
      <w:pPr>
        <w:bidi/>
        <w:spacing w:before="0" w:after="80"/>
      </w:pPr>
      <w:r>
        <w:rPr>
          <w:color w:val="1A3461"/>
          <w:sz w:val="24"/>
          <w:szCs w:val="24"/>
          <w:rtl/>
        </w:rPr>
        <w:t>המילים: חם  |  יבש  |  גשום  |  נוח  |  שמיים בהירים כמעט כל יום  |  נחלים זורמים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קיץ</w:t>
            </w:r>
          </w:p>
        </w:tc>
        <w:tc>
          <w:tcPr>
            <w:tcW w:type="dxa" w:w="4989"/>
            <w:shd w:val="clear" w:color="auto" w:fill="1a3461"/>
          </w:tcPr>
          <w:p>
            <w:pPr>
              <w:bidi/>
              <w:spacing w:before="0" w:after="40"/>
            </w:pPr>
            <w:r>
              <w:rPr>
                <w:b/>
                <w:bCs/>
                <w:color w:val="FFFFFF"/>
                <w:rtl/>
              </w:rPr>
              <w:t>חורף</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6. השלימו את הטבלה על חופי הים התיכון.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סוג החוף</w:t>
            </w:r>
          </w:p>
        </w:tc>
        <w:tc>
          <w:tcPr>
            <w:tcW w:type="dxa" w:w="4989"/>
            <w:shd w:val="clear" w:color="auto" w:fill="1a3461"/>
          </w:tcPr>
          <w:p>
            <w:pPr>
              <w:bidi/>
              <w:spacing w:before="0" w:after="40"/>
            </w:pPr>
            <w:r>
              <w:rPr>
                <w:b/>
                <w:bCs/>
                <w:color w:val="FFFFFF"/>
                <w:rtl/>
              </w:rPr>
              <w:t>איך הוא נראה</w:t>
            </w:r>
          </w:p>
        </w:tc>
      </w:tr>
      <w:tr>
        <w:tc>
          <w:tcPr>
            <w:tcW w:type="dxa" w:w="4989"/>
          </w:tcPr>
          <w:p>
            <w:pPr>
              <w:bidi/>
              <w:spacing w:before="0" w:after="40"/>
            </w:pPr>
            <w:r>
              <w:rPr>
                <w:rtl/>
              </w:rPr>
              <w:t>חוף חולי</w:t>
            </w:r>
          </w:p>
        </w:tc>
        <w:tc>
          <w:tcPr>
            <w:tcW w:type="dxa" w:w="4989"/>
          </w:tcPr>
          <w:p>
            <w:pPr>
              <w:bidi/>
              <w:spacing w:before="0" w:after="40"/>
            </w:pPr>
            <w:r>
              <w:rPr>
                <w:rtl/>
              </w:rPr>
            </w:r>
          </w:p>
        </w:tc>
      </w:tr>
      <w:tr>
        <w:tc>
          <w:tcPr>
            <w:tcW w:type="dxa" w:w="4989"/>
          </w:tcPr>
          <w:p>
            <w:pPr>
              <w:bidi/>
              <w:spacing w:before="0" w:after="40"/>
            </w:pPr>
            <w:r>
              <w:rPr>
                <w:rtl/>
              </w:rPr>
            </w:r>
          </w:p>
        </w:tc>
        <w:tc>
          <w:tcPr>
            <w:tcW w:type="dxa" w:w="4989"/>
          </w:tcPr>
          <w:p>
            <w:pPr>
              <w:bidi/>
              <w:spacing w:before="0" w:after="40"/>
            </w:pPr>
            <w:r>
              <w:rPr>
                <w:rtl/>
              </w:rPr>
              <w:t>קיר סלע תלול מעל המים</w:t>
            </w:r>
          </w:p>
        </w:tc>
      </w:tr>
      <w:tr>
        <w:tc>
          <w:tcPr>
            <w:tcW w:type="dxa" w:w="4989"/>
          </w:tcPr>
          <w:p>
            <w:pPr>
              <w:bidi/>
              <w:spacing w:before="0" w:after="40"/>
            </w:pPr>
            <w:r>
              <w:rPr>
                <w:rtl/>
              </w:rPr>
              <w:t>מפרץ</w:t>
            </w:r>
          </w:p>
        </w:tc>
        <w:tc>
          <w:tcPr>
            <w:tcW w:type="dxa" w:w="4989"/>
          </w:tcPr>
          <w:p>
            <w:pPr>
              <w:bidi/>
              <w:spacing w:before="0" w:after="40"/>
            </w:pPr>
            <w:r>
              <w:rPr>
                <w:rtl/>
              </w:rPr>
            </w:r>
          </w:p>
        </w:tc>
      </w:tr>
      <w:tr>
        <w:tc>
          <w:tcPr>
            <w:tcW w:type="dxa" w:w="4989"/>
          </w:tcPr>
          <w:p>
            <w:pPr>
              <w:bidi/>
              <w:spacing w:before="0" w:after="40"/>
            </w:pPr>
            <w:r>
              <w:rPr>
                <w:rtl/>
              </w:rPr>
              <w:t>חוף סלעי</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7. כתבו ליד כל מקום באיזה חלק של הים התיכון הוא נמצא: צפון, דרום, מזרח או מערב.</w:t>
      </w:r>
    </w:p>
    <w:p>
      <w:pPr>
        <w:bidi/>
        <w:spacing w:before="0" w:after="100"/>
      </w:pPr>
      <w:r>
        <w:rPr>
          <w:rtl/>
        </w:rPr>
        <w:t>א. מצר גיברלטר</w:t>
      </w:r>
    </w:p>
    <w:p>
      <w:pPr>
        <w:bidi/>
        <w:spacing w:before="0" w:after="100"/>
      </w:pPr>
      <w:r>
        <w:rPr>
          <w:rtl/>
        </w:rPr>
        <w:t>ב. ישראל ולבנון</w:t>
      </w:r>
    </w:p>
    <w:p>
      <w:pPr>
        <w:bidi/>
        <w:spacing w:before="0" w:after="100"/>
      </w:pPr>
      <w:r>
        <w:rPr>
          <w:rtl/>
        </w:rPr>
        <w:t>ג. חופי לוב ומצרים</w:t>
      </w:r>
    </w:p>
    <w:p>
      <w:pPr>
        <w:bidi/>
        <w:spacing w:before="0" w:after="100"/>
      </w:pPr>
      <w:r>
        <w:rPr>
          <w:rtl/>
        </w:rPr>
        <w:t>ד. חופי צרפת ואיטליה</w:t>
      </w:r>
    </w:p>
    <w:p>
      <w:pPr>
        <w:bidi/>
        <w:spacing w:before="120" w:after="40"/>
      </w:pPr>
      <w:r>
        <w:rPr>
          <w:rFonts w:ascii="Tahoma" w:hAnsi="Tahoma" w:cs="Tahoma"/>
          <w:b/>
          <w:bCs/>
          <w:color w:val="1A3461"/>
          <w:sz w:val="30"/>
          <w:szCs w:val="30"/>
          <w:rtl/>
        </w:rPr>
        <w:t>יום אחד בחוף הכרמל</w:t>
      </w:r>
    </w:p>
    <w:p>
      <w:pPr>
        <w:bidi/>
        <w:spacing w:before="0" w:after="80"/>
      </w:pPr>
      <w:r>
        <w:rPr>
          <w:rtl/>
        </w:rPr>
        <w:t>בחופשת הקיץ נסעה משפחתו של אחמד לחוף הים שליד הכרמל. השמיים היו בהירים, החול היה חם מאוד, ואחמד שמח להיכנס למים הנעימים.</w:t>
      </w:r>
    </w:p>
    <w:p>
      <w:pPr>
        <w:bidi/>
        <w:spacing w:before="0" w:after="80"/>
      </w:pPr>
      <w:r>
        <w:rPr>
          <w:rtl/>
        </w:rPr>
        <w:t>אחרי השחייה טיפסו בני המשפחה על הכרמל. בדרך עברו בחורש ירוק של אלונים ושל אלות, ועצי אורן נתנו צל. אבא של אחמד הסביר שהעצים האלה מסתדרים עם הקיץ הארוך והיבש, כי העלים שלהם קשים וקטנים ומאבדים מעט מים.</w:t>
      </w:r>
    </w:p>
    <w:p>
      <w:pPr>
        <w:bidi/>
        <w:spacing w:before="0" w:after="80"/>
      </w:pPr>
      <w:r>
        <w:rPr>
          <w:rtl/>
        </w:rPr>
        <w:t>מן המצפה ראו את הים הכחול ואת קו החוף הארוך והישר. «בחורף», אמר אבא, «הנחלים כאן זורמים, והכול ירוק עוד יותר».</w:t>
      </w:r>
    </w:p>
    <w:p>
      <w:pPr>
        <w:bidi/>
        <w:spacing w:before="160" w:after="60"/>
      </w:pPr>
      <w:r>
        <w:rPr>
          <w:b/>
          <w:bCs/>
          <w:sz w:val="26"/>
          <w:szCs w:val="26"/>
          <w:rtl/>
        </w:rPr>
        <w:t>8. לפי הטקסט «יום אחד בחוף הכרמל», השלימו.</w:t>
      </w:r>
    </w:p>
    <w:p>
      <w:pPr>
        <w:bidi/>
        <w:spacing w:before="0" w:after="60"/>
      </w:pPr>
      <w:r>
        <w:rPr>
          <w:rtl/>
        </w:rPr>
        <w:t>א. בחורש על הכרמל גדלים אלונים, אלות ועצי __________.</w:t>
      </w:r>
    </w:p>
    <w:p>
      <w:pPr>
        <w:bidi/>
        <w:spacing w:before="0" w:after="60"/>
      </w:pPr>
      <w:r>
        <w:rPr>
          <w:rtl/>
        </w:rPr>
        <w:t>ב. העלים של עצי החורש קשים ו__________.</w:t>
      </w:r>
    </w:p>
    <w:p>
      <w:pPr>
        <w:bidi/>
        <w:spacing w:before="0" w:after="60"/>
      </w:pPr>
      <w:r>
        <w:rPr>
          <w:rtl/>
        </w:rPr>
        <w:t>ג. מן המצפה ראו את קו החוף הארוך וה__________.</w:t>
      </w:r>
    </w:p>
    <w:p>
      <w:pPr>
        <w:bidi/>
        <w:spacing w:before="160" w:after="60"/>
      </w:pPr>
      <w:r>
        <w:rPr>
          <w:b/>
          <w:bCs/>
          <w:sz w:val="26"/>
          <w:szCs w:val="26"/>
          <w:rtl/>
        </w:rPr>
        <w:t>9. לפי הטקסט, איך העצים בחורש מותאמים לאקלים הים-תיכוני? ומה משתנה בנוף בחורף?</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10. הסבירו מדוע זית וגפן מתאימים לגידול באזור הים התיכון.</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שרטטו את המסלול של ספינה שמפליגה מן האוקיינוס האטלנטי אל ישראל: הים התיכון, מצר גיברלטר, ישראל וחץ צפון.</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אתגר: ספינה מאירופה צריכה להגיע להודו. הסבירו כיצד תעלת סואץ מקצרת את הדרך, ובאיזו דרך הייתה הספינה צריכה להפליג לולא התעלה.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ה'   |   פרק 6</w:t>
      </w:r>
    </w:p>
    <w:p>
      <w:pPr>
        <w:bidi/>
        <w:spacing w:before="0" w:after="120"/>
      </w:pPr>
      <w:r>
        <w:rPr>
          <w:rFonts w:ascii="Tahoma" w:hAnsi="Tahoma" w:cs="Tahoma"/>
          <w:b/>
          <w:bCs/>
          <w:color w:val="1A3461"/>
          <w:sz w:val="44"/>
          <w:szCs w:val="44"/>
          <w:rtl/>
        </w:rPr>
        <w:t>פרק 6: האדם באגן הים התיכון: תרבות, נמלים, סחר, דיג ותיירות</w:t>
      </w:r>
    </w:p>
    <w:p>
      <w:pPr>
        <w:bidi/>
        <w:spacing w:before="0" w:after="80"/>
      </w:pPr>
      <w:r>
        <w:drawing>
          <wp:inline xmlns:a="http://schemas.openxmlformats.org/drawingml/2006/main" xmlns:pic="http://schemas.openxmlformats.org/drawingml/2006/picture">
            <wp:extent cx="3240000" cy="2160000"/>
            <wp:docPr id="8" name="Picture 8"/>
            <wp:cNvGraphicFramePr>
              <a:graphicFrameLocks noChangeAspect="1"/>
            </wp:cNvGraphicFramePr>
            <a:graphic>
              <a:graphicData uri="http://schemas.openxmlformats.org/drawingml/2006/picture">
                <pic:pic>
                  <pic:nvPicPr>
                    <pic:cNvPr id="0" name="geo_g5_t06.jpg"/>
                    <pic:cNvPicPr/>
                  </pic:nvPicPr>
                  <pic:blipFill>
                    <a:blip r:embed="rId17"/>
                    <a:stretch>
                      <a:fillRect/>
                    </a:stretch>
                  </pic:blipFill>
                  <pic:spPr>
                    <a:xfrm>
                      <a:off x="0" y="0"/>
                      <a:ext cx="3240000" cy="2160000"/>
                    </a:xfrm>
                    <a:prstGeom prst="rect"/>
                  </pic:spPr>
                </pic:pic>
              </a:graphicData>
            </a:graphic>
          </wp:inline>
        </w:drawing>
      </w:r>
    </w:p>
    <w:p>
      <w:pPr>
        <w:bidi/>
        <w:spacing w:before="120" w:after="40"/>
      </w:pPr>
      <w:r>
        <w:rPr>
          <w:rFonts w:ascii="Tahoma" w:hAnsi="Tahoma" w:cs="Tahoma"/>
          <w:b/>
          <w:bCs/>
          <w:color w:val="1A3461"/>
          <w:sz w:val="28"/>
          <w:szCs w:val="28"/>
          <w:rtl/>
        </w:rPr>
        <w:t>◆ תרבויות סביב הים</w:t>
      </w:r>
    </w:p>
    <w:p>
      <w:pPr>
        <w:bidi/>
        <w:spacing w:before="0" w:after="20"/>
      </w:pPr>
      <w:r>
        <w:rPr>
          <w:rtl/>
        </w:rPr>
        <w:t>1. תרבויות עתיקות: מצרים, פיניקים, יוונים, רומאים.</w:t>
      </w:r>
    </w:p>
    <w:p>
      <w:pPr>
        <w:bidi/>
        <w:spacing w:before="0" w:after="20"/>
      </w:pPr>
      <w:r>
        <w:rPr>
          <w:rtl/>
        </w:rPr>
        <w:t>2. הים חיבר בין עמים: מסחר, רעיונות ושפות.</w:t>
      </w:r>
    </w:p>
    <w:p>
      <w:pPr>
        <w:bidi/>
        <w:spacing w:before="0" w:after="20"/>
      </w:pPr>
      <w:r>
        <w:rPr>
          <w:rtl/>
        </w:rPr>
        <w:t>3. ירושלים קדושה ליהודים, לנוצרים ולמוסלמים.</w:t>
      </w:r>
    </w:p>
    <w:p>
      <w:pPr>
        <w:bidi/>
        <w:spacing w:before="120" w:after="40"/>
      </w:pPr>
      <w:r>
        <w:rPr>
          <w:rFonts w:ascii="Tahoma" w:hAnsi="Tahoma" w:cs="Tahoma"/>
          <w:b/>
          <w:bCs/>
          <w:color w:val="1A3461"/>
          <w:sz w:val="28"/>
          <w:szCs w:val="28"/>
          <w:rtl/>
        </w:rPr>
        <w:t>◆ הים והכלכלה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t>תחום</w:t>
            </w:r>
          </w:p>
        </w:tc>
        <w:tc>
          <w:tcPr>
            <w:tcW w:type="dxa" w:w="3326"/>
            <w:shd w:val="clear" w:color="auto" w:fill="1a3461"/>
          </w:tcPr>
          <w:p>
            <w:pPr>
              <w:bidi/>
              <w:spacing w:before="0" w:after="40"/>
            </w:pPr>
            <w:r>
              <w:rPr>
                <w:b/>
                <w:bCs/>
                <w:color w:val="FFFFFF"/>
                <w:rtl/>
              </w:rPr>
              <w:t>מה עושים</w:t>
            </w:r>
          </w:p>
        </w:tc>
        <w:tc>
          <w:tcPr>
            <w:tcW w:type="dxa" w:w="3326"/>
            <w:shd w:val="clear" w:color="auto" w:fill="1a3461"/>
          </w:tcPr>
          <w:p>
            <w:pPr>
              <w:bidi/>
              <w:spacing w:before="0" w:after="40"/>
            </w:pPr>
            <w:r>
              <w:rPr>
                <w:b/>
                <w:bCs/>
                <w:color w:val="FFFFFF"/>
                <w:rtl/>
              </w:rPr>
              <w:t>דוגמה</w:t>
            </w:r>
          </w:p>
        </w:tc>
      </w:tr>
      <w:tr>
        <w:tc>
          <w:tcPr>
            <w:tcW w:type="dxa" w:w="3326"/>
          </w:tcPr>
          <w:p>
            <w:pPr>
              <w:bidi/>
              <w:spacing w:before="0" w:after="40"/>
            </w:pPr>
            <w:r>
              <w:rPr>
                <w:rtl/>
              </w:rPr>
              <w:t>נמלים וסחר</w:t>
            </w:r>
          </w:p>
        </w:tc>
        <w:tc>
          <w:tcPr>
            <w:tcW w:type="dxa" w:w="3326"/>
          </w:tcPr>
          <w:p>
            <w:pPr>
              <w:bidi/>
              <w:spacing w:before="0" w:after="40"/>
            </w:pPr>
            <w:r>
              <w:rPr>
                <w:rtl/>
              </w:rPr>
              <w:t>פורקים וטוענים סחורות</w:t>
            </w:r>
          </w:p>
        </w:tc>
        <w:tc>
          <w:tcPr>
            <w:tcW w:type="dxa" w:w="3326"/>
          </w:tcPr>
          <w:p>
            <w:pPr>
              <w:bidi/>
              <w:spacing w:before="0" w:after="40"/>
            </w:pPr>
            <w:r>
              <w:rPr>
                <w:rtl/>
              </w:rPr>
              <w:t>נמל חיפה, נמל אשדוד</w:t>
            </w:r>
          </w:p>
        </w:tc>
      </w:tr>
      <w:tr>
        <w:tc>
          <w:tcPr>
            <w:tcW w:type="dxa" w:w="3326"/>
          </w:tcPr>
          <w:p>
            <w:pPr>
              <w:bidi/>
              <w:spacing w:before="0" w:after="40"/>
            </w:pPr>
            <w:r>
              <w:rPr>
                <w:rtl/>
              </w:rPr>
              <w:t>דיג</w:t>
            </w:r>
          </w:p>
        </w:tc>
        <w:tc>
          <w:tcPr>
            <w:tcW w:type="dxa" w:w="3326"/>
          </w:tcPr>
          <w:p>
            <w:pPr>
              <w:bidi/>
              <w:spacing w:before="0" w:after="40"/>
            </w:pPr>
            <w:r>
              <w:rPr>
                <w:rtl/>
              </w:rPr>
              <w:t>דגים בסירות ובספינות</w:t>
            </w:r>
          </w:p>
        </w:tc>
        <w:tc>
          <w:tcPr>
            <w:tcW w:type="dxa" w:w="3326"/>
          </w:tcPr>
          <w:p>
            <w:pPr>
              <w:bidi/>
              <w:spacing w:before="0" w:after="40"/>
            </w:pPr>
            <w:r>
              <w:rPr>
                <w:rtl/>
              </w:rPr>
              <w:t>סירות דייגים ביפו</w:t>
            </w:r>
          </w:p>
        </w:tc>
      </w:tr>
      <w:tr>
        <w:tc>
          <w:tcPr>
            <w:tcW w:type="dxa" w:w="3326"/>
          </w:tcPr>
          <w:p>
            <w:pPr>
              <w:bidi/>
              <w:spacing w:before="0" w:after="40"/>
            </w:pPr>
            <w:r>
              <w:rPr>
                <w:rtl/>
              </w:rPr>
              <w:t>תיירות</w:t>
            </w:r>
          </w:p>
        </w:tc>
        <w:tc>
          <w:tcPr>
            <w:tcW w:type="dxa" w:w="3326"/>
          </w:tcPr>
          <w:p>
            <w:pPr>
              <w:bidi/>
              <w:spacing w:before="0" w:after="40"/>
            </w:pPr>
            <w:r>
              <w:rPr>
                <w:rtl/>
              </w:rPr>
              <w:t>מארחים מבקרים</w:t>
            </w:r>
          </w:p>
        </w:tc>
        <w:tc>
          <w:tcPr>
            <w:tcW w:type="dxa" w:w="3326"/>
          </w:tcPr>
          <w:p>
            <w:pPr>
              <w:bidi/>
              <w:spacing w:before="0" w:after="40"/>
            </w:pPr>
            <w:r>
              <w:rPr>
                <w:rtl/>
              </w:rPr>
              <w:t>חופים, אתרים עתיקים, איים</w:t>
            </w:r>
          </w:p>
        </w:tc>
      </w:tr>
    </w:tbl>
    <w:p>
      <w:pPr>
        <w:bidi/>
        <w:spacing w:before="0" w:after="40"/>
      </w:pPr>
    </w:p>
    <w:p>
      <w:pPr>
        <w:bidi/>
        <w:spacing w:before="120" w:after="40"/>
      </w:pPr>
      <w:r>
        <w:rPr>
          <w:rFonts w:ascii="Tahoma" w:hAnsi="Tahoma" w:cs="Tahoma"/>
          <w:b/>
          <w:bCs/>
          <w:color w:val="1A3461"/>
          <w:sz w:val="28"/>
          <w:szCs w:val="28"/>
          <w:rtl/>
        </w:rPr>
        <w:t>◆ למה תיירים באים?</w:t>
      </w:r>
    </w:p>
    <w:p>
      <w:pPr>
        <w:bidi/>
        <w:spacing w:before="0" w:after="20"/>
      </w:pPr>
      <w:r>
        <w:rPr>
          <w:rtl/>
        </w:rPr>
        <w:t>1. קיץ שמשי וחופים.</w:t>
      </w:r>
    </w:p>
    <w:p>
      <w:pPr>
        <w:bidi/>
        <w:spacing w:before="0" w:after="20"/>
      </w:pPr>
      <w:r>
        <w:rPr>
          <w:rtl/>
        </w:rPr>
        <w:t>2. אתרים היסטוריים ותרבות.</w:t>
      </w:r>
    </w:p>
    <w:p>
      <w:pPr>
        <w:bidi/>
        <w:spacing w:before="0" w:after="20"/>
      </w:pPr>
      <w:r>
        <w:rPr>
          <w:rtl/>
        </w:rPr>
        <w:t>3. אוכל ים-תיכוני: שמן זית, דגים, ירקות.</w:t>
      </w:r>
    </w:p>
    <w:p>
      <w:pPr>
        <w:bidi/>
        <w:spacing w:before="160" w:after="60"/>
      </w:pPr>
      <w:r>
        <w:rPr>
          <w:b/>
          <w:bCs/>
          <w:sz w:val="26"/>
          <w:szCs w:val="26"/>
          <w:rtl/>
        </w:rPr>
        <w:t>1. השלימו בעזרת המחסן.</w:t>
      </w:r>
    </w:p>
    <w:p>
      <w:pPr>
        <w:bidi/>
        <w:spacing w:before="0" w:after="80"/>
      </w:pPr>
      <w:r>
        <w:rPr>
          <w:color w:val="1A3461"/>
          <w:sz w:val="24"/>
          <w:szCs w:val="24"/>
          <w:rtl/>
        </w:rPr>
        <w:t>מחסן מילים: מכולות  |  רציף  |  שובר גלים  |  שמן זית  |  ספינות נופש</w:t>
      </w:r>
    </w:p>
    <w:p>
      <w:pPr>
        <w:bidi/>
        <w:spacing w:before="0" w:after="60"/>
      </w:pPr>
      <w:r>
        <w:rPr>
          <w:rtl/>
        </w:rPr>
        <w:t>א. סחורות רבות נשלחות בקופסאות ענק של מתכת שנקראות __________.</w:t>
      </w:r>
    </w:p>
    <w:p>
      <w:pPr>
        <w:bidi/>
        <w:spacing w:before="0" w:after="60"/>
      </w:pPr>
      <w:r>
        <w:rPr>
          <w:rtl/>
        </w:rPr>
        <w:t>ב. המקום בנמל שלצדו עוגנת הספינה הוא ה__________.</w:t>
      </w:r>
    </w:p>
    <w:p>
      <w:pPr>
        <w:bidi/>
        <w:spacing w:before="0" w:after="60"/>
      </w:pPr>
      <w:r>
        <w:rPr>
          <w:rtl/>
        </w:rPr>
        <w:t>ג. קיר באמצע הים שמגן על הנמל מפני הגלים הוא __________.</w:t>
      </w:r>
    </w:p>
    <w:p>
      <w:pPr>
        <w:bidi/>
        <w:spacing w:before="0" w:after="60"/>
      </w:pPr>
      <w:r>
        <w:rPr>
          <w:rtl/>
        </w:rPr>
        <w:t>ד. מוצר חשוב במטבח הים-תיכוני שמופק מזיתים הוא __________.</w:t>
      </w:r>
    </w:p>
    <w:p>
      <w:pPr>
        <w:bidi/>
        <w:spacing w:before="0" w:after="60"/>
      </w:pPr>
      <w:r>
        <w:rPr>
          <w:rtl/>
        </w:rPr>
        <w:t>ה. ספינות גדולות שמסיעות תיירים מנמל לנמל הן __________.</w:t>
      </w:r>
    </w:p>
    <w:p>
      <w:pPr>
        <w:bidi/>
        <w:spacing w:before="160" w:after="60"/>
      </w:pPr>
      <w:r>
        <w:rPr>
          <w:b/>
          <w:bCs/>
          <w:sz w:val="26"/>
          <w:szCs w:val="26"/>
          <w:rtl/>
        </w:rPr>
        <w:t>2. התאימו לכל עם עתיק את מה שמתאים 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טור א</w:t>
            </w:r>
          </w:p>
        </w:tc>
        <w:tc>
          <w:tcPr>
            <w:tcW w:type="dxa" w:w="4989"/>
            <w:shd w:val="clear" w:color="auto" w:fill="1a3461"/>
          </w:tcPr>
          <w:p>
            <w:pPr>
              <w:bidi/>
              <w:spacing w:before="0" w:after="40"/>
            </w:pPr>
            <w:r>
              <w:rPr>
                <w:b/>
                <w:bCs/>
                <w:color w:val="FFFFFF"/>
                <w:rtl/>
              </w:rPr>
              <w:t>טור ב</w:t>
            </w:r>
          </w:p>
        </w:tc>
      </w:tr>
      <w:tr>
        <w:tc>
          <w:tcPr>
            <w:tcW w:type="dxa" w:w="4989"/>
          </w:tcPr>
          <w:p>
            <w:pPr>
              <w:bidi/>
              <w:spacing w:before="0" w:after="40"/>
            </w:pPr>
            <w:r>
              <w:rPr>
                <w:rtl/>
              </w:rPr>
              <w:t>1. הפיניקים</w:t>
            </w:r>
          </w:p>
        </w:tc>
        <w:tc>
          <w:tcPr>
            <w:tcW w:type="dxa" w:w="4989"/>
          </w:tcPr>
          <w:p>
            <w:pPr>
              <w:bidi/>
              <w:spacing w:before="0" w:after="40"/>
            </w:pPr>
            <w:r>
              <w:rPr>
                <w:rtl/>
              </w:rPr>
              <w:t>[   ] שלטו בכל חופי הים וקראו לו «הים שלנו»</w:t>
            </w:r>
          </w:p>
        </w:tc>
      </w:tr>
      <w:tr>
        <w:tc>
          <w:tcPr>
            <w:tcW w:type="dxa" w:w="4989"/>
          </w:tcPr>
          <w:p>
            <w:pPr>
              <w:bidi/>
              <w:spacing w:before="0" w:after="40"/>
            </w:pPr>
            <w:r>
              <w:rPr>
                <w:rtl/>
              </w:rPr>
              <w:t>2. הרומאים</w:t>
            </w:r>
          </w:p>
        </w:tc>
        <w:tc>
          <w:tcPr>
            <w:tcW w:type="dxa" w:w="4989"/>
          </w:tcPr>
          <w:p>
            <w:pPr>
              <w:bidi/>
              <w:spacing w:before="0" w:after="40"/>
            </w:pPr>
            <w:r>
              <w:rPr>
                <w:rtl/>
              </w:rPr>
              <w:t>[   ] ייסדו ערים רבות לאורך החופים</w:t>
            </w:r>
          </w:p>
        </w:tc>
      </w:tr>
      <w:tr>
        <w:tc>
          <w:tcPr>
            <w:tcW w:type="dxa" w:w="4989"/>
          </w:tcPr>
          <w:p>
            <w:pPr>
              <w:bidi/>
              <w:spacing w:before="0" w:after="40"/>
            </w:pPr>
            <w:r>
              <w:rPr>
                <w:rtl/>
              </w:rPr>
              <w:t>3. המצרים</w:t>
            </w:r>
          </w:p>
        </w:tc>
        <w:tc>
          <w:tcPr>
            <w:tcW w:type="dxa" w:w="4989"/>
          </w:tcPr>
          <w:p>
            <w:pPr>
              <w:bidi/>
              <w:spacing w:before="0" w:after="40"/>
            </w:pPr>
            <w:r>
              <w:rPr>
                <w:rtl/>
              </w:rPr>
              <w:t>[   ] סוחרים ויורדי ים מחוף לבנון של היום</w:t>
            </w:r>
          </w:p>
        </w:tc>
      </w:tr>
      <w:tr>
        <w:tc>
          <w:tcPr>
            <w:tcW w:type="dxa" w:w="4989"/>
          </w:tcPr>
          <w:p>
            <w:pPr>
              <w:bidi/>
              <w:spacing w:before="0" w:after="40"/>
            </w:pPr>
            <w:r>
              <w:rPr>
                <w:rtl/>
              </w:rPr>
              <w:t>4. היוונים</w:t>
            </w:r>
          </w:p>
        </w:tc>
        <w:tc>
          <w:tcPr>
            <w:tcW w:type="dxa" w:w="4989"/>
          </w:tcPr>
          <w:p>
            <w:pPr>
              <w:bidi/>
              <w:spacing w:before="0" w:after="40"/>
            </w:pPr>
            <w:r>
              <w:rPr>
                <w:rtl/>
              </w:rPr>
              <w:t>[   ] תרבות עתיקה לאורך הנילוס</w:t>
            </w:r>
          </w:p>
        </w:tc>
      </w:tr>
    </w:tbl>
    <w:p>
      <w:pPr>
        <w:bidi/>
        <w:spacing w:before="0" w:after="40"/>
      </w:pPr>
    </w:p>
    <w:p>
      <w:pPr>
        <w:bidi/>
        <w:spacing w:before="160" w:after="60"/>
      </w:pPr>
      <w:r>
        <w:rPr>
          <w:b/>
          <w:bCs/>
          <w:sz w:val="26"/>
          <w:szCs w:val="26"/>
          <w:rtl/>
        </w:rPr>
        <w:t>3. בחרו את התשובה הנכונה.</w:t>
      </w:r>
    </w:p>
    <w:p>
      <w:pPr>
        <w:bidi/>
        <w:spacing w:before="0" w:after="20"/>
      </w:pPr>
      <w:r>
        <w:rPr>
          <w:rtl/>
        </w:rPr>
        <w:t>א. מדוע תעלת סואץ חשובה לסחר?</w:t>
      </w:r>
    </w:p>
    <w:p>
      <w:pPr>
        <w:bidi/>
        <w:spacing w:before="0" w:after="80"/>
      </w:pPr>
      <w:r>
        <w:rPr>
          <w:rtl/>
        </w:rPr>
        <w:t xml:space="preserve">   ○ היא מקצרת את הדרך בין אירופה לאסיה      ○ היא מקום טוב לדיג      ○ היא חוף רחצה</w:t>
      </w:r>
    </w:p>
    <w:p>
      <w:pPr>
        <w:bidi/>
        <w:spacing w:before="0" w:after="20"/>
      </w:pPr>
      <w:r>
        <w:rPr>
          <w:rtl/>
        </w:rPr>
        <w:t>ב. באיזו עונה מגיעים הכי הרבה תיירים לחופי הים התיכון?</w:t>
      </w:r>
    </w:p>
    <w:p>
      <w:pPr>
        <w:bidi/>
        <w:spacing w:before="0" w:after="80"/>
      </w:pPr>
      <w:r>
        <w:rPr>
          <w:rtl/>
        </w:rPr>
        <w:t xml:space="preserve">   ○ בחורף      ○ בקיץ      ○ אין הבדל</w:t>
      </w:r>
    </w:p>
    <w:p>
      <w:pPr>
        <w:bidi/>
        <w:spacing w:before="160" w:after="60"/>
      </w:pPr>
      <w:r>
        <w:rPr>
          <w:b/>
          <w:bCs/>
          <w:sz w:val="26"/>
          <w:szCs w:val="26"/>
          <w:rtl/>
        </w:rPr>
        <w:t>4.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a3461"/>
          </w:tcPr>
          <w:p>
            <w:pPr>
              <w:bidi/>
              <w:spacing w:before="0" w:after="40"/>
            </w:pPr>
            <w:r>
              <w:rPr>
                <w:b/>
                <w:bCs/>
                <w:color w:val="FFFFFF"/>
                <w:rtl/>
              </w:rPr>
              <w:t>משפט</w:t>
            </w:r>
          </w:p>
        </w:tc>
        <w:tc>
          <w:tcPr>
            <w:tcW w:type="dxa" w:w="2494"/>
            <w:shd w:val="clear" w:color="auto" w:fill="1a3461"/>
          </w:tcPr>
          <w:p>
            <w:pPr>
              <w:bidi/>
              <w:spacing w:before="0" w:after="40"/>
            </w:pPr>
            <w:r>
              <w:rPr>
                <w:b/>
                <w:bCs/>
                <w:color w:val="FFFFFF"/>
                <w:rtl/>
              </w:rPr>
              <w:t>נכון</w:t>
            </w:r>
          </w:p>
        </w:tc>
        <w:tc>
          <w:tcPr>
            <w:tcW w:type="dxa" w:w="2494"/>
            <w:shd w:val="clear" w:color="auto" w:fill="1a3461"/>
          </w:tcPr>
          <w:p>
            <w:pPr>
              <w:bidi/>
              <w:spacing w:before="0" w:after="40"/>
            </w:pPr>
            <w:r>
              <w:rPr>
                <w:b/>
                <w:bCs/>
                <w:color w:val="FFFFFF"/>
                <w:rtl/>
              </w:rPr>
              <w:t>לא נכון</w:t>
            </w:r>
          </w:p>
        </w:tc>
        <w:tc>
          <w:tcPr>
            <w:tcW w:type="dxa" w:w="2494"/>
            <w:shd w:val="clear" w:color="auto" w:fill="1a3461"/>
          </w:tcPr>
          <w:p>
            <w:pPr>
              <w:bidi/>
              <w:spacing w:before="0" w:after="40"/>
            </w:pPr>
            <w:r>
              <w:rPr>
                <w:b/>
                <w:bCs/>
                <w:color w:val="FFFFFF"/>
                <w:rtl/>
              </w:rPr>
              <w:t>תיקון</w:t>
            </w:r>
          </w:p>
        </w:tc>
      </w:tr>
      <w:tr>
        <w:tc>
          <w:tcPr>
            <w:tcW w:type="dxa" w:w="2494"/>
          </w:tcPr>
          <w:p>
            <w:pPr>
              <w:bidi/>
              <w:spacing w:before="0" w:after="40"/>
            </w:pPr>
            <w:r>
              <w:rPr>
                <w:rtl/>
              </w:rPr>
              <w:t>א. יפו ועכו הן ערי נמל עתיקות.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המטבח הים-תיכוני מבוסס בעיקר על חמאה ובשר.</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דרך הנמלים עוברות סחורות בין מדינות.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ירושלים קדושה רק לדת אחת.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מיינו: מה מגיע לנמל בספינת משא, ומה מגיע בספינת נופש?</w:t>
      </w:r>
    </w:p>
    <w:p>
      <w:pPr>
        <w:bidi/>
        <w:spacing w:before="0" w:after="80"/>
      </w:pPr>
      <w:r>
        <w:rPr>
          <w:color w:val="1A3461"/>
          <w:sz w:val="24"/>
          <w:szCs w:val="24"/>
          <w:rtl/>
        </w:rPr>
        <w:t>המילים: מכולות  |  תיירים  |  מכוניות חדשות  |  משפחות בחופשה  |  חיטה  |  קבוצת מטיילים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ספינת משא</w:t>
            </w:r>
          </w:p>
        </w:tc>
        <w:tc>
          <w:tcPr>
            <w:tcW w:type="dxa" w:w="4989"/>
            <w:shd w:val="clear" w:color="auto" w:fill="1a3461"/>
          </w:tcPr>
          <w:p>
            <w:pPr>
              <w:bidi/>
              <w:spacing w:before="0" w:after="40"/>
            </w:pPr>
            <w:r>
              <w:rPr>
                <w:b/>
                <w:bCs/>
                <w:color w:val="FFFFFF"/>
                <w:rtl/>
              </w:rPr>
              <w:t>ספינת נופש</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6. בעיירת חוף דמיונית עובדים 1,000 תושבים. השלימו את הטבלה.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ענף</w:t>
            </w:r>
          </w:p>
        </w:tc>
        <w:tc>
          <w:tcPr>
            <w:tcW w:type="dxa" w:w="4989"/>
            <w:shd w:val="clear" w:color="auto" w:fill="1a3461"/>
          </w:tcPr>
          <w:p>
            <w:pPr>
              <w:bidi/>
              <w:spacing w:before="0" w:after="40"/>
            </w:pPr>
            <w:r>
              <w:rPr>
                <w:b/>
                <w:bCs/>
                <w:color w:val="FFFFFF"/>
                <w:rtl/>
              </w:rPr>
              <w:t>מספר העובדים</w:t>
            </w:r>
          </w:p>
        </w:tc>
      </w:tr>
      <w:tr>
        <w:tc>
          <w:tcPr>
            <w:tcW w:type="dxa" w:w="4989"/>
          </w:tcPr>
          <w:p>
            <w:pPr>
              <w:bidi/>
              <w:spacing w:before="0" w:after="40"/>
            </w:pPr>
            <w:r>
              <w:rPr>
                <w:rtl/>
              </w:rPr>
              <w:t>תיירות</w:t>
            </w:r>
          </w:p>
        </w:tc>
        <w:tc>
          <w:tcPr>
            <w:tcW w:type="dxa" w:w="4989"/>
          </w:tcPr>
          <w:p>
            <w:pPr>
              <w:bidi/>
              <w:spacing w:before="0" w:after="40"/>
            </w:pPr>
            <w:r>
              <w:rPr>
                <w:rtl/>
              </w:rPr>
              <w:t>450</w:t>
            </w:r>
          </w:p>
        </w:tc>
      </w:tr>
      <w:tr>
        <w:tc>
          <w:tcPr>
            <w:tcW w:type="dxa" w:w="4989"/>
          </w:tcPr>
          <w:p>
            <w:pPr>
              <w:bidi/>
              <w:spacing w:before="0" w:after="40"/>
            </w:pPr>
            <w:r>
              <w:rPr>
                <w:rtl/>
              </w:rPr>
              <w:t>דיג</w:t>
            </w:r>
          </w:p>
        </w:tc>
        <w:tc>
          <w:tcPr>
            <w:tcW w:type="dxa" w:w="4989"/>
          </w:tcPr>
          <w:p>
            <w:pPr>
              <w:bidi/>
              <w:spacing w:before="0" w:after="40"/>
            </w:pPr>
            <w:r>
              <w:rPr>
                <w:rtl/>
              </w:rPr>
              <w:t>150</w:t>
            </w:r>
          </w:p>
        </w:tc>
      </w:tr>
      <w:tr>
        <w:tc>
          <w:tcPr>
            <w:tcW w:type="dxa" w:w="4989"/>
          </w:tcPr>
          <w:p>
            <w:pPr>
              <w:bidi/>
              <w:spacing w:before="0" w:after="40"/>
            </w:pPr>
            <w:r>
              <w:rPr>
                <w:rtl/>
              </w:rPr>
              <w:t>נמל וסחר</w:t>
            </w:r>
          </w:p>
        </w:tc>
        <w:tc>
          <w:tcPr>
            <w:tcW w:type="dxa" w:w="4989"/>
          </w:tcPr>
          <w:p>
            <w:pPr>
              <w:bidi/>
              <w:spacing w:before="0" w:after="40"/>
            </w:pPr>
            <w:r>
              <w:rPr>
                <w:rtl/>
              </w:rPr>
              <w:t>250</w:t>
            </w:r>
          </w:p>
        </w:tc>
      </w:tr>
      <w:tr>
        <w:tc>
          <w:tcPr>
            <w:tcW w:type="dxa" w:w="4989"/>
          </w:tcPr>
          <w:p>
            <w:pPr>
              <w:bidi/>
              <w:spacing w:before="0" w:after="40"/>
            </w:pPr>
            <w:r>
              <w:rPr>
                <w:rtl/>
              </w:rPr>
              <w:t>ענפים אחרים</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7. לפי הטבלה של עיירת החוף, ענו בקצרה.</w:t>
      </w:r>
    </w:p>
    <w:p>
      <w:pPr>
        <w:bidi/>
        <w:spacing w:before="0" w:after="100"/>
      </w:pPr>
      <w:r>
        <w:rPr>
          <w:rtl/>
        </w:rPr>
        <w:t>א. באיזה ענף עובדים הכי הרבה תושבים?</w:t>
      </w:r>
    </w:p>
    <w:p>
      <w:pPr>
        <w:bidi/>
        <w:spacing w:before="0" w:after="100"/>
      </w:pPr>
      <w:r>
        <w:rPr>
          <w:rtl/>
        </w:rPr>
        <w:t>ב. כמה תושבים עובדים בדיג ובנמל יחד?</w:t>
      </w:r>
    </w:p>
    <w:p>
      <w:pPr>
        <w:bidi/>
        <w:spacing w:before="0" w:after="100"/>
      </w:pPr>
      <w:r>
        <w:rPr>
          <w:rtl/>
        </w:rPr>
        <w:t>ג. האם יותר ממחצית התושבים עובדים בתיירות?</w:t>
      </w:r>
    </w:p>
    <w:p>
      <w:pPr>
        <w:bidi/>
        <w:spacing w:before="120" w:after="40"/>
      </w:pPr>
      <w:r>
        <w:rPr>
          <w:rFonts w:ascii="Tahoma" w:hAnsi="Tahoma" w:cs="Tahoma"/>
          <w:b/>
          <w:bCs/>
          <w:color w:val="1A3461"/>
          <w:sz w:val="30"/>
          <w:szCs w:val="30"/>
          <w:rtl/>
        </w:rPr>
        <w:t>יומן מסע של מכולה</w:t>
      </w:r>
    </w:p>
    <w:p>
      <w:pPr>
        <w:bidi/>
        <w:spacing w:before="0" w:after="80"/>
      </w:pPr>
      <w:r>
        <w:rPr>
          <w:rtl/>
        </w:rPr>
        <w:t>שלום, אני מכולה כחולה. התחלתי את המסע שלי בנמל גדול באסיה, שם העמיסו בי צעצועים ובגדים. משם הפלגתי על ספינת משא ענקית, יחד עם אלפי מכולות אחרות.</w:t>
      </w:r>
    </w:p>
    <w:p>
      <w:pPr>
        <w:bidi/>
        <w:spacing w:before="0" w:after="80"/>
      </w:pPr>
      <w:r>
        <w:rPr>
          <w:rtl/>
        </w:rPr>
        <w:t>אחרי שבועות בים, הספינה עברה בתעלת סואץ ונכנסה לים התיכון. «עוד מעט מגיעים», אמר הקברניט. ביום שלמחרת עגנו ברציף בנמל אשדוד, ומנוף ענק הוריד אותי אל המזח.</w:t>
      </w:r>
    </w:p>
    <w:p>
      <w:pPr>
        <w:bidi/>
        <w:spacing w:before="0" w:after="80"/>
      </w:pPr>
      <w:r>
        <w:rPr>
          <w:rtl/>
        </w:rPr>
        <w:t>משאית לקחה אותי למחסן, ומשם יגיעו הצעצועים לחנויות בכל הארץ. ואני? בעוד כמה ימים אחזור לים – הפעם עם פירות וירקות בדרך לאירופה.</w:t>
      </w:r>
    </w:p>
    <w:p>
      <w:pPr>
        <w:bidi/>
        <w:spacing w:before="160" w:after="60"/>
      </w:pPr>
      <w:r>
        <w:rPr>
          <w:b/>
          <w:bCs/>
          <w:sz w:val="26"/>
          <w:szCs w:val="26"/>
          <w:rtl/>
        </w:rPr>
        <w:t>8. לפי «יומן מסע של מכולה», השלימו.</w:t>
      </w:r>
    </w:p>
    <w:p>
      <w:pPr>
        <w:bidi/>
        <w:spacing w:before="0" w:after="60"/>
      </w:pPr>
      <w:r>
        <w:rPr>
          <w:rtl/>
        </w:rPr>
        <w:t>א. המכולה יצאה מנמל ביבשת __________.</w:t>
      </w:r>
    </w:p>
    <w:p>
      <w:pPr>
        <w:bidi/>
        <w:spacing w:before="0" w:after="60"/>
      </w:pPr>
      <w:r>
        <w:rPr>
          <w:rtl/>
        </w:rPr>
        <w:t>ב. הספינה נכנסה לים התיכון דרך תעלת __________.</w:t>
      </w:r>
    </w:p>
    <w:p>
      <w:pPr>
        <w:bidi/>
        <w:spacing w:before="0" w:after="60"/>
      </w:pPr>
      <w:r>
        <w:rPr>
          <w:rtl/>
        </w:rPr>
        <w:t>ג. בישראל עגנה הספינה בנמל __________.</w:t>
      </w:r>
    </w:p>
    <w:p>
      <w:pPr>
        <w:bidi/>
        <w:spacing w:before="160" w:after="60"/>
      </w:pPr>
      <w:r>
        <w:rPr>
          <w:b/>
          <w:bCs/>
          <w:sz w:val="26"/>
          <w:szCs w:val="26"/>
          <w:rtl/>
        </w:rPr>
        <w:t>9. לפי הטקסט, הסבירו כיצד הנמל מחבר בין ישראל לבין יבשות אחרות. תנו שתי דוגמאות מן הטקסט.</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10. כתבו שני מאכלים או מוצרים שמאפיינים את המטבח הים-תיכוני, והסבירו מה הקשר שלהם לאזור.</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שרטטו את המסלול של המכולה מן הטקסט: אסיה, תעלת סואץ, הים התיכון, נמל אשדוד ואירופה. סמנו חצים לכיוון התנועה.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אתגר: אילו נסגרה תעלת סואץ לתקופה ארוכה, מה היה קורה לסחר בין אסיה לאירופה ולנמלי הים התיכון? הסבירו שתי השפעות.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ה'   |   פרק 7</w:t>
      </w:r>
    </w:p>
    <w:p>
      <w:pPr>
        <w:bidi/>
        <w:spacing w:before="0" w:after="120"/>
      </w:pPr>
      <w:r>
        <w:rPr>
          <w:rFonts w:ascii="Tahoma" w:hAnsi="Tahoma" w:cs="Tahoma"/>
          <w:b/>
          <w:bCs/>
          <w:color w:val="1A3461"/>
          <w:sz w:val="44"/>
          <w:szCs w:val="44"/>
          <w:rtl/>
        </w:rPr>
        <w:t>פרק 7: האדם והים: השפעות הדדיות, זיהום ושמירה על החופים, ומדינות נבחרות</w:t>
      </w:r>
    </w:p>
    <w:p>
      <w:pPr>
        <w:bidi/>
        <w:spacing w:before="0" w:after="80"/>
      </w:pPr>
      <w:r>
        <w:drawing>
          <wp:inline xmlns:a="http://schemas.openxmlformats.org/drawingml/2006/main" xmlns:pic="http://schemas.openxmlformats.org/drawingml/2006/picture">
            <wp:extent cx="3240000" cy="2160000"/>
            <wp:docPr id="9" name="Picture 9"/>
            <wp:cNvGraphicFramePr>
              <a:graphicFrameLocks noChangeAspect="1"/>
            </wp:cNvGraphicFramePr>
            <a:graphic>
              <a:graphicData uri="http://schemas.openxmlformats.org/drawingml/2006/picture">
                <pic:pic>
                  <pic:nvPicPr>
                    <pic:cNvPr id="0" name="geo_g5_t07.jpg"/>
                    <pic:cNvPicPr/>
                  </pic:nvPicPr>
                  <pic:blipFill>
                    <a:blip r:embed="rId18"/>
                    <a:stretch>
                      <a:fillRect/>
                    </a:stretch>
                  </pic:blipFill>
                  <pic:spPr>
                    <a:xfrm>
                      <a:off x="0" y="0"/>
                      <a:ext cx="3240000" cy="2160000"/>
                    </a:xfrm>
                    <a:prstGeom prst="rect"/>
                  </pic:spPr>
                </pic:pic>
              </a:graphicData>
            </a:graphic>
          </wp:inline>
        </w:drawing>
      </w:r>
    </w:p>
    <w:p>
      <w:pPr>
        <w:bidi/>
        <w:spacing w:before="120" w:after="40"/>
      </w:pPr>
      <w:r>
        <w:rPr>
          <w:rFonts w:ascii="Tahoma" w:hAnsi="Tahoma" w:cs="Tahoma"/>
          <w:b/>
          <w:bCs/>
          <w:color w:val="1A3461"/>
          <w:sz w:val="28"/>
          <w:szCs w:val="28"/>
          <w:rtl/>
        </w:rPr>
        <w:t>◆ השפעות הדדיות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הים משפיע על האדם</w:t>
            </w:r>
          </w:p>
        </w:tc>
        <w:tc>
          <w:tcPr>
            <w:tcW w:type="dxa" w:w="4989"/>
            <w:shd w:val="clear" w:color="auto" w:fill="1a3461"/>
          </w:tcPr>
          <w:p>
            <w:pPr>
              <w:bidi/>
              <w:spacing w:before="0" w:after="40"/>
            </w:pPr>
            <w:r>
              <w:rPr>
                <w:b/>
                <w:bCs/>
                <w:color w:val="FFFFFF"/>
                <w:rtl/>
              </w:rPr>
              <w:t>האדם משפיע על הים</w:t>
            </w:r>
          </w:p>
        </w:tc>
      </w:tr>
      <w:tr>
        <w:tc>
          <w:tcPr>
            <w:tcW w:type="dxa" w:w="4989"/>
          </w:tcPr>
          <w:p>
            <w:pPr>
              <w:bidi/>
              <w:spacing w:before="0" w:after="40"/>
            </w:pPr>
            <w:r>
              <w:rPr>
                <w:rtl/>
              </w:rPr>
              <w:t>אקלים נוח בחוף</w:t>
            </w:r>
          </w:p>
        </w:tc>
        <w:tc>
          <w:tcPr>
            <w:tcW w:type="dxa" w:w="4989"/>
          </w:tcPr>
          <w:p>
            <w:pPr>
              <w:bidi/>
              <w:spacing w:before="0" w:after="40"/>
            </w:pPr>
            <w:r>
              <w:rPr>
                <w:rtl/>
              </w:rPr>
              <w:t>זיהום: ביוב, פלסטיק, דלק, שפכים</w:t>
            </w:r>
          </w:p>
        </w:tc>
      </w:tr>
      <w:tr>
        <w:tc>
          <w:tcPr>
            <w:tcW w:type="dxa" w:w="4989"/>
          </w:tcPr>
          <w:p>
            <w:pPr>
              <w:bidi/>
              <w:spacing w:before="0" w:after="40"/>
            </w:pPr>
            <w:r>
              <w:rPr>
                <w:rtl/>
              </w:rPr>
              <w:t>מזון, פרנסה ותחבורה</w:t>
            </w:r>
          </w:p>
        </w:tc>
        <w:tc>
          <w:tcPr>
            <w:tcW w:type="dxa" w:w="4989"/>
          </w:tcPr>
          <w:p>
            <w:pPr>
              <w:bidi/>
              <w:spacing w:before="0" w:after="40"/>
            </w:pPr>
            <w:r>
              <w:rPr>
                <w:rtl/>
              </w:rPr>
              <w:t>דיג יתר</w:t>
            </w:r>
          </w:p>
        </w:tc>
      </w:tr>
      <w:tr>
        <w:tc>
          <w:tcPr>
            <w:tcW w:type="dxa" w:w="4989"/>
          </w:tcPr>
          <w:p>
            <w:pPr>
              <w:bidi/>
              <w:spacing w:before="0" w:after="40"/>
            </w:pPr>
            <w:r>
              <w:rPr>
                <w:rtl/>
              </w:rPr>
              <w:t>סערות ושחיקת חופים</w:t>
            </w:r>
          </w:p>
        </w:tc>
        <w:tc>
          <w:tcPr>
            <w:tcW w:type="dxa" w:w="4989"/>
          </w:tcPr>
          <w:p>
            <w:pPr>
              <w:bidi/>
              <w:spacing w:before="0" w:after="40"/>
            </w:pPr>
            <w:r>
              <w:rPr>
                <w:rtl/>
              </w:rPr>
              <w:t>בנייה צמודה לחוף</w:t>
            </w:r>
          </w:p>
        </w:tc>
      </w:tr>
    </w:tbl>
    <w:p>
      <w:pPr>
        <w:bidi/>
        <w:spacing w:before="0" w:after="40"/>
      </w:pPr>
    </w:p>
    <w:p>
      <w:pPr>
        <w:bidi/>
        <w:spacing w:before="120" w:after="40"/>
      </w:pPr>
      <w:r>
        <w:rPr>
          <w:rFonts w:ascii="Tahoma" w:hAnsi="Tahoma" w:cs="Tahoma"/>
          <w:b/>
          <w:bCs/>
          <w:color w:val="1A3461"/>
          <w:sz w:val="28"/>
          <w:szCs w:val="28"/>
          <w:rtl/>
        </w:rPr>
        <w:t>◆ איך שומרים?</w:t>
      </w:r>
    </w:p>
    <w:p>
      <w:pPr>
        <w:bidi/>
        <w:spacing w:before="0" w:after="20"/>
      </w:pPr>
      <w:r>
        <w:rPr>
          <w:rtl/>
        </w:rPr>
        <w:t>1. טיהור ביוב לפני שהוא מגיע לים.</w:t>
      </w:r>
    </w:p>
    <w:p>
      <w:pPr>
        <w:bidi/>
        <w:spacing w:before="0" w:after="20"/>
      </w:pPr>
      <w:r>
        <w:rPr>
          <w:rtl/>
        </w:rPr>
        <w:t>2. פחות פלסטיק, ניקוי חופים.</w:t>
      </w:r>
    </w:p>
    <w:p>
      <w:pPr>
        <w:bidi/>
        <w:spacing w:before="0" w:after="20"/>
      </w:pPr>
      <w:r>
        <w:rPr>
          <w:rtl/>
        </w:rPr>
        <w:t>3. הגבלת דיג ושמורות טבע ימיות.</w:t>
      </w:r>
    </w:p>
    <w:p>
      <w:pPr>
        <w:bidi/>
        <w:spacing w:before="0" w:after="20"/>
      </w:pPr>
      <w:r>
        <w:rPr>
          <w:rtl/>
        </w:rPr>
        <w:t>4. חוק: החופים פתוחים לציבור, והבנייה ליד קו המים מוגבלת.</w:t>
      </w:r>
    </w:p>
    <w:p>
      <w:pPr>
        <w:bidi/>
        <w:spacing w:before="120" w:after="40"/>
      </w:pPr>
      <w:r>
        <w:rPr>
          <w:rFonts w:ascii="Tahoma" w:hAnsi="Tahoma" w:cs="Tahoma"/>
          <w:b/>
          <w:bCs/>
          <w:color w:val="1A3461"/>
          <w:sz w:val="28"/>
          <w:szCs w:val="28"/>
          <w:rtl/>
        </w:rPr>
        <w:t>◆ מדינות נבחרות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t>מדינה</w:t>
            </w:r>
          </w:p>
        </w:tc>
        <w:tc>
          <w:tcPr>
            <w:tcW w:type="dxa" w:w="3326"/>
            <w:shd w:val="clear" w:color="auto" w:fill="1a3461"/>
          </w:tcPr>
          <w:p>
            <w:pPr>
              <w:bidi/>
              <w:spacing w:before="0" w:after="40"/>
            </w:pPr>
            <w:r>
              <w:rPr>
                <w:b/>
                <w:bCs/>
                <w:color w:val="FFFFFF"/>
                <w:rtl/>
              </w:rPr>
              <w:t>בירה</w:t>
            </w:r>
          </w:p>
        </w:tc>
        <w:tc>
          <w:tcPr>
            <w:tcW w:type="dxa" w:w="3326"/>
            <w:shd w:val="clear" w:color="auto" w:fill="1a3461"/>
          </w:tcPr>
          <w:p>
            <w:pPr>
              <w:bidi/>
              <w:spacing w:before="0" w:after="40"/>
            </w:pPr>
            <w:r>
              <w:rPr>
                <w:b/>
                <w:bCs/>
                <w:color w:val="FFFFFF"/>
                <w:rtl/>
              </w:rPr>
              <w:t>משהו מיוחד</w:t>
            </w:r>
          </w:p>
        </w:tc>
      </w:tr>
      <w:tr>
        <w:tc>
          <w:tcPr>
            <w:tcW w:type="dxa" w:w="3326"/>
          </w:tcPr>
          <w:p>
            <w:pPr>
              <w:bidi/>
              <w:spacing w:before="0" w:after="40"/>
            </w:pPr>
            <w:r>
              <w:rPr>
                <w:rtl/>
              </w:rPr>
              <w:t>איטליה</w:t>
            </w:r>
          </w:p>
        </w:tc>
        <w:tc>
          <w:tcPr>
            <w:tcW w:type="dxa" w:w="3326"/>
          </w:tcPr>
          <w:p>
            <w:pPr>
              <w:bidi/>
              <w:spacing w:before="0" w:after="40"/>
            </w:pPr>
            <w:r>
              <w:rPr>
                <w:rtl/>
              </w:rPr>
              <w:t>רומא</w:t>
            </w:r>
          </w:p>
        </w:tc>
        <w:tc>
          <w:tcPr>
            <w:tcW w:type="dxa" w:w="3326"/>
          </w:tcPr>
          <w:p>
            <w:pPr>
              <w:bidi/>
              <w:spacing w:before="0" w:after="40"/>
            </w:pPr>
            <w:r>
              <w:rPr>
                <w:rtl/>
              </w:rPr>
              <w:t>חצי אי בצורת מגף; הר הגעש אטנה בסיציליה</w:t>
            </w:r>
          </w:p>
        </w:tc>
      </w:tr>
      <w:tr>
        <w:tc>
          <w:tcPr>
            <w:tcW w:type="dxa" w:w="3326"/>
          </w:tcPr>
          <w:p>
            <w:pPr>
              <w:bidi/>
              <w:spacing w:before="0" w:after="40"/>
            </w:pPr>
            <w:r>
              <w:rPr>
                <w:rtl/>
              </w:rPr>
              <w:t>יוון</w:t>
            </w:r>
          </w:p>
        </w:tc>
        <w:tc>
          <w:tcPr>
            <w:tcW w:type="dxa" w:w="3326"/>
          </w:tcPr>
          <w:p>
            <w:pPr>
              <w:bidi/>
              <w:spacing w:before="0" w:after="40"/>
            </w:pPr>
            <w:r>
              <w:rPr>
                <w:rtl/>
              </w:rPr>
              <w:t>אתונה</w:t>
            </w:r>
          </w:p>
        </w:tc>
        <w:tc>
          <w:tcPr>
            <w:tcW w:type="dxa" w:w="3326"/>
          </w:tcPr>
          <w:p>
            <w:pPr>
              <w:bidi/>
              <w:spacing w:before="0" w:after="40"/>
            </w:pPr>
            <w:r>
              <w:rPr>
                <w:rtl/>
              </w:rPr>
              <w:t>איים רבים מאוד; אתרים עתיקים</w:t>
            </w:r>
          </w:p>
        </w:tc>
      </w:tr>
      <w:tr>
        <w:tc>
          <w:tcPr>
            <w:tcW w:type="dxa" w:w="3326"/>
          </w:tcPr>
          <w:p>
            <w:pPr>
              <w:bidi/>
              <w:spacing w:before="0" w:after="40"/>
            </w:pPr>
            <w:r>
              <w:rPr>
                <w:rtl/>
              </w:rPr>
              <w:t>מצרים</w:t>
            </w:r>
          </w:p>
        </w:tc>
        <w:tc>
          <w:tcPr>
            <w:tcW w:type="dxa" w:w="3326"/>
          </w:tcPr>
          <w:p>
            <w:pPr>
              <w:bidi/>
              <w:spacing w:before="0" w:after="40"/>
            </w:pPr>
            <w:r>
              <w:rPr>
                <w:rtl/>
              </w:rPr>
              <w:t>קהיר</w:t>
            </w:r>
          </w:p>
        </w:tc>
        <w:tc>
          <w:tcPr>
            <w:tcW w:type="dxa" w:w="3326"/>
          </w:tcPr>
          <w:p>
            <w:pPr>
              <w:bidi/>
              <w:spacing w:before="0" w:after="40"/>
            </w:pPr>
            <w:r>
              <w:rPr>
                <w:rtl/>
              </w:rPr>
              <w:t>הנילוס נשפך לים התיכון; תעלת סואץ</w:t>
            </w:r>
          </w:p>
        </w:tc>
      </w:tr>
    </w:tbl>
    <w:p>
      <w:pPr>
        <w:bidi/>
        <w:spacing w:before="0" w:after="40"/>
      </w:pPr>
    </w:p>
    <w:p>
      <w:pPr>
        <w:bidi/>
        <w:spacing w:before="160" w:after="60"/>
      </w:pPr>
      <w:r>
        <w:rPr>
          <w:b/>
          <w:bCs/>
          <w:sz w:val="26"/>
          <w:szCs w:val="26"/>
          <w:rtl/>
        </w:rPr>
        <w:t>1. השלימו בעזרת המחסן.</w:t>
      </w:r>
    </w:p>
    <w:p>
      <w:pPr>
        <w:bidi/>
        <w:spacing w:before="0" w:after="80"/>
      </w:pPr>
      <w:r>
        <w:rPr>
          <w:color w:val="1A3461"/>
          <w:sz w:val="24"/>
          <w:szCs w:val="24"/>
          <w:rtl/>
        </w:rPr>
        <w:t>מחסן מילים: רומא  |  קהיר  |  אתונה  |  נילוס  |  סיציליה</w:t>
      </w:r>
    </w:p>
    <w:p>
      <w:pPr>
        <w:bidi/>
        <w:spacing w:before="0" w:after="60"/>
      </w:pPr>
      <w:r>
        <w:rPr>
          <w:rtl/>
        </w:rPr>
        <w:t>א. בירת איטליה היא __________.</w:t>
      </w:r>
    </w:p>
    <w:p>
      <w:pPr>
        <w:bidi/>
        <w:spacing w:before="0" w:after="60"/>
      </w:pPr>
      <w:r>
        <w:rPr>
          <w:rtl/>
        </w:rPr>
        <w:t>ב. בירת מצרים היא __________.</w:t>
      </w:r>
    </w:p>
    <w:p>
      <w:pPr>
        <w:bidi/>
        <w:spacing w:before="0" w:after="60"/>
      </w:pPr>
      <w:r>
        <w:rPr>
          <w:rtl/>
        </w:rPr>
        <w:t>ג. בירת יוון היא __________.</w:t>
      </w:r>
    </w:p>
    <w:p>
      <w:pPr>
        <w:bidi/>
        <w:spacing w:before="0" w:after="60"/>
      </w:pPr>
      <w:r>
        <w:rPr>
          <w:rtl/>
        </w:rPr>
        <w:t>ד. הנהר שנשפך לים התיכון בצפון מצרים הוא ה__________.</w:t>
      </w:r>
    </w:p>
    <w:p>
      <w:pPr>
        <w:bidi/>
        <w:spacing w:before="0" w:after="60"/>
      </w:pPr>
      <w:r>
        <w:rPr>
          <w:rtl/>
        </w:rPr>
        <w:t>ה. האי הגדול ביותר בים התיכון, שבו נמצא האטנה, הוא __________.</w:t>
      </w:r>
    </w:p>
    <w:p>
      <w:pPr>
        <w:bidi/>
        <w:spacing w:before="160" w:after="60"/>
      </w:pPr>
      <w:r>
        <w:rPr>
          <w:b/>
          <w:bCs/>
          <w:sz w:val="26"/>
          <w:szCs w:val="26"/>
          <w:rtl/>
        </w:rPr>
        <w:t>2. התאימו לכל סוג זיהום את המקור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טור א</w:t>
            </w:r>
          </w:p>
        </w:tc>
        <w:tc>
          <w:tcPr>
            <w:tcW w:type="dxa" w:w="4989"/>
            <w:shd w:val="clear" w:color="auto" w:fill="1a3461"/>
          </w:tcPr>
          <w:p>
            <w:pPr>
              <w:bidi/>
              <w:spacing w:before="0" w:after="40"/>
            </w:pPr>
            <w:r>
              <w:rPr>
                <w:b/>
                <w:bCs/>
                <w:color w:val="FFFFFF"/>
                <w:rtl/>
              </w:rPr>
              <w:t>טור ב</w:t>
            </w:r>
          </w:p>
        </w:tc>
      </w:tr>
      <w:tr>
        <w:tc>
          <w:tcPr>
            <w:tcW w:type="dxa" w:w="4989"/>
          </w:tcPr>
          <w:p>
            <w:pPr>
              <w:bidi/>
              <w:spacing w:before="0" w:after="40"/>
            </w:pPr>
            <w:r>
              <w:rPr>
                <w:rtl/>
              </w:rPr>
              <w:t>1. כתם דלק בים</w:t>
            </w:r>
          </w:p>
        </w:tc>
        <w:tc>
          <w:tcPr>
            <w:tcW w:type="dxa" w:w="4989"/>
          </w:tcPr>
          <w:p>
            <w:pPr>
              <w:bidi/>
              <w:spacing w:before="0" w:after="40"/>
            </w:pPr>
            <w:r>
              <w:rPr>
                <w:rtl/>
              </w:rPr>
              <w:t>[   ] מפעלים</w:t>
            </w:r>
          </w:p>
        </w:tc>
      </w:tr>
      <w:tr>
        <w:tc>
          <w:tcPr>
            <w:tcW w:type="dxa" w:w="4989"/>
          </w:tcPr>
          <w:p>
            <w:pPr>
              <w:bidi/>
              <w:spacing w:before="0" w:after="40"/>
            </w:pPr>
            <w:r>
              <w:rPr>
                <w:rtl/>
              </w:rPr>
              <w:t>2. ביוב</w:t>
            </w:r>
          </w:p>
        </w:tc>
        <w:tc>
          <w:tcPr>
            <w:tcW w:type="dxa" w:w="4989"/>
          </w:tcPr>
          <w:p>
            <w:pPr>
              <w:bidi/>
              <w:spacing w:before="0" w:after="40"/>
            </w:pPr>
            <w:r>
              <w:rPr>
                <w:rtl/>
              </w:rPr>
              <w:t>[   ] שקיות ובקבוקים שהושלכו</w:t>
            </w:r>
          </w:p>
        </w:tc>
      </w:tr>
      <w:tr>
        <w:tc>
          <w:tcPr>
            <w:tcW w:type="dxa" w:w="4989"/>
          </w:tcPr>
          <w:p>
            <w:pPr>
              <w:bidi/>
              <w:spacing w:before="0" w:after="40"/>
            </w:pPr>
            <w:r>
              <w:rPr>
                <w:rtl/>
              </w:rPr>
              <w:t>3. פסולת פלסטיק</w:t>
            </w:r>
          </w:p>
        </w:tc>
        <w:tc>
          <w:tcPr>
            <w:tcW w:type="dxa" w:w="4989"/>
          </w:tcPr>
          <w:p>
            <w:pPr>
              <w:bidi/>
              <w:spacing w:before="0" w:after="40"/>
            </w:pPr>
            <w:r>
              <w:rPr>
                <w:rtl/>
              </w:rPr>
              <w:t>[   ] חקלאות</w:t>
            </w:r>
          </w:p>
        </w:tc>
      </w:tr>
      <w:tr>
        <w:tc>
          <w:tcPr>
            <w:tcW w:type="dxa" w:w="4989"/>
          </w:tcPr>
          <w:p>
            <w:pPr>
              <w:bidi/>
              <w:spacing w:before="0" w:after="40"/>
            </w:pPr>
            <w:r>
              <w:rPr>
                <w:rtl/>
              </w:rPr>
              <w:t>4. שפכים כימיים</w:t>
            </w:r>
          </w:p>
        </w:tc>
        <w:tc>
          <w:tcPr>
            <w:tcW w:type="dxa" w:w="4989"/>
          </w:tcPr>
          <w:p>
            <w:pPr>
              <w:bidi/>
              <w:spacing w:before="0" w:after="40"/>
            </w:pPr>
            <w:r>
              <w:rPr>
                <w:rtl/>
              </w:rPr>
              <w:t>[   ] מי שופכין מן הבתים</w:t>
            </w:r>
          </w:p>
        </w:tc>
      </w:tr>
      <w:tr>
        <w:tc>
          <w:tcPr>
            <w:tcW w:type="dxa" w:w="4989"/>
          </w:tcPr>
          <w:p>
            <w:pPr>
              <w:bidi/>
              <w:spacing w:before="0" w:after="40"/>
            </w:pPr>
            <w:r>
              <w:rPr>
                <w:rtl/>
              </w:rPr>
              <w:t>5. דשנים במים</w:t>
            </w:r>
          </w:p>
        </w:tc>
        <w:tc>
          <w:tcPr>
            <w:tcW w:type="dxa" w:w="4989"/>
          </w:tcPr>
          <w:p>
            <w:pPr>
              <w:bidi/>
              <w:spacing w:before="0" w:after="40"/>
            </w:pPr>
            <w:r>
              <w:rPr>
                <w:rtl/>
              </w:rPr>
              <w:t>[   ] ספינות ודליפות</w:t>
            </w:r>
          </w:p>
        </w:tc>
      </w:tr>
    </w:tbl>
    <w:p>
      <w:pPr>
        <w:bidi/>
        <w:spacing w:before="0" w:after="40"/>
      </w:pPr>
    </w:p>
    <w:p>
      <w:pPr>
        <w:bidi/>
        <w:spacing w:before="160" w:after="60"/>
      </w:pPr>
      <w:r>
        <w:rPr>
          <w:b/>
          <w:bCs/>
          <w:sz w:val="26"/>
          <w:szCs w:val="26"/>
          <w:rtl/>
        </w:rPr>
        <w:t>3.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a3461"/>
          </w:tcPr>
          <w:p>
            <w:pPr>
              <w:bidi/>
              <w:spacing w:before="0" w:after="40"/>
            </w:pPr>
            <w:r>
              <w:rPr>
                <w:b/>
                <w:bCs/>
                <w:color w:val="FFFFFF"/>
                <w:rtl/>
              </w:rPr>
              <w:t>משפט</w:t>
            </w:r>
          </w:p>
        </w:tc>
        <w:tc>
          <w:tcPr>
            <w:tcW w:type="dxa" w:w="2494"/>
            <w:shd w:val="clear" w:color="auto" w:fill="1a3461"/>
          </w:tcPr>
          <w:p>
            <w:pPr>
              <w:bidi/>
              <w:spacing w:before="0" w:after="40"/>
            </w:pPr>
            <w:r>
              <w:rPr>
                <w:b/>
                <w:bCs/>
                <w:color w:val="FFFFFF"/>
                <w:rtl/>
              </w:rPr>
              <w:t>נכון</w:t>
            </w:r>
          </w:p>
        </w:tc>
        <w:tc>
          <w:tcPr>
            <w:tcW w:type="dxa" w:w="2494"/>
            <w:shd w:val="clear" w:color="auto" w:fill="1a3461"/>
          </w:tcPr>
          <w:p>
            <w:pPr>
              <w:bidi/>
              <w:spacing w:before="0" w:after="40"/>
            </w:pPr>
            <w:r>
              <w:rPr>
                <w:b/>
                <w:bCs/>
                <w:color w:val="FFFFFF"/>
                <w:rtl/>
              </w:rPr>
              <w:t>לא נכון</w:t>
            </w:r>
          </w:p>
        </w:tc>
        <w:tc>
          <w:tcPr>
            <w:tcW w:type="dxa" w:w="2494"/>
            <w:shd w:val="clear" w:color="auto" w:fill="1a3461"/>
          </w:tcPr>
          <w:p>
            <w:pPr>
              <w:bidi/>
              <w:spacing w:before="0" w:after="40"/>
            </w:pPr>
            <w:r>
              <w:rPr>
                <w:b/>
                <w:bCs/>
                <w:color w:val="FFFFFF"/>
                <w:rtl/>
              </w:rPr>
              <w:t>תיקון</w:t>
            </w:r>
          </w:p>
        </w:tc>
      </w:tr>
      <w:tr>
        <w:tc>
          <w:tcPr>
            <w:tcW w:type="dxa" w:w="2494"/>
          </w:tcPr>
          <w:p>
            <w:pPr>
              <w:bidi/>
              <w:spacing w:before="0" w:after="40"/>
            </w:pPr>
            <w:r>
              <w:rPr>
                <w:rtl/>
              </w:rPr>
              <w:t>א. הים משפיע על האקלים באזורי החוף.</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זיהום ימי פוגע רק בדגים ולא בבני אדם.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ביוון יש איים רבים מאוד.</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מצרים נמצאת ביבשת אירופה.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בחרו את התשובה הנכונה.</w:t>
      </w:r>
    </w:p>
    <w:p>
      <w:pPr>
        <w:bidi/>
        <w:spacing w:before="0" w:after="20"/>
      </w:pPr>
      <w:r>
        <w:rPr>
          <w:rtl/>
        </w:rPr>
        <w:t>א. מה יקרה לדייגים אם יהיה דיג יתר במשך שנים?</w:t>
      </w:r>
    </w:p>
    <w:p>
      <w:pPr>
        <w:bidi/>
        <w:spacing w:before="0" w:after="80"/>
      </w:pPr>
      <w:r>
        <w:rPr>
          <w:rtl/>
        </w:rPr>
        <w:t xml:space="preserve">   ○ ידוגו יותר דגים      ○ יהיו פחות דגים לדוג      ○ לא ישתנה דבר</w:t>
      </w:r>
    </w:p>
    <w:p>
      <w:pPr>
        <w:bidi/>
        <w:spacing w:before="0" w:after="20"/>
      </w:pPr>
      <w:r>
        <w:rPr>
          <w:rtl/>
        </w:rPr>
        <w:t>ב. איזו פעולה עוזרת הכי הרבה להפחית פסולת פלסטיק בים?</w:t>
      </w:r>
    </w:p>
    <w:p>
      <w:pPr>
        <w:bidi/>
        <w:spacing w:before="0" w:after="80"/>
      </w:pPr>
      <w:r>
        <w:rPr>
          <w:rtl/>
        </w:rPr>
        <w:t xml:space="preserve">   ○ שימוש בשקיות רב-פעמיות      ○ השלכת שקיות לנחל      ○ שריפת פסולת על החוף</w:t>
      </w:r>
    </w:p>
    <w:p>
      <w:pPr>
        <w:bidi/>
        <w:spacing w:before="160" w:after="60"/>
      </w:pPr>
      <w:r>
        <w:rPr>
          <w:b/>
          <w:bCs/>
          <w:sz w:val="26"/>
          <w:szCs w:val="26"/>
          <w:rtl/>
        </w:rPr>
        <w:t>5. מיינו את הפעולות: של הממשלה והרשויות, או של כל אחד מאיתנו.</w:t>
      </w:r>
    </w:p>
    <w:p>
      <w:pPr>
        <w:bidi/>
        <w:spacing w:before="0" w:after="80"/>
      </w:pPr>
      <w:r>
        <w:rPr>
          <w:color w:val="1A3461"/>
          <w:sz w:val="24"/>
          <w:szCs w:val="24"/>
          <w:rtl/>
        </w:rPr>
        <w:t>המילים: חוק שמגביל בנייה בחופים  |  לקחת את הפסולת הביתה מן החוף  |  הקמת מתקן לטיהור ביוב  |  להשתמש בבקבוק רב-פעמי  |  הכרזה על שמורה ימית  |  להצטרף לניקוי חופים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ממשלה ורשויות</w:t>
            </w:r>
          </w:p>
        </w:tc>
        <w:tc>
          <w:tcPr>
            <w:tcW w:type="dxa" w:w="4989"/>
            <w:shd w:val="clear" w:color="auto" w:fill="1a3461"/>
          </w:tcPr>
          <w:p>
            <w:pPr>
              <w:bidi/>
              <w:spacing w:before="0" w:after="40"/>
            </w:pPr>
            <w:r>
              <w:rPr>
                <w:b/>
                <w:bCs/>
                <w:color w:val="FFFFFF"/>
                <w:rtl/>
              </w:rPr>
              <w:t>כל אחד מאיתנו</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6. בחוף דמיוני אספו מתנדבים פסולת במשך יום אחד. השלימו את הטבלה.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סוג הפסולת</w:t>
            </w:r>
          </w:p>
        </w:tc>
        <w:tc>
          <w:tcPr>
            <w:tcW w:type="dxa" w:w="4989"/>
            <w:shd w:val="clear" w:color="auto" w:fill="1a3461"/>
          </w:tcPr>
          <w:p>
            <w:pPr>
              <w:bidi/>
              <w:spacing w:before="0" w:after="40"/>
            </w:pPr>
            <w:r>
              <w:rPr>
                <w:b/>
                <w:bCs/>
                <w:color w:val="FFFFFF"/>
                <w:rtl/>
              </w:rPr>
              <w:t>מספר פריטים</w:t>
            </w:r>
          </w:p>
        </w:tc>
      </w:tr>
      <w:tr>
        <w:tc>
          <w:tcPr>
            <w:tcW w:type="dxa" w:w="4989"/>
          </w:tcPr>
          <w:p>
            <w:pPr>
              <w:bidi/>
              <w:spacing w:before="0" w:after="40"/>
            </w:pPr>
            <w:r>
              <w:rPr>
                <w:rtl/>
              </w:rPr>
              <w:t>פקקים ובקבוקי פלסטיק</w:t>
            </w:r>
          </w:p>
        </w:tc>
        <w:tc>
          <w:tcPr>
            <w:tcW w:type="dxa" w:w="4989"/>
          </w:tcPr>
          <w:p>
            <w:pPr>
              <w:bidi/>
              <w:spacing w:before="0" w:after="40"/>
            </w:pPr>
            <w:r>
              <w:rPr>
                <w:rtl/>
              </w:rPr>
              <w:t>120</w:t>
            </w:r>
          </w:p>
        </w:tc>
      </w:tr>
      <w:tr>
        <w:tc>
          <w:tcPr>
            <w:tcW w:type="dxa" w:w="4989"/>
          </w:tcPr>
          <w:p>
            <w:pPr>
              <w:bidi/>
              <w:spacing w:before="0" w:after="40"/>
            </w:pPr>
            <w:r>
              <w:rPr>
                <w:rtl/>
              </w:rPr>
              <w:t>שקיות</w:t>
            </w:r>
          </w:p>
        </w:tc>
        <w:tc>
          <w:tcPr>
            <w:tcW w:type="dxa" w:w="4989"/>
          </w:tcPr>
          <w:p>
            <w:pPr>
              <w:bidi/>
              <w:spacing w:before="0" w:after="40"/>
            </w:pPr>
            <w:r>
              <w:rPr>
                <w:rtl/>
              </w:rPr>
              <w:t>80</w:t>
            </w:r>
          </w:p>
        </w:tc>
      </w:tr>
      <w:tr>
        <w:tc>
          <w:tcPr>
            <w:tcW w:type="dxa" w:w="4989"/>
          </w:tcPr>
          <w:p>
            <w:pPr>
              <w:bidi/>
              <w:spacing w:before="0" w:after="40"/>
            </w:pPr>
            <w:r>
              <w:rPr>
                <w:rtl/>
              </w:rPr>
              <w:t>בדלי סיגריות</w:t>
            </w:r>
          </w:p>
        </w:tc>
        <w:tc>
          <w:tcPr>
            <w:tcW w:type="dxa" w:w="4989"/>
          </w:tcPr>
          <w:p>
            <w:pPr>
              <w:bidi/>
              <w:spacing w:before="0" w:after="40"/>
            </w:pPr>
            <w:r>
              <w:rPr>
                <w:rtl/>
              </w:rPr>
              <w:t>150</w:t>
            </w:r>
          </w:p>
        </w:tc>
      </w:tr>
      <w:tr>
        <w:tc>
          <w:tcPr>
            <w:tcW w:type="dxa" w:w="4989"/>
          </w:tcPr>
          <w:p>
            <w:pPr>
              <w:bidi/>
              <w:spacing w:before="0" w:after="40"/>
            </w:pPr>
            <w:r>
              <w:rPr>
                <w:rtl/>
              </w:rPr>
              <w:t>אחר</w:t>
            </w:r>
          </w:p>
        </w:tc>
        <w:tc>
          <w:tcPr>
            <w:tcW w:type="dxa" w:w="4989"/>
          </w:tcPr>
          <w:p>
            <w:pPr>
              <w:bidi/>
              <w:spacing w:before="0" w:after="40"/>
            </w:pPr>
            <w:r>
              <w:rPr>
                <w:rtl/>
              </w:rPr>
              <w:t>50</w:t>
            </w:r>
          </w:p>
        </w:tc>
      </w:tr>
      <w:tr>
        <w:tc>
          <w:tcPr>
            <w:tcW w:type="dxa" w:w="4989"/>
          </w:tcPr>
          <w:p>
            <w:pPr>
              <w:bidi/>
              <w:spacing w:before="0" w:after="40"/>
            </w:pPr>
            <w:r>
              <w:rPr>
                <w:rtl/>
              </w:rPr>
              <w:t>סך הכול</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7. לפי הטבלה של ניקוי החוף, ענו בקצרה.</w:t>
      </w:r>
    </w:p>
    <w:p>
      <w:pPr>
        <w:bidi/>
        <w:spacing w:before="0" w:after="100"/>
      </w:pPr>
      <w:r>
        <w:rPr>
          <w:rtl/>
        </w:rPr>
        <w:t>א. איזה סוג פסולת נאסף הכי הרבה?</w:t>
      </w:r>
    </w:p>
    <w:p>
      <w:pPr>
        <w:bidi/>
        <w:spacing w:before="0" w:after="100"/>
      </w:pPr>
      <w:r>
        <w:rPr>
          <w:rtl/>
        </w:rPr>
        <w:t>ב. כמה פריטי פלסטיק (בקבוקים, פקקים ושקיות) נאספו יחד?</w:t>
      </w:r>
    </w:p>
    <w:p>
      <w:pPr>
        <w:bidi/>
        <w:spacing w:before="0" w:after="100"/>
      </w:pPr>
      <w:r>
        <w:rPr>
          <w:rtl/>
        </w:rPr>
        <w:t>ג. הציעו פעולה אחת שתקטין את סוג הפסולת השכיח ביותר.</w:t>
      </w:r>
    </w:p>
    <w:p>
      <w:pPr>
        <w:bidi/>
        <w:spacing w:before="120" w:after="40"/>
      </w:pPr>
      <w:r>
        <w:rPr>
          <w:rFonts w:ascii="Tahoma" w:hAnsi="Tahoma" w:cs="Tahoma"/>
          <w:b/>
          <w:bCs/>
          <w:color w:val="1A3461"/>
          <w:sz w:val="30"/>
          <w:szCs w:val="30"/>
          <w:rtl/>
        </w:rPr>
        <w:t>מכתב מוונציה</w:t>
      </w:r>
    </w:p>
    <w:p>
      <w:pPr>
        <w:bidi/>
        <w:spacing w:before="0" w:after="80"/>
      </w:pPr>
      <w:r>
        <w:rPr>
          <w:rtl/>
        </w:rPr>
        <w:t>שלום עומר! אני כותב לך מוונציה שבצפון איטליה. זו עיר מיוחדת: במקום רחובות יש בה תעלות מים, ובמקום מכוניות – סירות. אפילו האוטובוס כאן הוא סירה!</w:t>
      </w:r>
    </w:p>
    <w:p>
      <w:pPr>
        <w:bidi/>
        <w:spacing w:before="0" w:after="80"/>
      </w:pPr>
      <w:r>
        <w:rPr>
          <w:rtl/>
        </w:rPr>
        <w:t>המדריך סיפר לנו שהים הוא גם האוצר וגם הסכנה של העיר. הוא הביא לה סחר ועושר במשך מאות שנים, והיום מגיעים אליה תיירים רבים מאוד. אבל לפעמים, בעיקר בסתיו ובחורף, הים עולה ומציף את הכיכרות.</w:t>
      </w:r>
    </w:p>
    <w:p>
      <w:pPr>
        <w:bidi/>
        <w:spacing w:before="0" w:after="80"/>
      </w:pPr>
      <w:r>
        <w:rPr>
          <w:rtl/>
        </w:rPr>
        <w:t>גם התיירים יוצרים בעיה: יש ימים שבהם העיר כל כך צפופה, שקשה לתושבים ללכת ברחובות. מחר אשוט בסירה אל איים קטנים בלגונה. להתראות, דניאל</w:t>
      </w:r>
    </w:p>
    <w:p>
      <w:pPr>
        <w:bidi/>
        <w:spacing w:before="160" w:after="60"/>
      </w:pPr>
      <w:r>
        <w:rPr>
          <w:b/>
          <w:bCs/>
          <w:sz w:val="26"/>
          <w:szCs w:val="26"/>
          <w:rtl/>
        </w:rPr>
        <w:t>8. לפי «מכתב מוונציה», מיינו את ההשפעות בטבלה.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הים כ«אוצר» לעיר</w:t>
            </w:r>
          </w:p>
        </w:tc>
        <w:tc>
          <w:tcPr>
            <w:tcW w:type="dxa" w:w="4989"/>
            <w:shd w:val="clear" w:color="auto" w:fill="1a3461"/>
          </w:tcPr>
          <w:p>
            <w:pPr>
              <w:bidi/>
              <w:spacing w:before="0" w:after="40"/>
            </w:pPr>
            <w:r>
              <w:rPr>
                <w:b/>
                <w:bCs/>
                <w:color w:val="FFFFFF"/>
                <w:rtl/>
              </w:rPr>
              <w:t>הים כ«סכנה» לעיר</w:t>
            </w:r>
          </w:p>
        </w:tc>
      </w:tr>
      <w:tr>
        <w:tc>
          <w:tcPr>
            <w:tcW w:type="dxa" w:w="4989"/>
          </w:tcPr>
          <w:p>
            <w:pPr>
              <w:bidi/>
              <w:spacing w:before="0" w:after="40"/>
            </w:pPr>
            <w:r>
              <w:rPr>
                <w:rtl/>
              </w:rPr>
            </w:r>
          </w:p>
        </w:tc>
        <w:tc>
          <w:tcPr>
            <w:tcW w:type="dxa" w:w="4989"/>
          </w:tcPr>
          <w:p>
            <w:pPr>
              <w:bidi/>
              <w:spacing w:before="0" w:after="40"/>
            </w:pPr>
            <w:r>
              <w:rPr>
                <w:rtl/>
              </w:rPr>
            </w:r>
          </w:p>
        </w:tc>
      </w:tr>
      <w:tr>
        <w:tc>
          <w:tcPr>
            <w:tcW w:type="dxa" w:w="4989"/>
          </w:tcPr>
          <w:p>
            <w:pPr>
              <w:bidi/>
              <w:spacing w:before="0" w:after="40"/>
            </w:pPr>
            <w:r>
              <w:rPr>
                <w:rtl/>
              </w:rPr>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9. לפי המכתב, איך הים משפיע על חיי היום-יום בוונציה? כתבו שתי דוגמאות.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10. שרטטו מפה פשוטה של חוף דמיוני שמגינים עליו: סמנו חוף רחצה, שטח מגודר לקיני צבים, שמורה ימית ופחי מחזור. הוסיפו מקרא וחץ צפון.</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הסבירו מדוע זיהום בחוף של מדינה אחת יכול להגיע גם לחופים של מדינות אחרות בים התיכון.</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אתגר: מדוע שמירה על הים התיכון דורשת שיתוף פעולה בין כל המדינות שסביבו? נמקו בשני טיעונים.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Tahoma" w:hAnsi="Tahoma" w:cs="Tahoma"/>
          <w:b/>
          <w:bCs/>
          <w:color w:val="1A3461"/>
          <w:sz w:val="44"/>
          <w:szCs w:val="44"/>
          <w:rtl/>
        </w:rPr>
        <w:t>חזרה – מה למדנו?</w:t>
      </w:r>
    </w:p>
    <w:p>
      <w:pPr>
        <w:bidi/>
        <w:spacing w:before="160" w:after="60"/>
      </w:pPr>
      <w:r>
        <w:rPr>
          <w:b/>
          <w:bCs/>
          <w:sz w:val="26"/>
          <w:szCs w:val="26"/>
          <w:rtl/>
        </w:rPr>
        <w:t>1. השלימו.</w:t>
      </w:r>
    </w:p>
    <w:p>
      <w:pPr>
        <w:bidi/>
        <w:spacing w:before="0" w:after="60"/>
      </w:pPr>
      <w:r>
        <w:rPr>
          <w:rtl/>
        </w:rPr>
        <w:t>א. הטבלה שמסבירה את הסמלים במפה נקראת __________.</w:t>
      </w:r>
    </w:p>
    <w:p>
      <w:pPr>
        <w:bidi/>
        <w:spacing w:before="0" w:after="60"/>
      </w:pPr>
      <w:r>
        <w:rPr>
          <w:rtl/>
        </w:rPr>
        <w:t>ב. במפה בקנה מידה ‪1:100,000‬, 5 ס"מ שווים ל-__________ ק"מ.</w:t>
      </w:r>
    </w:p>
    <w:p>
      <w:pPr>
        <w:bidi/>
        <w:spacing w:before="0" w:after="60"/>
      </w:pPr>
      <w:r>
        <w:rPr>
          <w:rtl/>
        </w:rPr>
        <w:t>ג. קו הרוחב 0 נקרא __________.</w:t>
      </w:r>
    </w:p>
    <w:p>
      <w:pPr>
        <w:bidi/>
        <w:spacing w:before="0" w:after="60"/>
      </w:pPr>
      <w:r>
        <w:rPr>
          <w:rtl/>
        </w:rPr>
        <w:t>ד. הים התיכון מתחבר לאוקיינוס האטלנטי דרך מצר __________.</w:t>
      </w:r>
    </w:p>
    <w:p>
      <w:pPr>
        <w:bidi/>
        <w:spacing w:before="160" w:after="60"/>
      </w:pPr>
      <w:r>
        <w:rPr>
          <w:b/>
          <w:bCs/>
          <w:sz w:val="26"/>
          <w:szCs w:val="26"/>
          <w:rtl/>
        </w:rPr>
        <w:t>2. התאימו בין המושג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טור א</w:t>
            </w:r>
          </w:p>
        </w:tc>
        <w:tc>
          <w:tcPr>
            <w:tcW w:type="dxa" w:w="4989"/>
            <w:shd w:val="clear" w:color="auto" w:fill="1a3461"/>
          </w:tcPr>
          <w:p>
            <w:pPr>
              <w:bidi/>
              <w:spacing w:before="0" w:after="40"/>
            </w:pPr>
            <w:r>
              <w:rPr>
                <w:b/>
                <w:bCs/>
                <w:color w:val="FFFFFF"/>
                <w:rtl/>
              </w:rPr>
              <w:t>טור ב</w:t>
            </w:r>
          </w:p>
        </w:tc>
      </w:tr>
      <w:tr>
        <w:tc>
          <w:tcPr>
            <w:tcW w:type="dxa" w:w="4989"/>
          </w:tcPr>
          <w:p>
            <w:pPr>
              <w:bidi/>
              <w:spacing w:before="0" w:after="40"/>
            </w:pPr>
            <w:r>
              <w:rPr>
                <w:rtl/>
              </w:rPr>
              <w:t>1. תצלום לוויין</w:t>
            </w:r>
          </w:p>
        </w:tc>
        <w:tc>
          <w:tcPr>
            <w:tcW w:type="dxa" w:w="4989"/>
          </w:tcPr>
          <w:p>
            <w:pPr>
              <w:bidi/>
              <w:spacing w:before="0" w:after="40"/>
            </w:pPr>
            <w:r>
              <w:rPr>
                <w:rtl/>
              </w:rPr>
              <w:t>[   ] ציור של כיווני הרוח</w:t>
            </w:r>
          </w:p>
        </w:tc>
      </w:tr>
      <w:tr>
        <w:tc>
          <w:tcPr>
            <w:tcW w:type="dxa" w:w="4989"/>
          </w:tcPr>
          <w:p>
            <w:pPr>
              <w:bidi/>
              <w:spacing w:before="0" w:after="40"/>
            </w:pPr>
            <w:r>
              <w:rPr>
                <w:rtl/>
              </w:rPr>
              <w:t>2. שושנת רוחות</w:t>
            </w:r>
          </w:p>
        </w:tc>
        <w:tc>
          <w:tcPr>
            <w:tcW w:type="dxa" w:w="4989"/>
          </w:tcPr>
          <w:p>
            <w:pPr>
              <w:bidi/>
              <w:spacing w:before="0" w:after="40"/>
            </w:pPr>
            <w:r>
              <w:rPr>
                <w:rtl/>
              </w:rPr>
              <w:t>[   ] תמונה שצולמה מן החלל</w:t>
            </w:r>
          </w:p>
        </w:tc>
      </w:tr>
      <w:tr>
        <w:tc>
          <w:tcPr>
            <w:tcW w:type="dxa" w:w="4989"/>
          </w:tcPr>
          <w:p>
            <w:pPr>
              <w:bidi/>
              <w:spacing w:before="0" w:after="40"/>
            </w:pPr>
            <w:r>
              <w:rPr>
                <w:rtl/>
              </w:rPr>
              <w:t>3. מפה נושאית</w:t>
            </w:r>
          </w:p>
        </w:tc>
        <w:tc>
          <w:tcPr>
            <w:tcW w:type="dxa" w:w="4989"/>
          </w:tcPr>
          <w:p>
            <w:pPr>
              <w:bidi/>
              <w:spacing w:before="0" w:after="40"/>
            </w:pPr>
            <w:r>
              <w:rPr>
                <w:rtl/>
              </w:rPr>
              <w:t>[   ] דיג של יותר מדי דגים</w:t>
            </w:r>
          </w:p>
        </w:tc>
      </w:tr>
      <w:tr>
        <w:tc>
          <w:tcPr>
            <w:tcW w:type="dxa" w:w="4989"/>
          </w:tcPr>
          <w:p>
            <w:pPr>
              <w:bidi/>
              <w:spacing w:before="0" w:after="40"/>
            </w:pPr>
            <w:r>
              <w:rPr>
                <w:rtl/>
              </w:rPr>
              <w:t>4. נמל</w:t>
            </w:r>
          </w:p>
        </w:tc>
        <w:tc>
          <w:tcPr>
            <w:tcW w:type="dxa" w:w="4989"/>
          </w:tcPr>
          <w:p>
            <w:pPr>
              <w:bidi/>
              <w:spacing w:before="0" w:after="40"/>
            </w:pPr>
            <w:r>
              <w:rPr>
                <w:rtl/>
              </w:rPr>
              <w:t>[   ] מקום שבו ספינות פורקות וטוענות סחורות</w:t>
            </w:r>
          </w:p>
        </w:tc>
      </w:tr>
      <w:tr>
        <w:tc>
          <w:tcPr>
            <w:tcW w:type="dxa" w:w="4989"/>
          </w:tcPr>
          <w:p>
            <w:pPr>
              <w:bidi/>
              <w:spacing w:before="0" w:after="40"/>
            </w:pPr>
            <w:r>
              <w:rPr>
                <w:rtl/>
              </w:rPr>
              <w:t>5. דיג יתר</w:t>
            </w:r>
          </w:p>
        </w:tc>
        <w:tc>
          <w:tcPr>
            <w:tcW w:type="dxa" w:w="4989"/>
          </w:tcPr>
          <w:p>
            <w:pPr>
              <w:bidi/>
              <w:spacing w:before="0" w:after="40"/>
            </w:pPr>
            <w:r>
              <w:rPr>
                <w:rtl/>
              </w:rPr>
              <w:t>[   ] מפה שמציגה נושא אחד</w:t>
            </w:r>
          </w:p>
        </w:tc>
      </w:tr>
    </w:tbl>
    <w:p>
      <w:pPr>
        <w:bidi/>
        <w:spacing w:before="0" w:after="40"/>
      </w:pPr>
    </w:p>
    <w:p>
      <w:pPr>
        <w:bidi/>
        <w:spacing w:before="160" w:after="60"/>
      </w:pPr>
      <w:r>
        <w:rPr>
          <w:b/>
          <w:bCs/>
          <w:sz w:val="26"/>
          <w:szCs w:val="26"/>
          <w:rtl/>
        </w:rPr>
        <w:t>3.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a3461"/>
          </w:tcPr>
          <w:p>
            <w:pPr>
              <w:bidi/>
              <w:spacing w:before="0" w:after="40"/>
            </w:pPr>
            <w:r>
              <w:rPr>
                <w:b/>
                <w:bCs/>
                <w:color w:val="FFFFFF"/>
                <w:rtl/>
              </w:rPr>
              <w:t>משפט</w:t>
            </w:r>
          </w:p>
        </w:tc>
        <w:tc>
          <w:tcPr>
            <w:tcW w:type="dxa" w:w="2494"/>
            <w:shd w:val="clear" w:color="auto" w:fill="1a3461"/>
          </w:tcPr>
          <w:p>
            <w:pPr>
              <w:bidi/>
              <w:spacing w:before="0" w:after="40"/>
            </w:pPr>
            <w:r>
              <w:rPr>
                <w:b/>
                <w:bCs/>
                <w:color w:val="FFFFFF"/>
                <w:rtl/>
              </w:rPr>
              <w:t>נכון</w:t>
            </w:r>
          </w:p>
        </w:tc>
        <w:tc>
          <w:tcPr>
            <w:tcW w:type="dxa" w:w="2494"/>
            <w:shd w:val="clear" w:color="auto" w:fill="1a3461"/>
          </w:tcPr>
          <w:p>
            <w:pPr>
              <w:bidi/>
              <w:spacing w:before="0" w:after="40"/>
            </w:pPr>
            <w:r>
              <w:rPr>
                <w:b/>
                <w:bCs/>
                <w:color w:val="FFFFFF"/>
                <w:rtl/>
              </w:rPr>
              <w:t>לא נכון</w:t>
            </w:r>
          </w:p>
        </w:tc>
        <w:tc>
          <w:tcPr>
            <w:tcW w:type="dxa" w:w="2494"/>
            <w:shd w:val="clear" w:color="auto" w:fill="1a3461"/>
          </w:tcPr>
          <w:p>
            <w:pPr>
              <w:bidi/>
              <w:spacing w:before="0" w:after="40"/>
            </w:pPr>
            <w:r>
              <w:rPr>
                <w:b/>
                <w:bCs/>
                <w:color w:val="FFFFFF"/>
                <w:rtl/>
              </w:rPr>
              <w:t>תיקון</w:t>
            </w:r>
          </w:p>
        </w:tc>
      </w:tr>
      <w:tr>
        <w:tc>
          <w:tcPr>
            <w:tcW w:type="dxa" w:w="2494"/>
          </w:tcPr>
          <w:p>
            <w:pPr>
              <w:bidi/>
              <w:spacing w:before="0" w:after="40"/>
            </w:pPr>
            <w:r>
              <w:rPr>
                <w:rtl/>
              </w:rPr>
              <w:t>א. באקלים ים-תיכוני הקיץ חם ויבש.</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מפת שכונה היא מפה בקנה מידה קטן.</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ישראל נמצאת בחצי הכדור הצפוני ובחצי הכדור המזרחי.</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מרוקו ותוניסיה נמצאות באירופה.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חשבו את המרחק האמיתי.</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t>קנה מידה</w:t>
            </w:r>
          </w:p>
        </w:tc>
        <w:tc>
          <w:tcPr>
            <w:tcW w:type="dxa" w:w="3326"/>
            <w:shd w:val="clear" w:color="auto" w:fill="1a3461"/>
          </w:tcPr>
          <w:p>
            <w:pPr>
              <w:bidi/>
              <w:spacing w:before="0" w:after="40"/>
            </w:pPr>
            <w:r>
              <w:rPr>
                <w:b/>
                <w:bCs/>
                <w:color w:val="FFFFFF"/>
                <w:rtl/>
              </w:rPr>
              <w:t>מרחק במפה</w:t>
            </w:r>
          </w:p>
        </w:tc>
        <w:tc>
          <w:tcPr>
            <w:tcW w:type="dxa" w:w="3326"/>
            <w:shd w:val="clear" w:color="auto" w:fill="1a3461"/>
          </w:tcPr>
          <w:p>
            <w:pPr>
              <w:bidi/>
              <w:spacing w:before="0" w:after="40"/>
            </w:pPr>
            <w:r>
              <w:rPr>
                <w:b/>
                <w:bCs/>
                <w:color w:val="FFFFFF"/>
                <w:rtl/>
              </w:rPr>
              <w:t>מרחק אמיתי</w:t>
            </w:r>
          </w:p>
        </w:tc>
      </w:tr>
      <w:tr>
        <w:tc>
          <w:tcPr>
            <w:tcW w:type="dxa" w:w="3326"/>
          </w:tcPr>
          <w:p>
            <w:pPr>
              <w:bidi/>
              <w:spacing w:before="0" w:after="40"/>
            </w:pPr>
            <w:r>
              <w:rPr>
                <w:rtl/>
              </w:rPr>
              <w:t>‪1:50,000‬</w:t>
            </w:r>
          </w:p>
        </w:tc>
        <w:tc>
          <w:tcPr>
            <w:tcW w:type="dxa" w:w="3326"/>
          </w:tcPr>
          <w:p>
            <w:pPr>
              <w:bidi/>
              <w:spacing w:before="0" w:after="40"/>
            </w:pPr>
            <w:r>
              <w:rPr>
                <w:rtl/>
              </w:rPr>
              <w:t>6 ס"מ</w:t>
            </w:r>
          </w:p>
        </w:tc>
        <w:tc>
          <w:tcPr>
            <w:tcW w:type="dxa" w:w="3326"/>
          </w:tcPr>
          <w:p>
            <w:pPr>
              <w:bidi/>
              <w:spacing w:before="0" w:after="40"/>
            </w:pPr>
            <w:r>
              <w:rPr>
                <w:rtl/>
              </w:rPr>
            </w:r>
          </w:p>
        </w:tc>
      </w:tr>
      <w:tr>
        <w:tc>
          <w:tcPr>
            <w:tcW w:type="dxa" w:w="3326"/>
          </w:tcPr>
          <w:p>
            <w:pPr>
              <w:bidi/>
              <w:spacing w:before="0" w:after="40"/>
            </w:pPr>
            <w:r>
              <w:rPr>
                <w:rtl/>
              </w:rPr>
              <w:t>‪1:200,000‬</w:t>
            </w:r>
          </w:p>
        </w:tc>
        <w:tc>
          <w:tcPr>
            <w:tcW w:type="dxa" w:w="3326"/>
          </w:tcPr>
          <w:p>
            <w:pPr>
              <w:bidi/>
              <w:spacing w:before="0" w:after="40"/>
            </w:pPr>
            <w:r>
              <w:rPr>
                <w:rtl/>
              </w:rPr>
              <w:t>3 ס"מ</w:t>
            </w:r>
          </w:p>
        </w:tc>
        <w:tc>
          <w:tcPr>
            <w:tcW w:type="dxa" w:w="3326"/>
          </w:tcPr>
          <w:p>
            <w:pPr>
              <w:bidi/>
              <w:spacing w:before="0" w:after="40"/>
            </w:pPr>
            <w:r>
              <w:rPr>
                <w:rtl/>
              </w:rPr>
            </w:r>
          </w:p>
        </w:tc>
      </w:tr>
      <w:tr>
        <w:tc>
          <w:tcPr>
            <w:tcW w:type="dxa" w:w="3326"/>
          </w:tcPr>
          <w:p>
            <w:pPr>
              <w:bidi/>
              <w:spacing w:before="0" w:after="40"/>
            </w:pPr>
            <w:r>
              <w:rPr>
                <w:rtl/>
              </w:rPr>
              <w:t>‪1:1,000,000‬</w:t>
            </w:r>
          </w:p>
        </w:tc>
        <w:tc>
          <w:tcPr>
            <w:tcW w:type="dxa" w:w="3326"/>
          </w:tcPr>
          <w:p>
            <w:pPr>
              <w:bidi/>
              <w:spacing w:before="0" w:after="40"/>
            </w:pPr>
            <w:r>
              <w:rPr>
                <w:rtl/>
              </w:rPr>
              <w:t>4 ס"מ</w:t>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5. מיינו: מקור לפרנסה מן הים, או פגיעה של האדם בים.</w:t>
      </w:r>
    </w:p>
    <w:p>
      <w:pPr>
        <w:bidi/>
        <w:spacing w:before="0" w:after="80"/>
      </w:pPr>
      <w:r>
        <w:rPr>
          <w:color w:val="1A3461"/>
          <w:sz w:val="24"/>
          <w:szCs w:val="24"/>
          <w:rtl/>
        </w:rPr>
        <w:t>המילים: תיירות  |  זיהום בפלסטיק  |  סחר בנמלים  |  דיג יתר  |  דיג לפי החוק  |  ביוב שזורם לים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פרנסה מן הים</w:t>
            </w:r>
          </w:p>
        </w:tc>
        <w:tc>
          <w:tcPr>
            <w:tcW w:type="dxa" w:w="4989"/>
            <w:shd w:val="clear" w:color="auto" w:fill="1a3461"/>
          </w:tcPr>
          <w:p>
            <w:pPr>
              <w:bidi/>
              <w:spacing w:before="0" w:after="40"/>
            </w:pPr>
            <w:r>
              <w:rPr>
                <w:b/>
                <w:bCs/>
                <w:color w:val="FFFFFF"/>
                <w:rtl/>
              </w:rPr>
              <w:t>פגיעה בים</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6. בחרו נושא אחד שלמדתם השנה (מפות או הים התיכון), וכתבו בשלושה משפטים מה הדבר החשוב ביותר שלמדתם עליו ולמה.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480" w:after="80"/>
      </w:pPr>
      <w:r>
        <w:rPr>
          <w:rFonts w:ascii="Tahoma" w:hAnsi="Tahoma" w:cs="Tahoma"/>
          <w:b/>
          <w:bCs/>
          <w:color w:val="1A3461"/>
          <w:sz w:val="60"/>
          <w:szCs w:val="60"/>
          <w:rtl/>
        </w:rPr>
        <w:t>כל הכבוד!</w:t>
      </w:r>
    </w:p>
    <w:p>
      <w:pPr>
        <w:bidi/>
        <w:spacing w:before="0" w:after="80"/>
      </w:pPr>
      <w:r>
        <w:rPr>
          <w:sz w:val="32"/>
          <w:szCs w:val="32"/>
          <w:rtl/>
        </w:rPr>
        <w:t>סיימתי את חוברת העבודה בגאוגרפיה לכיתה ה'.</w:t>
      </w:r>
    </w:p>
    <w:sectPr w:rsidR="00FC693F" w:rsidRPr="0006063C" w:rsidSect="00034616">
      <w:footerReference w:type="default" r:id="rId9"/>
      <w:pgSz w:w="11906" w:h="16838"/>
      <w:pgMar w:top="850" w:right="964" w:bottom="907" w:left="964" w:header="720" w:footer="720" w:gutter="0"/>
      <w:pgBorders w:offsetFrom="page">
        <w:top w:val="single" w:sz="18" w:space="22" w:color="1D3B6E"/>
        <w:left w:val="single" w:sz="18" w:space="22" w:color="1D3B6E"/>
        <w:bottom w:val="single" w:sz="18" w:space="22" w:color="1D3B6E"/>
        <w:right w:val="single" w:sz="18" w:space="22" w:color="1D3B6E"/>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 Id="rId18"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