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🔑 מחוון – חוברת העבודה בגאוגרפיה לכיתה ה'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1: המפה – כלי להכרת העולם: מפות מקוונות, GPS, תצלומי אוויר ולוויין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המפה היא ציור מוקטן של שטח.</w:t>
      </w:r>
    </w:p>
    <w:p>
      <w:pPr>
        <w:bidi/>
        <w:spacing w:before="0" w:after="40"/>
      </w:pPr>
      <w:r>
        <w:rPr>
          <w:rtl/>
        </w:rPr>
        <w:t>ב. מפה שרואים בטלפון או במחשב היא מפה מקוונת.</w:t>
      </w:r>
    </w:p>
    <w:p>
      <w:pPr>
        <w:bidi/>
        <w:spacing w:before="0" w:after="40"/>
      </w:pPr>
      <w:r>
        <w:rPr>
          <w:rtl/>
        </w:rPr>
        <w:t>ג. תצלום אוויר אפשר לצלם ממטוס או מרחפן.</w:t>
      </w:r>
    </w:p>
    <w:p>
      <w:pPr>
        <w:bidi/>
        <w:spacing w:before="0" w:after="40"/>
      </w:pPr>
      <w:r>
        <w:rPr>
          <w:rtl/>
        </w:rPr>
        <w:t>ד. מכשיר GPS קולט אותות מלוויינים.</w:t>
      </w:r>
    </w:p>
    <w:p>
      <w:pPr>
        <w:bidi/>
        <w:spacing w:before="0" w:after="40"/>
      </w:pPr>
      <w:r>
        <w:rPr>
          <w:rtl/>
        </w:rPr>
        <w:t>ה. במפה, בניגוד לתצלום, יש שמות של מקומות.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בחרו את התשובה הנכונה.</w:t>
      </w:r>
    </w:p>
    <w:p>
      <w:pPr>
        <w:bidi/>
        <w:spacing w:before="0" w:after="20"/>
      </w:pPr>
      <w:r>
        <w:rPr>
          <w:rtl/>
        </w:rPr>
        <w:t>א. איזה מן הכלים הבאים מצולם מן החלל?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תצלום לוויין</w:t>
      </w:r>
    </w:p>
    <w:p>
      <w:pPr>
        <w:bidi/>
        <w:spacing w:before="0" w:after="20"/>
      </w:pPr>
      <w:r>
        <w:rPr>
          <w:rtl/>
        </w:rPr>
        <w:t>ב. מה עושים כשמתמצאים?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קובעים איפה אנחנו נמצאים</w:t>
      </w:r>
    </w:p>
    <w:p>
      <w:pPr>
        <w:bidi/>
        <w:spacing w:before="0" w:after="20"/>
      </w:pPr>
      <w:r>
        <w:rPr>
          <w:rtl/>
        </w:rPr>
        <w:t>ג. איזה יתרון יש למפה מקוונת על מפת נייר?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אפשר להגדיל בה חלק מן המפה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מפה היא תמונה מוגדלת של השטח.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מפה היא ציור מוקטן של השטח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בתצלום אוויר רואים גגות של בתים.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תוכנת ניווט יכולה להציע דרך מנקודה לנקודה.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אין שום הבדל בין מפה לבין תצלום אוויר.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במפה יש שמות וסמלים, ובתצלום רואים את כל הפרטים בלי שמות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התאימו לכל אדם את הכלי שהכי יעזור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נהג שמחפש כתובת בעיר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מפה מודפסת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חוקרת שבודקת כמה שלג יש על הרים רחוקים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תוכנת ניווט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תלמיד שמכין עבודה על ארצות העולם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תצלום לוויין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מטייל ביער בלי קליטה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אטלס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מיינו: מה מראה רק מפה, מה מראה רק תצלום אוויר, ומה מראים שניהם?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רק מפה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רק תצלום אוויר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שניהם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שם של שכונה, מקרא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צבע הגגות, אנשים שהולכים ברחוב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דרכים וכבישים, מבנים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ליד כל משפט באיזה כלי מדובר: מפה, תצלום אוויר או GPS.</w:t>
      </w:r>
    </w:p>
    <w:p>
      <w:pPr>
        <w:bidi/>
        <w:spacing w:before="0" w:after="100"/>
      </w:pPr>
      <w:r>
        <w:rPr>
          <w:rtl/>
        </w:rPr>
        <w:t>א. יש בו שמות של רחובות וסמלים.  ← מפה</w:t>
      </w:r>
    </w:p>
    <w:p>
      <w:pPr>
        <w:bidi/>
        <w:spacing w:before="0" w:after="100"/>
      </w:pPr>
      <w:r>
        <w:rPr>
          <w:rtl/>
        </w:rPr>
        <w:t>ב. צולם מגובה נמוך יחסית, ממטוס.  ← תצלום אוויר</w:t>
      </w:r>
    </w:p>
    <w:p>
      <w:pPr>
        <w:bidi/>
        <w:spacing w:before="0" w:after="100"/>
      </w:pPr>
      <w:r>
        <w:rPr>
          <w:rtl/>
        </w:rPr>
        <w:t>ג. מחשב את המיקום שלנו לפי אותות.  ← GPS</w:t>
      </w:r>
    </w:p>
    <w:p>
      <w:pPr>
        <w:bidi/>
        <w:spacing w:before="0" w:after="100"/>
      </w:pPr>
      <w:r>
        <w:rPr>
          <w:rtl/>
        </w:rPr>
        <w:t>ד. רואים בו את הרכבים שחונים במגרש.  ← תצלום אוויר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השוו בין מפת נייר למפה מקוונת. השלימו «כן» או «לא».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מפת נייר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מפה מקוונת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צריך סוללה או חשמל?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אפשר להגדיל ולהקטין?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יש בה סמלים ושמות?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מראה את המיקום שלנו בעצמה?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הטקסט «מבט מן השמיים על השכונה», השלימו.</w:t>
      </w:r>
    </w:p>
    <w:p>
      <w:pPr>
        <w:bidi/>
        <w:spacing w:before="0" w:after="40"/>
      </w:pPr>
      <w:r>
        <w:rPr>
          <w:rtl/>
        </w:rPr>
        <w:t>א. בתצלום האוויר ראה עומר את בריכת השחייה של המתנ"ס.</w:t>
      </w:r>
    </w:p>
    <w:p>
      <w:pPr>
        <w:bidi/>
        <w:spacing w:before="0" w:after="40"/>
      </w:pPr>
      <w:r>
        <w:rPr>
          <w:rtl/>
        </w:rPr>
        <w:t>ב. במפה כתובים שמות הרחובות.</w:t>
      </w:r>
    </w:p>
    <w:p>
      <w:pPr>
        <w:bidi/>
        <w:spacing w:before="0" w:after="40"/>
      </w:pPr>
      <w:r>
        <w:rPr>
          <w:rtl/>
        </w:rPr>
        <w:t>ג. העצים הבודדים לא מופיעים במפה.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מה הסיקו התלמידים בסוף השיעור? הסבירו את המסקנה במילים שלכם.</w:t>
      </w:r>
    </w:p>
    <w:p>
      <w:pPr>
        <w:bidi/>
        <w:spacing w:before="0" w:after="80"/>
      </w:pPr>
      <w:r>
        <w:rPr>
          <w:color w:val="0F7A4F"/>
          <w:rtl/>
        </w:rPr>
        <w:t>תשובה אפשרית: שכדאי להשתמש במפה ובתצלום יחד: התצלום מראה איך המקום נראה באמת, והמפה מסבירה מה כל דבר (שמות וסמלים) ואיך מגיעים אליו.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כתבו שני מצבים בחיי היום-יום שבהם השתמשתם (או אפשר להשתמש) במפה מקוונת או בתוכנת ניווט.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נסיעה עם ההורים לחתונה בעיר אחרת בעזרת תוכנת ניווט; חיפוש הדרך לחנות או לגן שעשועים חדש במפה בטלפון.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את הדרך מן הבית שלכם לבית הספר כפי שהיא נראית מלמעלה. סמנו את הבית, את בית הספר ושני מקומות שאתם עוברים לידם.</w:t>
      </w:r>
    </w:p>
    <w:p>
      <w:pPr>
        <w:bidi/>
        <w:spacing w:before="0" w:after="80"/>
      </w:pPr>
      <w:r>
        <w:rPr>
          <w:color w:val="0F7A4F"/>
          <w:rtl/>
        </w:rPr>
        <w:t>תשובה אפשרית: שרטוט מלמעלה: הבית ובית הספר מסומנים, הדרך ביניהם, ושני ציוני דרך (למשל גינה וחנות).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תלמידים יוצאים לטיול במדבר, באזור שאין בו קליטה סלולרית. אילו כלים כדאי להם להביא כדי להתמצא ולנווט?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מפה מודפסת של האזור, כי היא עובדת בלי קליטה ובלי סוללה; אפשר גם מכשיר GPS ייעודי (הוא קולט לוויינים גם בלי רשת סלולרית), אבל רק יחד עם מפה ועם סוללה רזרבית.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2: שפת המפה: מקרא, סמלים, צבעים וכיווני רוח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נהר מסומן במפה בסמל קו.</w:t>
      </w:r>
    </w:p>
    <w:p>
      <w:pPr>
        <w:bidi/>
        <w:spacing w:before="0" w:after="40"/>
      </w:pPr>
      <w:r>
        <w:rPr>
          <w:rtl/>
        </w:rPr>
        <w:t>ב. אגם מסומן במפה בסמל שטח.</w:t>
      </w:r>
    </w:p>
    <w:p>
      <w:pPr>
        <w:bidi/>
        <w:spacing w:before="0" w:after="40"/>
      </w:pPr>
      <w:r>
        <w:rPr>
          <w:rtl/>
        </w:rPr>
        <w:t>ג. מעיין מסומן במפה בסמל נקודה.</w:t>
      </w:r>
    </w:p>
    <w:p>
      <w:pPr>
        <w:bidi/>
        <w:spacing w:before="0" w:after="40"/>
      </w:pPr>
      <w:r>
        <w:rPr>
          <w:rtl/>
        </w:rPr>
        <w:t>ד. ציור שמראה את כל כיווני הרוח נקרא שושנת רוחות.</w:t>
      </w:r>
    </w:p>
    <w:p>
      <w:pPr>
        <w:bidi/>
        <w:spacing w:before="0" w:after="40"/>
      </w:pPr>
      <w:r>
        <w:rPr>
          <w:rtl/>
        </w:rPr>
        <w:t>ה. השמש שוקעת בכיוון מערב.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כיוון ראשי את הכיוון ההפוך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צפון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מערב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מזרח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דרום-מערב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צפון-מזרח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דרום-מזרח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צפון-מערב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דרום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בחרו את התשובה הנכונה.</w:t>
      </w:r>
    </w:p>
    <w:p>
      <w:pPr>
        <w:bidi/>
        <w:spacing w:before="0" w:after="20"/>
      </w:pPr>
      <w:r>
        <w:rPr>
          <w:rtl/>
        </w:rPr>
        <w:t>א. במפה פיזית, אזור שצבוע בחום כהה הוא: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הר גבוה</w:t>
      </w:r>
    </w:p>
    <w:p>
      <w:pPr>
        <w:bidi/>
        <w:spacing w:before="0" w:after="20"/>
      </w:pPr>
      <w:r>
        <w:rPr>
          <w:rtl/>
        </w:rPr>
        <w:t>ב. איזה סמל מתאים לגבול בין מדינות?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סמל קו</w:t>
      </w:r>
    </w:p>
    <w:p>
      <w:pPr>
        <w:bidi/>
        <w:spacing w:before="0" w:after="20"/>
      </w:pPr>
      <w:r>
        <w:rPr>
          <w:rtl/>
        </w:rPr>
        <w:t>ג. בבוקר אתם רואים את השמש עולה מולכם. לאיזה כיוון אתם פונים?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מזרח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 את המקרא של מפת הפארק הדמיוני: כתבו מה יכול להיות פירושו של כל סמל.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הסמל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פירושו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עיגול כחול קטן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ברזייה / מעיין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חום מקווקו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שביל הליכה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שטח ירוק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דשא / חורשה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ריבוע עם האות P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חניה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לבנון נמצאת מצפון לישראל.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מצרים נמצאת ממזרח לישראל.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מצרים נמצאת מדרום-מערב לישראל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ירדן נמצאת ממזרח לישראל.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בכל מפה בעולם, הסמלים זהים ואין צורך במקרא.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הסמלים משתנים ממפה למפה, ולכן צריך לבדוק במקרא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מיינו את הכיוונים: ראשיים או משניים.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כיוון ראשי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כיוון משני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צפון, מזרח, מערב, דרום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דרום-מערב, צפון-מזרח, דרום-מזרח, צפון-מערב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עמדו כשפניכם לצפון. כתבו איזה כיוון נמצא:</w:t>
      </w:r>
    </w:p>
    <w:p>
      <w:pPr>
        <w:bidi/>
        <w:spacing w:before="0" w:after="100"/>
      </w:pPr>
      <w:r>
        <w:rPr>
          <w:rtl/>
        </w:rPr>
        <w:t>א. מאחוריכם  ← דרום</w:t>
      </w:r>
    </w:p>
    <w:p>
      <w:pPr>
        <w:bidi/>
        <w:spacing w:before="0" w:after="100"/>
      </w:pPr>
      <w:r>
        <w:rPr>
          <w:rtl/>
        </w:rPr>
        <w:t>ב. מימינכם  ← מזרח</w:t>
      </w:r>
    </w:p>
    <w:p>
      <w:pPr>
        <w:bidi/>
        <w:spacing w:before="0" w:after="100"/>
      </w:pPr>
      <w:r>
        <w:rPr>
          <w:rtl/>
        </w:rPr>
        <w:t>ג. משמאלכם  ← מערב</w:t>
      </w:r>
    </w:p>
    <w:p>
      <w:pPr>
        <w:bidi/>
        <w:spacing w:before="0" w:after="100"/>
      </w:pPr>
      <w:r>
        <w:rPr>
          <w:rtl/>
        </w:rPr>
        <w:t>ד. באלכסון קדימה וימינה  ← צפון-מזרח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הטקסט «מירוץ ניווט בבית הספר» –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במקרא, עיגול כחול סימן ברזייה.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בהתחלה הקבוצה הלכה צפונה.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בהתחלה הקבוצה הלכה דרומה במקום צפונה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הקבוצה של סאמר ונועה הגיעה ראשונה.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הקבוצה הגיעה שנייה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הטקסט, מה עזר לקבוצה לתקן את הטעות? מה למדו התלמידים?</w:t>
      </w:r>
    </w:p>
    <w:p>
      <w:pPr>
        <w:bidi/>
        <w:spacing w:before="0" w:after="80"/>
      </w:pPr>
      <w:r>
        <w:rPr>
          <w:color w:val="0F7A4F"/>
          <w:rtl/>
        </w:rPr>
        <w:t>תשובה אפשרית: סאמר מצא את חץ הצפון, והקבוצה סובבה את המפה כך שתתאים לשטח. הם למדו שלפני שמתחילים לנווט צריך למצוא את הצפון ולכוון את המפה.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הסבירו מדוע ירוק במפה פיזית אינו אומר בהכרח שיש באזור צמחייה רבה.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במפה פיזית הצבעים מסמנים גובה ולא צמחייה. ירוק מסמן אזור נמוך, ואזור נמוך יכול להיות גם יבש וחסר צמחייה.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מפה של חדר דמיוני והוסיפו מקרא עם ארבעה סמלים: נקודה, קו, שטח וחץ צפון.</w:t>
      </w:r>
    </w:p>
    <w:p>
      <w:pPr>
        <w:bidi/>
        <w:spacing w:before="0" w:after="80"/>
      </w:pPr>
      <w:r>
        <w:rPr>
          <w:color w:val="0F7A4F"/>
          <w:rtl/>
        </w:rPr>
        <w:t>תשובה אפשרית: מפת חדר עם חץ צפון ומקרא: למשל נקודה – מנורה, קו – מדף, שטח – שטיח, וכל סמל מוסבר במקרא.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אריאל מתאר לחבר את הדרך: «צא מן השער, לך ימינה ואחר כך שמאלה». החבר אמר שהתיאור לא מספיק טוב. מדוע? כתבו את ההוראה מחדש בעזרת כיווני רוח.</w:t>
      </w:r>
    </w:p>
    <w:p>
      <w:pPr>
        <w:bidi/>
        <w:spacing w:before="0" w:after="80"/>
      </w:pPr>
      <w:r>
        <w:rPr>
          <w:color w:val="0F7A4F"/>
          <w:rtl/>
        </w:rPr>
        <w:t>תשובה אפשרית: «ימינה» ו«שמאלה» תלויים בכיוון שאליו פונים, ולכן הם עלולים לבלבל. כיווני הרוח קבועים: «צא מן השער ולך מזרחה עד הגינה, ואחר כך פנה צפונה».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3: קנה מידה ומדידת מרחקים במפה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קנה מידה שכתוב כמו ‪1:25,000‬ הוא קנה מידה מספרי.</w:t>
      </w:r>
    </w:p>
    <w:p>
      <w:pPr>
        <w:bidi/>
        <w:spacing w:before="0" w:after="40"/>
      </w:pPr>
      <w:r>
        <w:rPr>
          <w:rtl/>
        </w:rPr>
        <w:t>ב. בקנה מידה קווי משתמשים בסרגל מצויר.</w:t>
      </w:r>
    </w:p>
    <w:p>
      <w:pPr>
        <w:bidi/>
        <w:spacing w:before="0" w:after="40"/>
      </w:pPr>
      <w:r>
        <w:rPr>
          <w:rtl/>
        </w:rPr>
        <w:t>ג. מפת עולם היא מפה בקנה מידה קטן.</w:t>
      </w:r>
    </w:p>
    <w:p>
      <w:pPr>
        <w:bidi/>
        <w:spacing w:before="0" w:after="40"/>
      </w:pPr>
      <w:r>
        <w:rPr>
          <w:rtl/>
        </w:rPr>
        <w:t>ד. מפת חצר היא מפה בקנה מידה גדול.</w:t>
      </w:r>
    </w:p>
    <w:p>
      <w:pPr>
        <w:bidi/>
        <w:spacing w:before="0" w:after="40"/>
      </w:pPr>
      <w:r>
        <w:rPr>
          <w:rtl/>
        </w:rPr>
        <w:t>ה. בכל מפה השטח מוקטן באופן שווה.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כמה שווה 1 ס"מ במפה?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1 ס"מ במפה שווה ל-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‪1:25,000‬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250 מטר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‪1:100,000‬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‪1:500,000‬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‪1:20,000‬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200 מטר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חשבו את המרחק האמיתי.</w:t>
      </w:r>
    </w:p>
    <w:p>
      <w:pPr>
        <w:bidi/>
        <w:spacing w:before="0" w:after="40"/>
      </w:pPr>
      <w:r>
        <w:rPr>
          <w:rtl/>
        </w:rPr>
        <w:t>א. ‪1:100,000‬, מרחק במפה 7 ס"מ: 7 ק"מ.</w:t>
      </w:r>
    </w:p>
    <w:p>
      <w:pPr>
        <w:bidi/>
        <w:spacing w:before="0" w:after="40"/>
      </w:pPr>
      <w:r>
        <w:rPr>
          <w:rtl/>
        </w:rPr>
        <w:t>ב. ‪1:500,000‬, מרחק במפה 4 ס"מ: 20 ק"מ.</w:t>
      </w:r>
    </w:p>
    <w:p>
      <w:pPr>
        <w:bidi/>
        <w:spacing w:before="0" w:after="40"/>
      </w:pPr>
      <w:r>
        <w:rPr>
          <w:rtl/>
        </w:rPr>
        <w:t>ג. ‪1:25,000‬, מרחק במפה 4 ס"מ: 1 ק"מ.</w:t>
      </w:r>
    </w:p>
    <w:p>
      <w:pPr>
        <w:bidi/>
        <w:spacing w:before="0" w:after="40"/>
      </w:pPr>
      <w:r>
        <w:rPr>
          <w:rtl/>
        </w:rPr>
        <w:t>ד. ‪1:20,000‬, מרחק במפה 3 ס"מ: 600 מטר.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המרחק במפה.</w:t>
      </w:r>
    </w:p>
    <w:p>
      <w:pPr>
        <w:bidi/>
        <w:spacing w:before="0" w:after="40"/>
      </w:pPr>
      <w:r>
        <w:rPr>
          <w:rtl/>
        </w:rPr>
        <w:t>א. ‪1:100,000‬, מרחק אמיתי 4 ק"מ: 4 ס"מ.</w:t>
      </w:r>
    </w:p>
    <w:p>
      <w:pPr>
        <w:bidi/>
        <w:spacing w:before="0" w:after="40"/>
      </w:pPr>
      <w:r>
        <w:rPr>
          <w:rtl/>
        </w:rPr>
        <w:t>ב. ‪1:50,000‬, מרחק אמיתי 3 ק"מ: 6 ס"מ.</w:t>
      </w:r>
    </w:p>
    <w:p>
      <w:pPr>
        <w:bidi/>
        <w:spacing w:before="0" w:after="40"/>
      </w:pPr>
      <w:r>
        <w:rPr>
          <w:rtl/>
        </w:rPr>
        <w:t>ג. ‪1:1,000,000‬, מרחק אמיתי 50 ק"מ: 5 ס"מ.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</w:pPr>
      <w:r>
        <w:rPr>
          <w:rtl/>
        </w:rPr>
        <w:t>א. איזה קנה מידה מתאים למפה של כל אגן הים התיכון בדף אחד?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‪1:10,000,000‬</w:t>
      </w:r>
    </w:p>
    <w:p>
      <w:pPr>
        <w:bidi/>
        <w:spacing w:before="0" w:after="20"/>
      </w:pPr>
      <w:r>
        <w:rPr>
          <w:rtl/>
        </w:rPr>
        <w:t>ב. מה ההבדל בין ‪1:10,000‬ ל-‪1:100,000‬?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ב-‪1:10,000‬ השטח מוקטן פחות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במפה בקנה מידה ‪1:50,000‬, 2 ס"מ שווים לק"מ אחד.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ככל שהמספר אחרי הנקודתיים גדול יותר, השטח במפה מוקטן פחות.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ככל שהמספר גדול יותר, השטח מוקטן יותר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מפת טיולים ‪1:50,000‬ מתאימה לתכנון טיול רגלי.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התאימו לכל מטרה את המפה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למצוא את המעבדה בתוך בית הספר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‪1:50,000‬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לתכנן טיול רגלי בגליל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‪1:20,000,000‬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לנסוע ברכב מצפון הארץ לדרומה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‪1:1,000‬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להכיר את כל מדינות אירופה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‪1:500,000‬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בכל זוג, כתבו איזה קנה מידה גדול יותר (מראה שטח קטן יותר בפרטים רבים יותר).</w:t>
      </w:r>
    </w:p>
    <w:p>
      <w:pPr>
        <w:bidi/>
        <w:spacing w:before="0" w:after="100"/>
      </w:pPr>
      <w:r>
        <w:rPr>
          <w:rtl/>
        </w:rPr>
        <w:t>א. ‪1:5,000‬ או ‪1:50,000‬  ← ‪1:5,000‬</w:t>
      </w:r>
    </w:p>
    <w:p>
      <w:pPr>
        <w:bidi/>
        <w:spacing w:before="0" w:after="100"/>
      </w:pPr>
      <w:r>
        <w:rPr>
          <w:rtl/>
        </w:rPr>
        <w:t>ב. ‪1:2,000,000‬ או ‪1:250,000‬  ← ‪1:250,000‬</w:t>
      </w:r>
    </w:p>
    <w:p>
      <w:pPr>
        <w:bidi/>
        <w:spacing w:before="0" w:after="100"/>
      </w:pPr>
      <w:r>
        <w:rPr>
          <w:rtl/>
        </w:rPr>
        <w:t>ג. ‪1:10,000‬ או ‪1:100,000‬  ← ‪1:10,000‬</w:t>
      </w:r>
    </w:p>
    <w:p>
      <w:pPr>
        <w:bidi/>
        <w:spacing w:before="0" w:after="100"/>
      </w:pPr>
      <w:r>
        <w:rPr>
          <w:rtl/>
        </w:rPr>
        <w:t>ד. ‪1:20,000,000‬ או ‪1:1,000,000‬  ← ‪1:1,000,000‬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 «מרוץ שליחים בפארק», חשבו את אורך כל קטע.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קטע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במפה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במציאות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שער – אגם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400 מטר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אגם – עץ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300 מטר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עץ – סיום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500 מטר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 המסלול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12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1,200 מטר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באיזה קטע ירוץ דניאל? הסבירו בעזרת החישוב.</w:t>
      </w:r>
    </w:p>
    <w:p>
      <w:pPr>
        <w:bidi/>
        <w:spacing w:before="0" w:after="80"/>
      </w:pPr>
      <w:r>
        <w:rPr>
          <w:color w:val="0F7A4F"/>
          <w:rtl/>
        </w:rPr>
        <w:t>תשובה אפשרית: בקטע מן העץ אל קו הסיום, כי הוא הארוך ביותר: 5 ס"מ במפה, שהם 500 מטר.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קנה מידה קווי למפת הפארק ‪(1:10,000)‬: סרגל של 5 ס"מ, וכתבו ליד כל ס"מ כמה מטרים הוא שווה.</w:t>
      </w:r>
    </w:p>
    <w:p>
      <w:pPr>
        <w:bidi/>
        <w:spacing w:before="0" w:after="80"/>
      </w:pPr>
      <w:r>
        <w:rPr>
          <w:color w:val="0F7A4F"/>
          <w:rtl/>
        </w:rPr>
        <w:t>תשובה אפשרית: סרגל של 5 קטעים של 1 ס"מ, ומתחת: 0, 100, 200, 300, 400, 500 מטר.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עומר מדד בסרגל מרחק של 6 ס"מ בין שתי ערים, אבל שכח לבדוק את קנה המידה. הסבירו מדוע אי אפשר לדעת את המרחק האמיתי, ותנו שתי תשובות אפשריות לשני קני מידה שונים.</w:t>
      </w:r>
    </w:p>
    <w:p>
      <w:pPr>
        <w:bidi/>
        <w:spacing w:before="0" w:after="80"/>
      </w:pPr>
      <w:r>
        <w:rPr>
          <w:color w:val="0F7A4F"/>
          <w:rtl/>
        </w:rPr>
        <w:t>תשובה אפשרית: בלי קנה מידה לא יודעים פי כמה הוקטן השטח. למשל: ב-‪1:100,000‬ המרחק הוא 6 ק"מ, וב-‪1:1,000,000‬ הוא 60 ק"מ.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4: רשת המעלות, האטלס ומפות נושאיות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קווי הרוחב מגיעים עד 90 מעלות בקטבים.</w:t>
      </w:r>
    </w:p>
    <w:p>
      <w:pPr>
        <w:bidi/>
        <w:spacing w:before="0" w:after="40"/>
      </w:pPr>
      <w:r>
        <w:rPr>
          <w:rtl/>
        </w:rPr>
        <w:t>ב. קווי האורך מגיעים עד 180 מעלות.</w:t>
      </w:r>
    </w:p>
    <w:p>
      <w:pPr>
        <w:bidi/>
        <w:spacing w:before="0" w:after="40"/>
      </w:pPr>
      <w:r>
        <w:rPr>
          <w:rtl/>
        </w:rPr>
        <w:t>ג. מקום שנמצא ממזרח לקו האפס נמצא בחצי הכדור המזרחי.</w:t>
      </w:r>
    </w:p>
    <w:p>
      <w:pPr>
        <w:bidi/>
        <w:spacing w:before="0" w:after="40"/>
      </w:pPr>
      <w:r>
        <w:rPr>
          <w:rtl/>
        </w:rPr>
        <w:t>ד. מקום שנמצא מדרום לקו המשווה נמצא בחצי הכדור הדרומי.</w:t>
      </w:r>
    </w:p>
    <w:p>
      <w:pPr>
        <w:bidi/>
        <w:spacing w:before="0" w:after="40"/>
      </w:pPr>
      <w:r>
        <w:rPr>
          <w:rtl/>
        </w:rPr>
        <w:t>ה. מפה שמציגה נושא אחד היא מפה נושאית.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בחרו את התשובה הנכונה.</w:t>
      </w:r>
    </w:p>
    <w:p>
      <w:pPr>
        <w:bidi/>
        <w:spacing w:before="0" w:after="20"/>
      </w:pPr>
      <w:r>
        <w:rPr>
          <w:rtl/>
        </w:rPr>
        <w:t>א. באיזה חלק של האטלס תחפשו את העמוד של מפת יוון?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בתוכן העניינים או במפתח השמות</w:t>
      </w:r>
    </w:p>
    <w:p>
      <w:pPr>
        <w:bidi/>
        <w:spacing w:before="0" w:after="20"/>
      </w:pPr>
      <w:r>
        <w:rPr>
          <w:rtl/>
        </w:rPr>
        <w:t>ב. מה מראה מפה מדינית?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מדינות וגבולות</w:t>
      </w:r>
    </w:p>
    <w:p>
      <w:pPr>
        <w:bidi/>
        <w:spacing w:before="0" w:after="20"/>
      </w:pPr>
      <w:r>
        <w:rPr>
          <w:rtl/>
        </w:rPr>
        <w:t>ג. בערך באיזה קו אורך נמצאת 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35 מעלות מזרח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קו רוחב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מקיף את כדור הארץ ממזרח למערב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קו אורך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קו הרוחב 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קו המשווה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רשימת מקומות עם עמוד ומשבצת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קו האפס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קו האורך 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מפתח שמות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עובר מקוטב לקוטב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המדינות לפי חצי הכדור: ממזרח לקו האפס או ממערב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חצי הכדור המזרחי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חצי הכדור המערבי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ישראל, יפן, הודו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ארצות הברית, ברזיל, מקסיקו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קו האפס עובר בגריניץ' שבלונדון.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מקום בקו רוחב 60 צפון קרוב לקוטב הצפוני יותר ממקום בקו רוחב 20 צפון.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מפה נושאית מציגה את כל הנושאים יחד.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מפה נושאית מציגה נושא אחד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מפתח השמות נמצא בדרך כלל בתחילת האטלס.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מפתח השמות נמצא בדרך כלל בסוף האטלס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בעיר דמיונית נמדדה כמות הגשם בחודשי השנה. היעזרו בטבלה וענו בעמודה הריקה.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חודש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גשם (מ"מ)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גשום / מעט גשם / יבש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ינואר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אפריל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מעט 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יולי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יבש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דצמבר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איזו מפה נושאית תעזור לכל אחד? כתבו את סוג המפה.</w:t>
      </w:r>
    </w:p>
    <w:p>
      <w:pPr>
        <w:bidi/>
        <w:spacing w:before="0" w:after="100"/>
      </w:pPr>
      <w:r>
        <w:rPr>
          <w:rtl/>
        </w:rPr>
        <w:t>א. חקלאי שרוצה לדעת היכן יורד מספיק גשם לגידול חיטה.  ← מפת גשמים</w:t>
      </w:r>
    </w:p>
    <w:p>
      <w:pPr>
        <w:bidi/>
        <w:spacing w:before="0" w:after="100"/>
      </w:pPr>
      <w:r>
        <w:rPr>
          <w:rtl/>
        </w:rPr>
        <w:t>ב. עירייה שרוצה לדעת באילו שכונות גרים הכי הרבה אנשים.  ← מפת אוכלוסייה</w:t>
      </w:r>
    </w:p>
    <w:p>
      <w:pPr>
        <w:bidi/>
        <w:spacing w:before="0" w:after="100"/>
      </w:pPr>
      <w:r>
        <w:rPr>
          <w:rtl/>
        </w:rPr>
        <w:t>ג. משפחה שמתכננת נסיעה ברכב בין ערים.  ← מפת דרכים</w:t>
      </w:r>
    </w:p>
    <w:p>
      <w:pPr>
        <w:bidi/>
        <w:spacing w:before="0" w:after="100"/>
      </w:pPr>
      <w:r>
        <w:rPr>
          <w:rtl/>
        </w:rPr>
        <w:t>ד. חוקר שרוצה לדעת היכן יש הרים גבוהים.  ← מפה פיזית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הטקסט «הכתובת של הספינה», השלימו.</w:t>
      </w:r>
    </w:p>
    <w:p>
      <w:pPr>
        <w:bidi/>
        <w:spacing w:before="0" w:after="40"/>
      </w:pPr>
      <w:r>
        <w:rPr>
          <w:rtl/>
        </w:rPr>
        <w:t>א. הקברניט שלח הודעה לנמל.</w:t>
      </w:r>
    </w:p>
    <w:p>
      <w:pPr>
        <w:bidi/>
        <w:spacing w:before="0" w:after="40"/>
      </w:pPr>
      <w:r>
        <w:rPr>
          <w:rtl/>
        </w:rPr>
        <w:t>ב. בים אין רחובות ואין שלטים.</w:t>
      </w:r>
    </w:p>
    <w:p>
      <w:pPr>
        <w:bidi/>
        <w:spacing w:before="0" w:after="40"/>
      </w:pPr>
      <w:r>
        <w:rPr>
          <w:rtl/>
        </w:rPr>
        <w:t>ג. הקברניט שלח שני מספרים: קו רוחב וקו אורך.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הסבירו את המשפט של הקברניט: «גם בים הפתוח יש לכל מקום כתובת».</w:t>
      </w:r>
    </w:p>
    <w:p>
      <w:pPr>
        <w:bidi/>
        <w:spacing w:before="0" w:after="80"/>
      </w:pPr>
      <w:r>
        <w:rPr>
          <w:color w:val="0F7A4F"/>
          <w:rtl/>
        </w:rPr>
        <w:t>תשובה אפשרית: בעזרת רשת המעלות, לכל נקודה על פני כדור הארץ – גם באמצע הים – יש קו רוחב וקו אורך משלה. שני המספרים האלה הם הכתובת שלה, וכך אפשר למצוא אותה.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רשת פשוטה: שלושה קווי רוחב ושלושה קווי אורך. סמנו נקודה במפגש של שני קווים וכתבו לה «כתובת» דמיונית (למשל 20 צפון, 10 מזרח).</w:t>
      </w:r>
    </w:p>
    <w:p>
      <w:pPr>
        <w:bidi/>
        <w:spacing w:before="0" w:after="80"/>
      </w:pPr>
      <w:r>
        <w:rPr>
          <w:color w:val="0F7A4F"/>
          <w:rtl/>
        </w:rPr>
        <w:t>תשובה אפשרית: רשת של קווים אופקיים (רוחב) ואנכיים (אורך) עם מספרים, ונקודה מסומנת במפגש עם כתובת מתאימה.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כתבו שני הבדלים בין מפה פיזית לבין מפה מדינית.</w:t>
      </w:r>
    </w:p>
    <w:p>
      <w:pPr>
        <w:bidi/>
        <w:spacing w:before="0" w:after="80"/>
      </w:pPr>
      <w:r>
        <w:rPr>
          <w:color w:val="0F7A4F"/>
          <w:rtl/>
        </w:rPr>
        <w:t>תשובה אפשרית: מפה פיזית מראה את פני השטח: הרים, עמקים, נהרות וגבהים בצבעים. מפה מדינית מראה מדינות, גבולות וערי בירה, ולרוב כל מדינה צבועה בצבע אחר.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אורי מצא בטבלה שהעיר א נמצאת בקו רוחב 10 צפון והעיר ב בקו רוחב 60 צפון. באיזו עיר צפוי להיות חם יותר בדרך כלל?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בעיר א, כי היא קרובה יותר לקו המשווה. קרוב לקו המשווה קרני השמש מגיעות כמעט ישר, ולכן חם יותר; ככל שמתרחקים לכיוון הקטבים, קר יותר.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5: אגן הים התיכון: מיקום, יבשות ומדינות, חופים, נופים ואקלים ים-תיכוני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לחופי הים התיכון יש כ-עשרים מדינות.</w:t>
      </w:r>
    </w:p>
    <w:p>
      <w:pPr>
        <w:bidi/>
        <w:spacing w:before="0" w:after="40"/>
      </w:pPr>
      <w:r>
        <w:rPr>
          <w:rtl/>
        </w:rPr>
        <w:t>ב. המצר במערב הים התיכון הוא מצר גיברלטר.</w:t>
      </w:r>
    </w:p>
    <w:p>
      <w:pPr>
        <w:bidi/>
        <w:spacing w:before="0" w:after="40"/>
      </w:pPr>
      <w:r>
        <w:rPr>
          <w:rtl/>
        </w:rPr>
        <w:t>ג. האי שבו נמצא הר הגעש אטנה הוא סיציליה.</w:t>
      </w:r>
    </w:p>
    <w:p>
      <w:pPr>
        <w:bidi/>
        <w:spacing w:before="0" w:after="40"/>
      </w:pPr>
      <w:r>
        <w:rPr>
          <w:rtl/>
        </w:rPr>
        <w:t>ד. עץ שמסמל את האזור הים-תיכוני הוא הזית.</w:t>
      </w:r>
    </w:p>
    <w:p>
      <w:pPr>
        <w:bidi/>
        <w:spacing w:before="0" w:after="40"/>
      </w:pPr>
      <w:r>
        <w:rPr>
          <w:rtl/>
        </w:rPr>
        <w:t>ה. באקלים ים-תיכוני החורף נוח וגשום.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מדינה את היבשת שבה היא נמצאת.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איטליה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אירופה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לבנון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אפריקה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אלג'יריה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אפריקה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קרואטיה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אסיה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תוניסיה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אירופה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בחרו את התשובה הנכונה.</w:t>
      </w:r>
    </w:p>
    <w:p>
      <w:pPr>
        <w:bidi/>
        <w:spacing w:before="0" w:after="20"/>
      </w:pPr>
      <w:r>
        <w:rPr>
          <w:rtl/>
        </w:rPr>
        <w:t>א. איזה נהר גדול נשפך לים התיכון בצפון מצרים?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הנילוס</w:t>
      </w:r>
    </w:p>
    <w:p>
      <w:pPr>
        <w:bidi/>
        <w:spacing w:before="0" w:after="20"/>
      </w:pPr>
      <w:r>
        <w:rPr>
          <w:rtl/>
        </w:rPr>
        <w:t>ב. מהו המצב הנפוץ באקלים ים-תיכוני בחודש יולי?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חום ויובש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נמצאת בחוף המזרחי של הים התיכון.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מרוקו נמצאת בחוף הצפוני של הים התיכון.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מרוקו נמצאת בחוף הדרומי-מערבי, ביבשת אפריקה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בים התיכון יש איים רבים.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באקלים ים-תיכוני החורף קפוא ומושלג בכל מקום.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החורף נוח וגשום; שלג יורד רק בהרים גבוהים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מיינו את המאפיינים לפי העונה באקלים ים-תיכוני.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קיץ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חם, יבש, שמיים בהירים כמעט כל 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גשום, נוח, נחלים זורמים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 על חופי הים התיכון.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החוף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איך הוא נראה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חוף חולי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רצועה של חול רך לאורך המים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מצוק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קיר סלע תלול מעל המים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חלק של הים שנכנס לתוך היבשה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חוף סלעי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סלעים ואבנים בשפת המים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כתבו ליד כל מקום באיזה חלק של הים התיכון הוא נמצא: צפון, דרום, מזרח או מערב.</w:t>
      </w:r>
    </w:p>
    <w:p>
      <w:pPr>
        <w:bidi/>
        <w:spacing w:before="0" w:after="100"/>
      </w:pPr>
      <w:r>
        <w:rPr>
          <w:rtl/>
        </w:rPr>
        <w:t>א. מצר גיברלטר  ← מערב</w:t>
      </w:r>
    </w:p>
    <w:p>
      <w:pPr>
        <w:bidi/>
        <w:spacing w:before="0" w:after="100"/>
      </w:pPr>
      <w:r>
        <w:rPr>
          <w:rtl/>
        </w:rPr>
        <w:t>ב. ישראל ולבנון  ← מזרח</w:t>
      </w:r>
    </w:p>
    <w:p>
      <w:pPr>
        <w:bidi/>
        <w:spacing w:before="0" w:after="100"/>
      </w:pPr>
      <w:r>
        <w:rPr>
          <w:rtl/>
        </w:rPr>
        <w:t>ג. חופי לוב ומצרים  ← דרום</w:t>
      </w:r>
    </w:p>
    <w:p>
      <w:pPr>
        <w:bidi/>
        <w:spacing w:before="0" w:after="100"/>
      </w:pPr>
      <w:r>
        <w:rPr>
          <w:rtl/>
        </w:rPr>
        <w:t>ד. חופי צרפת ואיטליה  ← צפון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הטקסט «יום אחד בחוף הכרמל», השלימו.</w:t>
      </w:r>
    </w:p>
    <w:p>
      <w:pPr>
        <w:bidi/>
        <w:spacing w:before="0" w:after="40"/>
      </w:pPr>
      <w:r>
        <w:rPr>
          <w:rtl/>
        </w:rPr>
        <w:t>א. בחורש על הכרמל גדלים אלונים, אלות ועצי אורן.</w:t>
      </w:r>
    </w:p>
    <w:p>
      <w:pPr>
        <w:bidi/>
        <w:spacing w:before="0" w:after="40"/>
      </w:pPr>
      <w:r>
        <w:rPr>
          <w:rtl/>
        </w:rPr>
        <w:t>ב. העלים של עצי החורש קשים וקטנים.</w:t>
      </w:r>
    </w:p>
    <w:p>
      <w:pPr>
        <w:bidi/>
        <w:spacing w:before="0" w:after="40"/>
      </w:pPr>
      <w:r>
        <w:rPr>
          <w:rtl/>
        </w:rPr>
        <w:t>ג. מן המצפה ראו את קו החוף הארוך והישר.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הטקסט, איך העצים בחורש מותאמים לאקלים הים-תיכוני? ומה משתנה בנוף בחורף?</w:t>
      </w:r>
    </w:p>
    <w:p>
      <w:pPr>
        <w:bidi/>
        <w:spacing w:before="0" w:after="80"/>
      </w:pPr>
      <w:r>
        <w:rPr>
          <w:color w:val="0F7A4F"/>
          <w:rtl/>
        </w:rPr>
        <w:t>תשובה אפשרית: לעצים יש עלים קשים וקטנים שמאבדים מעט מים, וכך הם שורדים את הקיץ הארוך והיבש. בחורף יורד גשם, הנחלים זורמים והנוף ירוק יותר.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הסבירו מדוע זית וגפן מתאימים לגידול באזור הים התיכון.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הם עמידים ליובש ומסתדרים עם קיץ חם ויבש, ומקבלים את רוב המים מגשמי החורף.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את המסלול של ספינה שמפליגה מן האוקיינוס האטלנטי אל ישראל: הים התיכון, מצר גיברלטר, ישראל וחץ צפון.</w:t>
      </w:r>
    </w:p>
    <w:p>
      <w:pPr>
        <w:bidi/>
        <w:spacing w:before="0" w:after="80"/>
      </w:pPr>
      <w:r>
        <w:rPr>
          <w:color w:val="0F7A4F"/>
          <w:rtl/>
        </w:rPr>
        <w:t>תשובה אפשרית: סקיצה של ים מוארך; הספינה נכנסת במערב דרך מצר גיברלטר, מפליגה מזרחה לאורך הים, ומגיעה לחוף המזרחי – ישראל; חץ צפון למעלה.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ספינה מאירופה צריכה להגיע להודו. הסבירו כיצד תעלת סואץ מקצרת את הדרך, ובאיזו דרך הייתה הספינה צריכה להפליג לולא התעלה.</w:t>
      </w:r>
    </w:p>
    <w:p>
      <w:pPr>
        <w:bidi/>
        <w:spacing w:before="0" w:after="80"/>
      </w:pPr>
      <w:r>
        <w:rPr>
          <w:color w:val="0F7A4F"/>
          <w:rtl/>
        </w:rPr>
        <w:t>תשובה אפשרית: דרך התעלה הספינה עוברת מן הים התיכון ישר לים סוף, וממנו לאוקיינוס ההודי. בלי התעלה היא הייתה צריכה להפליג מסביב ליבשת אפריקה, דרך האוקיינוס האטלנטי – דרך ארוכה הרבה יותר.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6: האדם באגן הים התיכון: תרבות, נמלים, סחר, דיג ותיירות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סחורות רבות נשלחות בקופסאות ענק של מתכת שנקראות מכולות.</w:t>
      </w:r>
    </w:p>
    <w:p>
      <w:pPr>
        <w:bidi/>
        <w:spacing w:before="0" w:after="40"/>
      </w:pPr>
      <w:r>
        <w:rPr>
          <w:rtl/>
        </w:rPr>
        <w:t>ב. המקום בנמל שלצדו עוגנת הספינה הוא הרציף.</w:t>
      </w:r>
    </w:p>
    <w:p>
      <w:pPr>
        <w:bidi/>
        <w:spacing w:before="0" w:after="40"/>
      </w:pPr>
      <w:r>
        <w:rPr>
          <w:rtl/>
        </w:rPr>
        <w:t>ג. קיר באמצע הים שמגן על הנמל מפני הגלים הוא שובר גלים.</w:t>
      </w:r>
    </w:p>
    <w:p>
      <w:pPr>
        <w:bidi/>
        <w:spacing w:before="0" w:after="40"/>
      </w:pPr>
      <w:r>
        <w:rPr>
          <w:rtl/>
        </w:rPr>
        <w:t>ד. מוצר חשוב במטבח הים-תיכוני שמופק מזיתים הוא שמן זית.</w:t>
      </w:r>
    </w:p>
    <w:p>
      <w:pPr>
        <w:bidi/>
        <w:spacing w:before="0" w:after="40"/>
      </w:pPr>
      <w:r>
        <w:rPr>
          <w:rtl/>
        </w:rPr>
        <w:t>ה. ספינות גדולות שמסיעות תיירים מנמל לנמל הן ספינות נופש.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עם עתיק את מה שמתאים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הפיניקים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שלטו בכל חופי הים וקראו לו «הים שלנו»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הרומאים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ייסדו ערים רבות לאורך החופים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המצרים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סוחרים ויורדי ים מחוף לבנון של היום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היוונים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תרבות עתיקה לאורך הנילוס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בחרו את התשובה הנכונה.</w:t>
      </w:r>
    </w:p>
    <w:p>
      <w:pPr>
        <w:bidi/>
        <w:spacing w:before="0" w:after="20"/>
      </w:pPr>
      <w:r>
        <w:rPr>
          <w:rtl/>
        </w:rPr>
        <w:t>א. מדוע תעלת סואץ חשובה לסחר?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היא מקצרת את הדרך בין אירופה לאסיה</w:t>
      </w:r>
    </w:p>
    <w:p>
      <w:pPr>
        <w:bidi/>
        <w:spacing w:before="0" w:after="20"/>
      </w:pPr>
      <w:r>
        <w:rPr>
          <w:rtl/>
        </w:rPr>
        <w:t>ב. באיזו עונה מגיעים הכי הרבה תיירים לחופי הים התיכון?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בקיץ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יפו ועכו הן ערי נמל עתיקות.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המטבח הים-תיכוני מבוסס בעיקר על חמאה ובשר.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הוא מבוסס על שמן זית, ירקות, קטניות, לחם ודגים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דרך הנמלים עוברות סחורות בין מדינות.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ירושלים קדושה רק לדת אחת.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קדושה ליהודים, לנוצרים ולמוסלמים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מיינו: מה מגיע לנמל בספינת משא, ומה מגיע בספינת נופש?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ספינת משא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ספינת נופש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מכולות, מכוניות חדשות, חיטה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תיירים, משפחות בחופשה, קבוצת מטיילים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בעיירת חוף דמיונית עובדים 1,000 תושבים.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ענף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מספר העובדים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תיירות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דיג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נמל וסחר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ענפים אחרים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150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לפי הטבלה של עיירת החוף, ענו בקצרה.</w:t>
      </w:r>
    </w:p>
    <w:p>
      <w:pPr>
        <w:bidi/>
        <w:spacing w:before="0" w:after="100"/>
      </w:pPr>
      <w:r>
        <w:rPr>
          <w:rtl/>
        </w:rPr>
        <w:t>א. באיזה ענף עובדים הכי הרבה תושבים?  ← בתיירות</w:t>
      </w:r>
    </w:p>
    <w:p>
      <w:pPr>
        <w:bidi/>
        <w:spacing w:before="0" w:after="100"/>
      </w:pPr>
      <w:r>
        <w:rPr>
          <w:rtl/>
        </w:rPr>
        <w:t>ב. כמה תושבים עובדים בדיג ובנמל יחד?  ← 400</w:t>
      </w:r>
    </w:p>
    <w:p>
      <w:pPr>
        <w:bidi/>
        <w:spacing w:before="0" w:after="100"/>
      </w:pPr>
      <w:r>
        <w:rPr>
          <w:rtl/>
        </w:rPr>
        <w:t>ג. האם יותר ממחצית התושבים עובדים בתיירות?  ← לא (450 מתוך 1,000 – פחות ממחצית)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«יומן מסע של מכולה», השלימו.</w:t>
      </w:r>
    </w:p>
    <w:p>
      <w:pPr>
        <w:bidi/>
        <w:spacing w:before="0" w:after="40"/>
      </w:pPr>
      <w:r>
        <w:rPr>
          <w:rtl/>
        </w:rPr>
        <w:t>א. המכולה יצאה מנמל ביבשת אסיה.</w:t>
      </w:r>
    </w:p>
    <w:p>
      <w:pPr>
        <w:bidi/>
        <w:spacing w:before="0" w:after="40"/>
      </w:pPr>
      <w:r>
        <w:rPr>
          <w:rtl/>
        </w:rPr>
        <w:t>ב. הספינה נכנסה לים התיכון דרך תעלת סואץ.</w:t>
      </w:r>
    </w:p>
    <w:p>
      <w:pPr>
        <w:bidi/>
        <w:spacing w:before="0" w:after="40"/>
      </w:pPr>
      <w:r>
        <w:rPr>
          <w:rtl/>
        </w:rPr>
        <w:t>ג. בישראל עגנה הספינה בנמל אשדוד.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הטקסט, הסבירו כיצד הנמל מחבר בין ישראל לבין יבשות אחרות. תנו שתי דוגמאות מן הטקסט.</w:t>
      </w:r>
    </w:p>
    <w:p>
      <w:pPr>
        <w:bidi/>
        <w:spacing w:before="0" w:after="80"/>
      </w:pPr>
      <w:r>
        <w:rPr>
          <w:color w:val="0F7A4F"/>
          <w:rtl/>
        </w:rPr>
        <w:t>תשובה אפשרית: דרך הנמל מגיעות לישראל סחורות מיבשות אחרות – צעצועים ובגדים מאסיה – ויוצאות ממנה סחורות – פירות וירקות לאירופה.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כתבו שני מאכלים או מוצרים שמאפיינים את המטבח הים-תיכוני, והסבירו מה הקשר שלהם לאזור.</w:t>
      </w:r>
    </w:p>
    <w:p>
      <w:pPr>
        <w:bidi/>
        <w:spacing w:before="0" w:after="80"/>
      </w:pPr>
      <w:r>
        <w:rPr>
          <w:color w:val="0F7A4F"/>
          <w:rtl/>
        </w:rPr>
        <w:t>תשובה אפשרית: שמן זית – הזית גדל היטב באקלים הים-תיכוני; דגים – הים קרוב ומספק אותם (גם: לחם מחיטה, ענבים).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את המסלול של המכולה מן הטקסט: אסיה, תעלת סואץ, הים התיכון, נמל אשדוד ואירופה. סמנו חצים לכיוון התנועה.</w:t>
      </w:r>
    </w:p>
    <w:p>
      <w:pPr>
        <w:bidi/>
        <w:spacing w:before="0" w:after="80"/>
      </w:pPr>
      <w:r>
        <w:rPr>
          <w:color w:val="0F7A4F"/>
          <w:rtl/>
        </w:rPr>
        <w:t>תשובה אפשרית: סקיצה עם אסיה, ים סוף ותעלת סואץ, הים התיכון, אשדוד בחוף המזרחי, וחצים מאסיה דרך סואץ לאשדוד, ומאשדוד לאירופה.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אילו נסגרה תעלת סואץ לתקופה ארוכה, מה היה קורה לסחר בין אסיה לאירופה ולנמלי הים התיכון? הסבירו שתי השפעות.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הספינות היו צריכות להפליג מסביב לאפריקה, הדרך הייתה ארוכה ויקרה יותר והסחורות היו מגיעות מאוחר. נמלי הים התיכון היו מקבלים פחות ספינות, ופחות עבודה הייתה בהם.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7: האדם והים: השפעות הדדיות, זיהום ושמירה על החופים, ומדינות נבחרות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בירת איטליה היא רומא.</w:t>
      </w:r>
    </w:p>
    <w:p>
      <w:pPr>
        <w:bidi/>
        <w:spacing w:before="0" w:after="40"/>
      </w:pPr>
      <w:r>
        <w:rPr>
          <w:rtl/>
        </w:rPr>
        <w:t>ב. בירת מצרים היא קהיר.</w:t>
      </w:r>
    </w:p>
    <w:p>
      <w:pPr>
        <w:bidi/>
        <w:spacing w:before="0" w:after="40"/>
      </w:pPr>
      <w:r>
        <w:rPr>
          <w:rtl/>
        </w:rPr>
        <w:t>ג. בירת יוון היא אתונה.</w:t>
      </w:r>
    </w:p>
    <w:p>
      <w:pPr>
        <w:bidi/>
        <w:spacing w:before="0" w:after="40"/>
      </w:pPr>
      <w:r>
        <w:rPr>
          <w:rtl/>
        </w:rPr>
        <w:t>ד. הנהר שנשפך לים התיכון בצפון מצרים הוא הנילוס.</w:t>
      </w:r>
    </w:p>
    <w:p>
      <w:pPr>
        <w:bidi/>
        <w:spacing w:before="0" w:after="40"/>
      </w:pPr>
      <w:r>
        <w:rPr>
          <w:rtl/>
        </w:rPr>
        <w:t>ה. האי הגדול ביותר בים התיכון, שבו נמצא האטנה, הוא סיציליה.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סוג זיהום את המקור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כתם דלק 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מפעלים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ביוב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שקיות ובקבוקים שהושלכו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פסולת פלסטיק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חקלאות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שפכים כימיים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מי שופכין מן הבתים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דשנים במים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ספינות ודליפות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הים משפיע על האקלים באזורי החוף.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זיהום ימי פוגע רק בדגים ולא בבני אדם.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זיהום פוגע גם בבני אדם: ברחצה, בבריאות, בדיג ובתיירות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ביוון יש איים רבים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מצרים נמצאת ביבשת אירופה.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מצרים נמצאת ביבשת אפריקה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יקרה לדייגים אם יהיה דיג יתר במשך שנים?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יהיו פחות דגים לדוג</w:t>
      </w:r>
    </w:p>
    <w:p>
      <w:pPr>
        <w:bidi/>
        <w:spacing w:before="0" w:after="20"/>
      </w:pPr>
      <w:r>
        <w:rPr>
          <w:rtl/>
        </w:rPr>
        <w:t>ב. איזו פעולה עוזרת הכי הרבה להפחית פסולת פלסטיק בים?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שימוש בשקיות רב-פעמיות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מיינו את הפעולות: של הממשלה והרשויות, או של כל אחד מאיתנו.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ממשלה ורשויות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 אחד מאיתנו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חוק שמגביל בנייה בחופים, הקמת מתקן לטיהור ביוב, הכרזה על שמורה ימית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לקחת את הפסולת הביתה מן החוף, להשתמש בבקבוק רב-פעמי, להצטרף לניקוי חופים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בחוף דמיוני אספו מתנדבים פסולת במשך יום אחד.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הפסולת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מספר פריטים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פקקים ובקבוקי פלסטיק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שקיות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בדלי סיגריות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סך הכול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400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לפי הטבלה של ניקוי החוף, ענו בקצרה.</w:t>
      </w:r>
    </w:p>
    <w:p>
      <w:pPr>
        <w:bidi/>
        <w:spacing w:before="0" w:after="100"/>
      </w:pPr>
      <w:r>
        <w:rPr>
          <w:rtl/>
        </w:rPr>
        <w:t>א. איזה סוג פסולת נאסף הכי הרבה?  ← בדלי סיגריות</w:t>
      </w:r>
    </w:p>
    <w:p>
      <w:pPr>
        <w:bidi/>
        <w:spacing w:before="0" w:after="100"/>
      </w:pPr>
      <w:r>
        <w:rPr>
          <w:rtl/>
        </w:rPr>
        <w:t>ב. כמה פריטי פלסטיק (בקבוקים, פקקים ושקיות) נאספו יחד?  ← 200</w:t>
      </w:r>
    </w:p>
    <w:p>
      <w:pPr>
        <w:bidi/>
        <w:spacing w:before="0" w:after="100"/>
      </w:pPr>
      <w:r>
        <w:rPr>
          <w:rtl/>
        </w:rPr>
        <w:t>ג. הציעו פעולה אחת שתקטין את סוג הפסולת השכיח ביותר.  ← למשל: איסור עישון בחוף, או פחים מיוחדים לבדלים והסברה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«מכתב מוונציה», מיינו את ההשפעות בטבלה.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הים כ«אוצר» לעיר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הים כ«סכנה» לעיר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הביא סחר ועושר במשך מאות שנים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מציף את הכיכרות, בעיקר בסתיו ובחורף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מביא תיירים רבים (פרנסה)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צפיפות של תיירים שמקשה על התושבים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המכתב, איך הים משפיע על חיי היום-יום בוונציה? כתבו שתי דוגמאות.</w:t>
      </w:r>
    </w:p>
    <w:p>
      <w:pPr>
        <w:bidi/>
        <w:spacing w:before="0" w:after="80"/>
      </w:pPr>
      <w:r>
        <w:rPr>
          <w:color w:val="0F7A4F"/>
          <w:rtl/>
        </w:rPr>
        <w:t>תשובה אפשרית: במקום רחובות יש תעלות, ונוסעים בסירות (גם האוטובוס הוא סירה); בסתיו ובחורף הים עולה ומציף את הכיכרות.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מפה פשוטה של חוף דמיוני שמגינים עליו: סמנו חוף רחצה, שטח מגודר לקיני צבים, שמורה ימית ופחי מחזור. הוסיפו מקרא וחץ צפון.</w:t>
      </w:r>
    </w:p>
    <w:p>
      <w:pPr>
        <w:bidi/>
        <w:spacing w:before="0" w:after="80"/>
      </w:pPr>
      <w:r>
        <w:rPr>
          <w:color w:val="0F7A4F"/>
          <w:rtl/>
        </w:rPr>
        <w:t>תשובה אפשרית: מפה עם קו חוף, אזורים מסומנים (רחצה, קינים מגודרים, שמורה בים), פחים, מקרא לכל סמל וחץ צפון.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מדוע זיהום בחוף של מדינה אחת יכול להגיע גם לחופים של מדינות אחרות בים התיכון.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המים בים נעים בזרמים ובגלים ואין להם גבולות. פסולת ודלק נסחפים ממקום למקום, ובים כמעט סגור הם נשארים זמן רב ומגיעים לחופים רבים.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מדוע שמירה על הים התיכון דורשת שיתוף פעולה בין כל המדינות שסביבו? נמקו בשני טיעונים.</w:t>
      </w:r>
    </w:p>
    <w:p>
      <w:pPr>
        <w:bidi/>
        <w:spacing w:before="0" w:after="80"/>
      </w:pPr>
      <w:r>
        <w:rPr>
          <w:color w:val="0F7A4F"/>
          <w:rtl/>
        </w:rPr>
        <w:t>תשובה אפשרית: 1. הזיהום והדגים עוברים בין המדינות, ולכן מדינה אחת לבדה לא תוכל לשמור על הים. 2. כל המדינות נהנות מן הים – מדיג, מתיירות ומסחר – ולכן לכולן יש אינטרס משותף לשמור עליו.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הטבלה שמסבירה את הסמלים במפה נקראת מקרא.</w:t>
      </w:r>
    </w:p>
    <w:p>
      <w:pPr>
        <w:bidi/>
        <w:spacing w:before="0" w:after="40"/>
      </w:pPr>
      <w:r>
        <w:rPr>
          <w:rtl/>
        </w:rPr>
        <w:t>ב. במפה בקנה מידה ‪1:100,000‬, 5 ס"מ שווים ל-5 ק"מ.</w:t>
      </w:r>
    </w:p>
    <w:p>
      <w:pPr>
        <w:bidi/>
        <w:spacing w:before="0" w:after="40"/>
      </w:pPr>
      <w:r>
        <w:rPr>
          <w:rtl/>
        </w:rPr>
        <w:t>ג. קו הרוחב 0 נקרא קו המשווה.</w:t>
      </w:r>
    </w:p>
    <w:p>
      <w:pPr>
        <w:bidi/>
        <w:spacing w:before="0" w:after="40"/>
      </w:pPr>
      <w:r>
        <w:rPr>
          <w:rtl/>
        </w:rPr>
        <w:t>ד. הים התיכון מתחבר לאוקיינוס האטלנטי דרך מצר גיברלטר.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תצלום לוויין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ציור של כיווני הרוח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שושנת רוחות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תמונה שצולמה מן החלל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מפה נושאית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דיג של יותר מדי דגים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מקום שבו ספינות פורקות וטוענות סחורות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דיג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מפה שמציגה נושא אחד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באקלים ים-תיכוני הקיץ חם ויבש.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מפת שכונה היא מפה בקנה מידה קטן.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מפת שכונה היא מפה בקנה מידה גדול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ישראל נמצאת בחצי הכדור הצפוני ובחצי הכדור המזרחי.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מרוקו ותוניסיה נמצאות באירופה.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מרוקו ותוניסיה נמצאות באפריקה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המרחק האמיתי.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אמיתי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‪1:50,000‬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6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‪1:200,000‬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6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‪1:1,000,000‬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40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מיינו: מקור לפרנסה מן הים, או פגיעה של האדם 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פרנסה מן הים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פגיעה 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תיירות, סחר בנמלים, דיג לפי החוק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זיהום בפלסטיק, דיג יתר, ביוב שזורם 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נושא אחד שלמדתם השנה (מפות או הים התיכון), וכתבו בשלושה משפטים מה הדבר החשוב ביותר שלמדתם עליו ולמה.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אישית: שלושה משפטים עם מושג גאוגרפי נכון והסבר, למשל: «למדתי שהים התיכון הוא ים כמעט סגור, ולכן זיהום נשאר בו זמן רב. זה חשוב כי…».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3B6E"/>
        <w:left w:val="single" w:sz="18" w:space="22" w:color="1D3B6E"/>
        <w:bottom w:val="single" w:sz="18" w:space="22" w:color="1D3B6E"/>
        <w:right w:val="single" w:sz="18" w:space="22" w:color="1D3B6E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