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3461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א': הבנת טקסט מידע (40 נק')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ירקות מהמדבר</w:t>
      </w:r>
    </w:p>
    <w:p>
      <w:pPr>
        <w:bidi/>
        <w:spacing w:before="0" w:after="80"/>
      </w:pPr>
      <w:r>
        <w:rPr>
          <w:rtl/>
        </w:rPr>
        <w:t>הערבה היא רצועה ארוכה ונמוכה שמשתרעת מדרום לים המלח ועד אילת. היא חלק מהשבר הסורי־אפריקני, והאקלים בה מדברי: בקיץ חם מאוד, ובכל השנה יורד מעט מאוד גשם. נדמה שזה המקום האחרון שבו אפשר לגדל ירקות.</w:t>
      </w:r>
    </w:p>
    <w:p>
      <w:pPr>
        <w:bidi/>
        <w:spacing w:before="0" w:after="80"/>
      </w:pPr>
      <w:r>
        <w:rPr>
          <w:rtl/>
        </w:rPr>
        <w:t>ובכל זאת, ביישובי הערבה מגדלים פלפלים, עגבניות, מלונים, פרחים ותמרים. הסוד הוא שילוב של אקלים וטכנולוגיה. בחורף, כשבאירופה קר, בערבה חם ונעים, ולכן הירקות גדלים מהר ונשלחים לחו"ל.</w:t>
      </w:r>
    </w:p>
    <w:p>
      <w:pPr>
        <w:bidi/>
        <w:spacing w:before="0" w:after="80"/>
      </w:pPr>
      <w:r>
        <w:rPr>
          <w:rtl/>
        </w:rPr>
        <w:t>את המים שואבים בעיקר ממי תהום, ולעיתים הם מעט מלוחים. כדי שלא יתבזבזו, משקים בטפטוף: צינור דק מביא כל טיפה ישר לשורשי הצמח. החממות מגינות על הצמחים מפני רוח וחול. חקלאים מארצות רבות מגיעים לערבה כדי ללמוד את השיטות האלה.</w:t>
      </w:r>
    </w:p>
    <w:p>
      <w:pPr>
        <w:bidi/>
        <w:spacing w:before="0" w:after="80"/>
      </w:pPr>
      <w:r>
        <w:rPr>
          <w:rtl/>
        </w:rPr>
        <w:t>בערבה גרים מעט אנשים, והיישובים הקטנים רחוקים זה מזה. רוב התושבים עובדים בחקלאות, ובשנים האחרונות גם בתיירות: מטיילים באים ליהנות מהנוף המדברי ומהשקט.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</w:pPr>
      <w:r>
        <w:rPr>
          <w:rtl/>
        </w:rPr>
        <w:t>א. היכן נמצאת הערבה?</w:t>
      </w:r>
    </w:p>
    <w:p>
      <w:pPr>
        <w:bidi/>
        <w:spacing w:before="0" w:after="80"/>
      </w:pPr>
      <w:r>
        <w:rPr>
          <w:rtl/>
        </w:rPr>
        <w:t xml:space="preserve">   ○ בין הכנרת לים המלח      ○ מדרום לים המלח ועד אילת      ○ לאורך הים התיכון      ○ בגליל העליון</w:t>
      </w:r>
    </w:p>
    <w:p>
      <w:pPr>
        <w:bidi/>
        <w:spacing w:before="0" w:after="20"/>
      </w:pPr>
      <w:r>
        <w:rPr>
          <w:rtl/>
        </w:rPr>
        <w:t>ב. מאיזה מקור שואבים את רוב המים בערבה?</w:t>
      </w:r>
    </w:p>
    <w:p>
      <w:pPr>
        <w:bidi/>
        <w:spacing w:before="0" w:after="80"/>
      </w:pPr>
      <w:r>
        <w:rPr>
          <w:rtl/>
        </w:rPr>
        <w:t xml:space="preserve">   ○ מהכנרת      ○ ממי תהום      ○ מהים התיכון      ○ ממי גשמים</w:t>
      </w:r>
    </w:p>
    <w:p>
      <w:pPr>
        <w:bidi/>
        <w:spacing w:before="0" w:after="20"/>
      </w:pPr>
      <w:r>
        <w:rPr>
          <w:rtl/>
        </w:rPr>
        <w:t>ג. מה תפקיד החממות לפי הטקסט?</w:t>
      </w:r>
    </w:p>
    <w:p>
      <w:pPr>
        <w:bidi/>
        <w:spacing w:before="0" w:after="80"/>
      </w:pPr>
      <w:r>
        <w:rPr>
          <w:rtl/>
        </w:rPr>
        <w:t xml:space="preserve">   ○ לחמם את המים      ○ להגן על הצמחים מפני רוח וחול      ○ לייצר חשמל      ○ לשמור על הקור</w:t>
      </w:r>
    </w:p>
    <w:p>
      <w:pPr>
        <w:bidi/>
        <w:spacing w:before="0" w:after="20"/>
      </w:pPr>
      <w:r>
        <w:rPr>
          <w:rtl/>
        </w:rPr>
        <w:t>ד. במה עובדים רוב תושבי הערבה?</w:t>
      </w:r>
    </w:p>
    <w:p>
      <w:pPr>
        <w:bidi/>
        <w:spacing w:before="0" w:after="80"/>
      </w:pPr>
      <w:r>
        <w:rPr>
          <w:rtl/>
        </w:rPr>
        <w:t xml:space="preserve">   ○ בהייטק      ○ בתעשייה      ○ בחקלאות      ○ במסחר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(6 נק')</w:t>
      </w:r>
    </w:p>
    <w:p>
      <w:pPr>
        <w:bidi/>
        <w:spacing w:before="0" w:after="60"/>
      </w:pPr>
      <w:r>
        <w:rPr>
          <w:rtl/>
        </w:rPr>
        <w:t>א. האקלים בערבה הוא אקלים __________.</w:t>
      </w:r>
    </w:p>
    <w:p>
      <w:pPr>
        <w:bidi/>
        <w:spacing w:before="0" w:after="60"/>
      </w:pPr>
      <w:r>
        <w:rPr>
          <w:rtl/>
        </w:rPr>
        <w:t>ב. הערבה היא חלק מהשבר ה__________.</w:t>
      </w:r>
    </w:p>
    <w:p>
      <w:pPr>
        <w:bidi/>
        <w:spacing w:before="0" w:after="60"/>
      </w:pPr>
      <w:r>
        <w:rPr>
          <w:rtl/>
        </w:rPr>
        <w:t>ג. בחורף שולחים את הירקות ל__________.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בערבה יורד הרבה גשם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המים בערבה הם לעיתים מעט מלוחים.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היישובים בערבה צפופים וקרובים זה לזה.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פרשנות: הטקסט אומר שהסוד הוא «שילוב של אקלים וטכנולוגיה». הסבירו את הביטוי, ותנו דוגמה אחת לאקלים ודוגמה אחת לטכנולוגיה מהטקסט.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הסקת מסקנות: מדוע לדעתכם התפתחה בערבה בשנים האחרונות גם תיירות? הסבירו בעזרת הטקסט ובעזרת מה שלמדתם.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 (8 נק')</w:t>
      </w:r>
    </w:p>
    <w:p>
      <w:pPr>
        <w:bidi/>
        <w:spacing w:before="0" w:after="80"/>
      </w:pPr>
      <w:r>
        <w:rPr>
          <w:color w:val="1A3461"/>
          <w:sz w:val="24"/>
          <w:szCs w:val="24"/>
          <w:rtl/>
        </w:rPr>
        <w:t>מחסן מילים: לבנון  |  הגליל  |  צל גשם  |  התפלה  |  השפלה</w:t>
      </w:r>
    </w:p>
    <w:p>
      <w:pPr>
        <w:bidi/>
        <w:spacing w:before="0" w:after="60"/>
      </w:pPr>
      <w:r>
        <w:rPr>
          <w:rtl/>
        </w:rPr>
        <w:t>א. המדינה שגובלת בישראל בצפון: __________.</w:t>
      </w:r>
    </w:p>
    <w:p>
      <w:pPr>
        <w:bidi/>
        <w:spacing w:before="0" w:after="60"/>
      </w:pPr>
      <w:r>
        <w:rPr>
          <w:rtl/>
        </w:rPr>
        <w:t>ב. הגבעות הנמוכות שבין מישור החוף להרי יהודה: __________.</w:t>
      </w:r>
    </w:p>
    <w:p>
      <w:pPr>
        <w:bidi/>
        <w:spacing w:before="0" w:after="60"/>
      </w:pPr>
      <w:r>
        <w:rPr>
          <w:rtl/>
        </w:rPr>
        <w:t>ג. אזור ממזרח להרים שכמעט אין בו גשם נקרא __________.</w:t>
      </w:r>
    </w:p>
    <w:p>
      <w:pPr>
        <w:bidi/>
        <w:spacing w:before="0" w:after="60"/>
      </w:pPr>
      <w:r>
        <w:rPr>
          <w:rtl/>
        </w:rPr>
        <w:t>ד. הוצאת המלח ממי ים נקראת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ביבשת אסיה.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גבול פוליטי עובר תמיד לאורך נהר או 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ירושלים שוכנת בהרי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רוב תושבי ישראל גרים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המקום לענף הכלכלה הבולט בו.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תיירות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הייטק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חקלאות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מרכז הארץ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תעשייה ונמל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מקורות המים. (7 נק')</w:t>
      </w:r>
    </w:p>
    <w:p>
      <w:pPr>
        <w:bidi/>
        <w:spacing w:before="0" w:after="80"/>
      </w:pPr>
      <w:r>
        <w:rPr>
          <w:color w:val="1A3461"/>
          <w:sz w:val="24"/>
          <w:szCs w:val="24"/>
          <w:rtl/>
        </w:rPr>
        <w:t>המילים: הכנרת  |  מתקן התפלה  |  מי תהום  |  מים מטוהרים  |  מעיין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טבעי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שהאדם יצר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</w:pPr>
      <w:r>
        <w:rPr>
          <w:rtl/>
        </w:rPr>
        <w:t>א. המקום הנמוך ביותר על פני היבשה:</w:t>
      </w:r>
    </w:p>
    <w:p>
      <w:pPr>
        <w:bidi/>
        <w:spacing w:before="0" w:after="80"/>
      </w:pPr>
      <w:r>
        <w:rPr>
          <w:rtl/>
        </w:rPr>
        <w:t xml:space="preserve">   ○ הכנרת      ○ ים המלח      ○ עמק יזרעאל</w:t>
      </w:r>
    </w:p>
    <w:p>
      <w:pPr>
        <w:bidi/>
        <w:spacing w:before="0" w:after="20"/>
      </w:pPr>
      <w:r>
        <w:rPr>
          <w:rtl/>
        </w:rPr>
        <w:t>ב. «תבחין» הוא:</w:t>
      </w:r>
    </w:p>
    <w:p>
      <w:pPr>
        <w:bidi/>
        <w:spacing w:before="0" w:after="80"/>
      </w:pPr>
      <w:r>
        <w:rPr>
          <w:rtl/>
        </w:rPr>
        <w:t xml:space="preserve">   ○ המאפיין שלפיו מחלקים לאזורים      ○ סוג של גבול      ○ שם של עמק</w:t>
      </w:r>
    </w:p>
    <w:p>
      <w:pPr>
        <w:bidi/>
        <w:spacing w:before="0" w:after="20"/>
      </w:pPr>
      <w:r>
        <w:rPr>
          <w:rtl/>
        </w:rPr>
        <w:t>ג. בקנה מידה ‪1:100,000‬, 4 ס"מ במפה הם:</w:t>
      </w:r>
    </w:p>
    <w:p>
      <w:pPr>
        <w:bidi/>
        <w:spacing w:before="0" w:after="80"/>
      </w:pPr>
      <w:r>
        <w:rPr>
          <w:rtl/>
        </w:rPr>
        <w:t xml:space="preserve">   ○ 400 מטר      ○ 4 ק"מ      ○ 40 ק"מ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סיבה ותוצאה: הסבירו מדוע בגליל יורד הרבה יותר גשם מאשר בנגב. כתבו שתי סיבות. (8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השוואה: השלימו את הטבלה.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תבחין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הנגב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צורת הנוף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אקלים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אוכלוסייה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שרטטו חתך פשוט של הנוף ממערב (משמאל) למזרח (מימין): הים התיכון, מישור החוף, השפלה, הרי יהודה וים המלח. כתבו את שם כל חלק. (5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כתבו פסקה (4 שורות): מדוע ירושלים היא עיר מיוחדת? כתבו על שני «כובעים» שלה לפחות. (6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