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מחוון למבחן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A3461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הבנת טקסט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גאוגרפית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2"/>
          <w:szCs w:val="32"/>
          <w:rtl/>
        </w:rPr>
        <w:t>חלק א': הבנת טקסט מידע (40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איתור מידע: בחרו את התשובה הנכונה. (8 נק')</w:t>
      </w:r>
    </w:p>
    <w:p>
      <w:pPr>
        <w:bidi/>
        <w:spacing w:before="0" w:after="20"/>
      </w:pPr>
      <w:r>
        <w:rPr>
          <w:rtl/>
        </w:rPr>
        <w:t>א. היכן נמצאת הערבה?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מדרום לים המלח ועד אילת</w:t>
      </w:r>
    </w:p>
    <w:p>
      <w:pPr>
        <w:bidi/>
        <w:spacing w:before="0" w:after="20"/>
      </w:pPr>
      <w:r>
        <w:rPr>
          <w:rtl/>
        </w:rPr>
        <w:t>ב. מאיזה מקור שואבים את רוב המים בערבה?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ממי תהום</w:t>
      </w:r>
    </w:p>
    <w:p>
      <w:pPr>
        <w:bidi/>
        <w:spacing w:before="0" w:after="20"/>
      </w:pPr>
      <w:r>
        <w:rPr>
          <w:rtl/>
        </w:rPr>
        <w:t>ג. מה תפקיד החממות לפי הטקסט?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להגן על הצמחים מפני רוח וחול</w:t>
      </w:r>
    </w:p>
    <w:p>
      <w:pPr>
        <w:bidi/>
        <w:spacing w:before="0" w:after="20"/>
      </w:pPr>
      <w:r>
        <w:rPr>
          <w:rtl/>
        </w:rPr>
        <w:t>ד. במה עובדים רוב תושבי הערבה?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בחקלאות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 לפי הטקסט. (6 נק')</w:t>
      </w:r>
    </w:p>
    <w:p>
      <w:pPr>
        <w:bidi/>
        <w:spacing w:before="0" w:after="40"/>
      </w:pPr>
      <w:r>
        <w:rPr>
          <w:rtl/>
        </w:rPr>
        <w:t>א. האקלים בערבה הוא אקלים מדברי.</w:t>
      </w:r>
    </w:p>
    <w:p>
      <w:pPr>
        <w:bidi/>
        <w:spacing w:before="0" w:after="40"/>
      </w:pPr>
      <w:r>
        <w:rPr>
          <w:rtl/>
        </w:rPr>
        <w:t>ב. הערבה היא חלק מהשבר הסורי־אפריקני.</w:t>
      </w:r>
    </w:p>
    <w:p>
      <w:pPr>
        <w:bidi/>
        <w:spacing w:before="0" w:after="40"/>
      </w:pPr>
      <w:r>
        <w:rPr>
          <w:rtl/>
        </w:rPr>
        <w:t>ג. בחורף שולחים את הירקות לחו"ל.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 לפי הטקסט? תקנו את המשפטים הלא נכונים.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בערבה יורד הרבה גשם בחורף.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בערבה יורד מעט מאוד גשם בכל השנה.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המים בערבה הם לעיתים מעט מלוחים.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היישובים בערבה צפופים וקרובים זה לזה.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היישובים רחוקים זה מזה, וגרים בה מעט אנשים.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פרשנות: הטקסט אומר שהסוד הוא «שילוב של אקלים וטכנולוגיה». הסבירו את הביטוי, ותנו דוגמה אחת לאקלים ודוגמה אחת לטכנולוגיה מהטקסט. (10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הסבר – ההצלחה נובעת גם מתנאי הטבע וגם מהמצאות של האדם (4). אקלים: בחורף חם ונעים בערבה, והירקות גדלים מהר (3). טכנולוגיה: השקיה בטפטוף או חממות (3).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הסקת מסקנות: מדוע לדעתכם התפתחה בערבה בשנים האחרונות גם תיירות? הסבירו בעזרת הטקסט ובעזרת מה שלמדתם. (10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נימוק מהטקסט או מהידע – נוף מדברי מיוחד ושקט, חורף חם ונעים, קרבה לאילת ולים המלח (5); הסבר שהתיירות נותנת לתושבים מקור פרנסה נוסף מלבד החקלאות (5).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 (8 נק')</w:t>
      </w:r>
    </w:p>
    <w:p>
      <w:pPr>
        <w:bidi/>
        <w:spacing w:before="0" w:after="40"/>
      </w:pPr>
      <w:r>
        <w:rPr>
          <w:rtl/>
        </w:rPr>
        <w:t>א. המדינה שגובלת בישראל בצפון: לבנון.</w:t>
      </w:r>
    </w:p>
    <w:p>
      <w:pPr>
        <w:bidi/>
        <w:spacing w:before="0" w:after="40"/>
      </w:pPr>
      <w:r>
        <w:rPr>
          <w:rtl/>
        </w:rPr>
        <w:t>ב. הגבעות הנמוכות שבין מישור החוף להרי יהודה: השפלה.</w:t>
      </w:r>
    </w:p>
    <w:p>
      <w:pPr>
        <w:bidi/>
        <w:spacing w:before="0" w:after="40"/>
      </w:pPr>
      <w:r>
        <w:rPr>
          <w:rtl/>
        </w:rPr>
        <w:t>ג. אזור ממזרח להרים שכמעט אין בו גשם נקרא צל גשם.</w:t>
      </w:r>
    </w:p>
    <w:p>
      <w:pPr>
        <w:bidi/>
        <w:spacing w:before="0" w:after="40"/>
      </w:pPr>
      <w:r>
        <w:rPr>
          <w:rtl/>
        </w:rPr>
        <w:t>ד. הוצאת המלח ממי ים נקראת התפלה.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המשפטים הלא נכונים.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ישראל נמצאת ביבשת אסיה.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גבול פוליטי עובר תמיד לאורך נהר או הר.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גבול פוליטי נקבע בהסכם בין מדינות ויכול להיות גם קו ישר.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ירושלים שוכנת בהרי יהודה.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רוב תושבי ישראל גרים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התושבים גרים במישור החוף.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המקום לענף הכלכלה הבולט בו.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מפרץ חיפה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תיירות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הייטק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עמק יזרעאל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חקלאות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מרכז הארץ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תעשייה ונמל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מקורות המים.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טבעי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שהאדם יצר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הכנרת, מי תהום, מעיין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מתקן התפלה, מים מטוהרים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את התשובה הנכונה. (6 נק')</w:t>
      </w:r>
    </w:p>
    <w:p>
      <w:pPr>
        <w:bidi/>
        <w:spacing w:before="0" w:after="20"/>
      </w:pPr>
      <w:r>
        <w:rPr>
          <w:rtl/>
        </w:rPr>
        <w:t>א. המקום הנמוך ביותר על פני היבשה: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ים המלח</w:t>
      </w:r>
    </w:p>
    <w:p>
      <w:pPr>
        <w:bidi/>
        <w:spacing w:before="0" w:after="20"/>
      </w:pPr>
      <w:r>
        <w:rPr>
          <w:rtl/>
        </w:rPr>
        <w:t>ב. «תבחין» הוא: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המאפיין שלפיו מחלקים לאזורים</w:t>
      </w:r>
    </w:p>
    <w:p>
      <w:pPr>
        <w:bidi/>
        <w:spacing w:before="0" w:after="20"/>
      </w:pPr>
      <w:r>
        <w:rPr>
          <w:rtl/>
        </w:rPr>
        <w:t>ג. בקנה מידה ‪1:100,000‬, 4 ס"מ במפה הם: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4 ק"מ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2"/>
          <w:szCs w:val="32"/>
          <w:rtl/>
        </w:rPr>
        <w:t>חלק ג': חשיבה גאוגרפית והבעה בכתב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סיבה ותוצאה: הסבירו מדוע בגליל יורד הרבה יותר גשם מאשר בנגב. כתבו שתי סיבות.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הגליל נמצא בצפון, וכמות הגשם קטנה מצפון לדרום (4); הגליל הררי, והעננים שבאים מהים עולים על ההרים, מתקררים ומורידים גשם (4).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השוואה: השלימו את הטבלה.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תבחין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מישור החוף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הנגב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צורת הנוף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מישור לאורך הים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מדבר: רמות, מכתשים וערבות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אקלים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ים־תיכוני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מדברי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אוכלוסייה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צפופה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דלילה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שרטטו חתך פשוט של הנוף ממערב (משמאל) למזרח (מימין): הים התיכון, מישור החוף, השפלה, הרי יהודה וים המלח. כתבו את שם כל חלק. (5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סדר נכון של חמשת החלקים (3); הרי יהודה הגבוהים בחתך וים המלח נמוך מפני הים (2).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כתבו פסקה (4 שורות): מדוע ירושלים היא עיר מיוחדת? כתבו על שני «כובעים» שלה לפחות. (6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שני היבטים נכונים עם דוגמה לכל אחד – עיר בהרים (על קו פרשת המים, ממזרח לה מדבר), עיר קדושה לשלוש דתות (הכותל, כנסיית הקבר, אל־אקצא), עיר בירה (הכנסת, בית המשפט העליון) ‪(2+2)‬; פסקה מסודרת ולשון תקינה (2).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3B6E"/>
        <w:left w:val="single" w:sz="18" w:space="22" w:color="1D3B6E"/>
        <w:bottom w:val="single" w:sz="18" w:space="22" w:color="1D3B6E"/>
        <w:right w:val="single" w:sz="18" w:space="22" w:color="1D3B6E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