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ו'   |   מחוון – דף עבודה</w:t>
      </w:r>
    </w:p>
    <w:p>
      <w:pPr>
        <w:bidi/>
        <w:spacing w:before="0" w:after="120"/>
      </w:pPr>
      <w:r>
        <w:rPr>
          <w:rFonts w:ascii="Aharoni" w:hAnsi="Aharoni" w:cs="Aharoni"/>
          <w:b/>
          <w:bCs/>
          <w:color w:val="0F7A4F"/>
          <w:sz w:val="40"/>
          <w:szCs w:val="40"/>
          <w:rtl/>
        </w:rPr>
        <w:t>🔑 מחוון – ישראל במפת העולם והמזרח התיכון: גבולות, אזור ו«תבחין»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את המשפטים. היעזרו במחסן המילים.</w:t>
      </w:r>
    </w:p>
    <w:p>
      <w:pPr>
        <w:bidi/>
        <w:spacing w:before="0" w:after="40"/>
      </w:pPr>
      <w:r>
        <w:rPr>
          <w:rtl/>
        </w:rPr>
        <w:t>א. ישראל נמצאת ביבשת אסיה.</w:t>
      </w:r>
    </w:p>
    <w:p>
      <w:pPr>
        <w:bidi/>
        <w:spacing w:before="0" w:after="40"/>
      </w:pPr>
      <w:r>
        <w:rPr>
          <w:rtl/>
        </w:rPr>
        <w:t>ב. במערב ישראל נמצא הים התיכון.</w:t>
      </w:r>
    </w:p>
    <w:p>
      <w:pPr>
        <w:bidi/>
        <w:spacing w:before="0" w:after="40"/>
      </w:pPr>
      <w:r>
        <w:rPr>
          <w:rtl/>
        </w:rPr>
        <w:t>ג. בדרום ישראל נמצא מפרץ אילת.</w:t>
      </w:r>
    </w:p>
    <w:p>
      <w:pPr>
        <w:bidi/>
        <w:spacing w:before="0" w:after="40"/>
      </w:pPr>
      <w:r>
        <w:rPr>
          <w:rtl/>
        </w:rPr>
        <w:t>ד. ישראל שוכנת באזור שנקרא המזרח התיכון.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לכל כיוון את המדינה או הים שגובלים בישראל בכיוון זה.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d25035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d25035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צפון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לבנון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צפון־מזרח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סוריה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מזרח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הים התיכון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דרום־מערב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ירדן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מערב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מצרים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d25035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d25035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d25035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d25035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ישראל נמצאת ביבשת אפריקה.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ישראל נמצאת ביבשת אסיה.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ישראל נמצאת קרוב למפגש של שלוש יבשות.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מצרים גובלת בישראל בצפון.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מצרים גובלת בישראל בדרום־מערב.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לישראל יש חוף גם בים התיכון וגם במפרץ אילת.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מיינו: גבול טבעי או גבול פוליטי?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d25035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גבול טבעי</w:t>
            </w:r>
          </w:p>
        </w:tc>
        <w:tc>
          <w:tcPr>
            <w:tcW w:type="dxa" w:w="4989"/>
            <w:shd w:val="clear" w:color="auto" w:fill="d25035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גבול פוליטי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קו חוף של ים, נהר רחב, רכס הרים גבוה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קו ישר שסומן במדבר, קו שנקבע בהסכם שלום, גדר בין שתי מדינות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בחרו את התשובה הנכונה.</w:t>
      </w:r>
    </w:p>
    <w:p>
      <w:pPr>
        <w:bidi/>
        <w:spacing w:before="0" w:after="20"/>
      </w:pPr>
      <w:r>
        <w:rPr>
          <w:rtl/>
        </w:rPr>
        <w:t>א. «תבחין» הוא: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המאפיין שלפיו מחלקים שטח לאזורים</w:t>
      </w:r>
    </w:p>
    <w:p>
      <w:pPr>
        <w:bidi/>
        <w:spacing w:before="0" w:after="20"/>
      </w:pPr>
      <w:r>
        <w:rPr>
          <w:rtl/>
        </w:rPr>
        <w:t>ב. איזה מאלה יכול לשמש תבחין לחלוקה לאזורים?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כמות הגשם</w:t>
      </w:r>
    </w:p>
    <w:p>
      <w:pPr>
        <w:bidi/>
        <w:spacing w:before="0" w:after="20"/>
      </w:pPr>
      <w:r>
        <w:rPr>
          <w:rtl/>
        </w:rPr>
        <w:t>ג. אזור הוא: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שטח שיש בו מאפיין משותף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השלימו את הטבלה: מה המרחק במציאות?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d25035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קנה מידה</w:t>
            </w:r>
          </w:p>
        </w:tc>
        <w:tc>
          <w:tcPr>
            <w:tcW w:type="dxa" w:w="3326"/>
            <w:shd w:val="clear" w:color="auto" w:fill="d25035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מרחק במפה</w:t>
            </w:r>
          </w:p>
        </w:tc>
        <w:tc>
          <w:tcPr>
            <w:tcW w:type="dxa" w:w="3326"/>
            <w:shd w:val="clear" w:color="auto" w:fill="d25035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מרחק במציאות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‪1:100,000‬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1 ק"מ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‪1:100,000‬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5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5 ק"מ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‪1:50,000‬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1 ק"מ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‪1:1,000,000‬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30 ק"מ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לפניכם תיאורים של חלוקה לאזורים. כתבו ליד כל תיאור מהו התבחין.</w:t>
      </w:r>
    </w:p>
    <w:p>
      <w:pPr>
        <w:bidi/>
        <w:spacing w:before="0" w:after="100"/>
      </w:pPr>
      <w:r>
        <w:rPr>
          <w:rtl/>
        </w:rPr>
        <w:t>א. חילקו את הארץ לאזורים גשומים ולאזורים יבשים.  ← כמות הגשם</w:t>
      </w:r>
    </w:p>
    <w:p>
      <w:pPr>
        <w:bidi/>
        <w:spacing w:before="0" w:after="100"/>
      </w:pPr>
      <w:r>
        <w:rPr>
          <w:rtl/>
        </w:rPr>
        <w:t>ב. חילקו את הארץ לאזורי הר, מישור ובקע.  ← צורת הנוף</w:t>
      </w:r>
    </w:p>
    <w:p>
      <w:pPr>
        <w:bidi/>
        <w:spacing w:before="0" w:after="100"/>
      </w:pPr>
      <w:r>
        <w:rPr>
          <w:rtl/>
        </w:rPr>
        <w:t>ג. חילקו את הארץ לאזורים שיש בהם הרבה ערים ולאזורים שיש בהם מעט יישובים.  ← צפיפות היישובים (אוכלוסייה)</w:t>
      </w:r>
    </w:p>
    <w:p>
      <w:pPr>
        <w:bidi/>
        <w:spacing w:before="0" w:after="100"/>
      </w:pPr>
      <w:r>
        <w:rPr>
          <w:rtl/>
        </w:rPr>
        <w:t>ד. חילקו את הארץ לאזורים חמים ולאזורים קרירים.  ← הטמפרטורה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השלימו לפי הקטע «ארץ על פרשת דרכים».</w:t>
      </w:r>
    </w:p>
    <w:p>
      <w:pPr>
        <w:bidi/>
        <w:spacing w:before="0" w:after="40"/>
      </w:pPr>
      <w:r>
        <w:rPr>
          <w:rtl/>
        </w:rPr>
        <w:t>א. ישראל שוכנת בקצה המערבי של יבשת אסיה.</w:t>
      </w:r>
    </w:p>
    <w:p>
      <w:pPr>
        <w:bidi/>
        <w:spacing w:before="0" w:after="40"/>
      </w:pPr>
      <w:r>
        <w:rPr>
          <w:rtl/>
        </w:rPr>
        <w:t>ב. שיירות הסוחרים הובילו סחורות בין מצרים שבדרום לארצות שבצפון ובמזרח.</w:t>
      </w:r>
    </w:p>
    <w:p>
      <w:pPr>
        <w:bidi/>
        <w:spacing w:before="0" w:after="40"/>
      </w:pPr>
      <w:r>
        <w:rPr>
          <w:rtl/>
        </w:rPr>
        <w:t>ג. בזכות החוף על הים התיכון הייתה הארץ קשורה לארצות אירופה.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לפי הקטע, מדוע המיקום של ישראל חשוב גם היום? כתבו שתי סיבות.</w:t>
      </w:r>
    </w:p>
    <w:p>
      <w:pPr>
        <w:bidi/>
        <w:spacing w:before="0" w:after="80"/>
      </w:pPr>
      <w:r>
        <w:rPr>
          <w:color w:val="0F7A4F"/>
          <w:rtl/>
        </w:rPr>
        <w:t>תשובה אפשרית: דרך הנמלים בים התיכון ובמפרץ אילת אפשר לשלוח סחורות לארצות רבות; הארץ קרובה לשלוש יבשות ולכן קל לקשר בינה לבין אירופה, אפריקה ושאר אסיה.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הסבירו במילים שלכם את ההבדל בין גבול טבעי לגבול פוליטי, ותנו דוגמה לכל אחד.</w:t>
      </w:r>
    </w:p>
    <w:p>
      <w:pPr>
        <w:bidi/>
        <w:spacing w:before="0" w:after="80"/>
      </w:pPr>
      <w:r>
        <w:rPr>
          <w:color w:val="0F7A4F"/>
          <w:rtl/>
        </w:rPr>
        <w:t>תשובה אפשרית: גבול טבעי עובר לאורך תופעה בנוף, כמו נהר או חוף ים. גבול פוליטי הוא קו שמדינות קבעו ביניהן בהסכם, כמו קו ישר שסומן במדבר.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שרטטו מפה פשוטה: ריבוע במרכז הוא ישראל. סמנו חץ צפון, וכתבו בכל צד את שם השכנה או הים לפי הכיוון הנכון.</w:t>
      </w:r>
    </w:p>
    <w:p>
      <w:pPr>
        <w:bidi/>
        <w:spacing w:before="0" w:after="80"/>
      </w:pPr>
      <w:r>
        <w:rPr>
          <w:color w:val="0F7A4F"/>
          <w:rtl/>
        </w:rPr>
        <w:t>תשובה אפשרית: חץ צפון כלפי מעלה; לבנון למעלה, סוריה למעלה מימין, ירדן מימין (מזרח), מצרים למטה משמאל (דרום־מערב), הים התיכון משמאל (מערב), מפרץ אילת למטה.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הסבירו מדוע חשוב לבחור תבחין אחד בכל פעם כשמחלקים שטח לאזורים.</w:t>
      </w:r>
    </w:p>
    <w:p>
      <w:pPr>
        <w:bidi/>
        <w:spacing w:before="0" w:after="80"/>
      </w:pPr>
      <w:r>
        <w:rPr>
          <w:color w:val="0F7A4F"/>
          <w:rtl/>
        </w:rPr>
        <w:t>תשובה אפשרית: כי כל תבחין יוצר חלוקה אחרת. אם מערבבים כמה תבחינים, האזורים לא יהיו ברורים ואי אפשר יהיה להשוות ביניהם.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14. אתגר: יואב טוען: «ישראל קטנה, ולכן המיקום שלה לא חשוב». כתבו לו תשובה עם שני נימוקים.</w:t>
      </w:r>
    </w:p>
    <w:p>
      <w:pPr>
        <w:bidi/>
        <w:spacing w:before="0" w:after="80"/>
      </w:pPr>
      <w:r>
        <w:rPr>
          <w:color w:val="0F7A4F"/>
          <w:rtl/>
        </w:rPr>
        <w:t>תשובה אפשרית: המיקום חשוב: ישראל נמצאת קרוב למפגש של שלוש יבשות ולכן עברו בה דרכי מסחר; יש לה חופים בשני ימים ונמלים שמקשרים אותה לעולם.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EF5B3C"/>
        <w:left w:val="single" w:sz="18" w:space="22" w:color="EF5B3C"/>
        <w:bottom w:val="single" w:sz="18" w:space="22" w:color="EF5B3C"/>
        <w:right w:val="single" w:sz="18" w:space="22" w:color="EF5B3C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