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338D46"/>
          <w:sz w:val="44"/>
          <w:szCs w:val="44"/>
          <w:rtl/>
        </w:rPr>
        <w:t>אזורי הארץ הראשיים: הגליל, העמקים, מישור החוף, השפלה, הרי יהודה ושומרון, בקעת הירדן והנגב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38D46"/>
          <w:sz w:val="24"/>
          <w:szCs w:val="24"/>
          <w:rtl/>
        </w:rPr>
        <w:t>דף סיכום: אזורי הארץ הראשיים ומה מאפיין כל אחד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338D46"/>
          <w:sz w:val="28"/>
          <w:szCs w:val="28"/>
          <w:rtl/>
        </w:rPr>
        <w:t>◆ שלוש רצועות הנוף</w:t>
      </w:r>
    </w:p>
    <w:p>
      <w:pPr>
        <w:bidi/>
        <w:spacing w:before="0" w:after="40"/>
      </w:pPr>
      <w:r>
        <w:rPr>
          <w:rtl/>
        </w:rPr>
        <w:t>ממערב למזרח: מישור החוף ← (השפלה) ← ההר ← הבקע. התבחין כאן הוא צורת הנוף.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338D46"/>
          <w:sz w:val="28"/>
          <w:szCs w:val="28"/>
          <w:rtl/>
        </w:rPr>
        <w:t>◆ האזורים ומאפייניהם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צורת הנוף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למקום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הרים ועמקים קטנים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 מירון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העמקים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 שטוח ונמוך, אדמה פורייה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עמק יזרעאל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לאורך הים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בית 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הרי יהודה ושומרון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רכס הרים במרכז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 נמוך וחם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יריחו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מדבר: רמות, מכתשים וערבות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338D46"/>
          <w:sz w:val="28"/>
          <w:szCs w:val="28"/>
          <w:rtl/>
        </w:rPr>
        <w:t>◆ שיאים שכדאי לזכור</w:t>
      </w:r>
    </w:p>
    <w:p>
      <w:pPr>
        <w:bidi/>
        <w:spacing w:before="0" w:after="20"/>
      </w:pPr>
      <w:r>
        <w:rPr>
          <w:rtl/>
        </w:rPr>
        <w:t>1. ים המלח – המקום הנמוך ביותר על פני היבשה (כ-430 מ' מתחת לפני הים).</w:t>
      </w:r>
    </w:p>
    <w:p>
      <w:pPr>
        <w:bidi/>
        <w:spacing w:before="0" w:after="20"/>
      </w:pPr>
      <w:r>
        <w:rPr>
          <w:rtl/>
        </w:rPr>
        <w:t>2. הנגב – יותר ממחצית שטח המדינה.</w:t>
      </w:r>
    </w:p>
    <w:p>
      <w:pPr>
        <w:bidi/>
        <w:spacing w:before="0" w:after="20"/>
      </w:pPr>
      <w:r>
        <w:rPr>
          <w:rtl/>
        </w:rPr>
        <w:t>3. רמת הגולן – רמה של סלעי בזלת געשיים.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לזכור את סדר הרצועות, דמיינו טיול מתל אביב לים המלח: מישור ← גבעות ← הרים ← ירידה חדה אל הבקע.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נוסעים מאשדוד מזרחה לירושלים. האזורים לפי הסדר: ___.</w:t>
      </w:r>
    </w:p>
    <w:p>
      <w:pPr>
        <w:bidi/>
        <w:spacing w:before="0" w:after="20"/>
      </w:pPr>
      <w:r>
        <w:rPr>
          <w:rtl/>
        </w:rPr>
        <w:t>1. אשדוד שוכנת על חוף הים: מישור החוף.</w:t>
      </w:r>
    </w:p>
    <w:p>
      <w:pPr>
        <w:bidi/>
        <w:spacing w:before="0" w:after="20"/>
      </w:pPr>
      <w:r>
        <w:rPr>
          <w:rtl/>
        </w:rPr>
        <w:t>2. ממזרח לה גבעות נמוכות: השפלה.</w:t>
      </w:r>
    </w:p>
    <w:p>
      <w:pPr>
        <w:bidi/>
        <w:spacing w:before="0" w:after="20"/>
      </w:pPr>
      <w:r>
        <w:rPr>
          <w:rtl/>
        </w:rPr>
        <w:t>3. ירושלים יושבת בהרי יהודה.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מישור החוף, השפלה, הרי יהודה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338D46"/>
          <w:sz w:val="28"/>
          <w:szCs w:val="28"/>
          <w:rtl/>
        </w:rPr>
        <w:t>בודקים את עצמנו – השלימו את שם האזור. היעזרו בטבלה:</w:t>
      </w:r>
    </w:p>
    <w:p>
      <w:pPr>
        <w:bidi/>
        <w:spacing w:before="0" w:after="60"/>
      </w:pPr>
      <w:r>
        <w:rPr>
          <w:rtl/>
        </w:rPr>
        <w:t>א. העיר יריחו נמצאת באזור __________.</w:t>
      </w:r>
    </w:p>
    <w:p>
      <w:pPr>
        <w:bidi/>
        <w:spacing w:before="0" w:after="60"/>
      </w:pPr>
      <w:r>
        <w:rPr>
          <w:rtl/>
        </w:rPr>
        <w:t>ב. מכתש רמון נמצא ב__________.</w:t>
      </w:r>
    </w:p>
    <w:p>
      <w:pPr>
        <w:bidi/>
        <w:spacing w:before="0" w:after="60"/>
      </w:pPr>
      <w:r>
        <w:rPr>
          <w:rtl/>
        </w:rPr>
        <w:t>ג. עמק יזרעאל שייך לאזור ה__________.</w:t>
      </w:r>
    </w:p>
    <w:p>
      <w:pPr>
        <w:bidi/>
        <w:spacing w:before="0" w:after="60"/>
      </w:pPr>
      <w:r>
        <w:rPr>
          <w:rtl/>
        </w:rPr>
        <w:t>ד. גבעות נמוכות בין מישור החוף להרי יהודה: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בקעת הירדן · ב. נגב · ג. עמקים · ד. השפלה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