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945A27"/>
          <w:sz w:val="44"/>
          <w:szCs w:val="44"/>
          <w:rtl/>
        </w:rPr>
        <w:t>האקלים באזורי הארץ: גשם, טמפרטורה וההבדל בין צפון לדרום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80"/>
      </w:pPr>
      <w:r>
        <w:rPr>
          <w:color w:val="945A27"/>
          <w:sz w:val="24"/>
          <w:szCs w:val="24"/>
          <w:rtl/>
        </w:rPr>
        <w:t>מחסן מילים: מילימטרים  |  אין  |  תיכון  |  שלג  |  מעלות</w:t>
      </w:r>
    </w:p>
    <w:p>
      <w:pPr>
        <w:bidi/>
        <w:spacing w:before="0" w:after="60"/>
      </w:pPr>
      <w:r>
        <w:rPr>
          <w:rtl/>
        </w:rPr>
        <w:t>א. את כמות הגשם מודדים ב__________.</w:t>
      </w:r>
    </w:p>
    <w:p>
      <w:pPr>
        <w:bidi/>
        <w:spacing w:before="0" w:after="60"/>
      </w:pPr>
      <w:r>
        <w:rPr>
          <w:rtl/>
        </w:rPr>
        <w:t>ב. בקיץ, באקלים הים־תיכוני, כמעט __________ גשם.</w:t>
      </w:r>
    </w:p>
    <w:p>
      <w:pPr>
        <w:bidi/>
        <w:spacing w:before="0" w:after="60"/>
      </w:pPr>
      <w:r>
        <w:rPr>
          <w:rtl/>
        </w:rPr>
        <w:t>ג. העננים מגיעים לארץ מהים ה__________.</w:t>
      </w:r>
    </w:p>
    <w:p>
      <w:pPr>
        <w:bidi/>
        <w:spacing w:before="0" w:after="60"/>
      </w:pPr>
      <w:r>
        <w:rPr>
          <w:rtl/>
        </w:rPr>
        <w:t>ד. במקומות גבוהים יורד לפעמים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מזג אוויר או אקלים?</w:t>
      </w:r>
    </w:p>
    <w:p>
      <w:pPr>
        <w:bidi/>
        <w:spacing w:before="0" w:after="80"/>
      </w:pPr>
      <w:r>
        <w:rPr>
          <w:color w:val="945A27"/>
          <w:sz w:val="24"/>
          <w:szCs w:val="24"/>
          <w:rtl/>
        </w:rPr>
        <w:t>המילים: בקיץ בארץ כמעט אין גשם  |  בגליל החורף גשום בכל שנה  |  בנגב יורד מעט גשם  |  הבוקר ירד ברד  |  מחר צפוי שרב  |  השבוע היה קר מהרגיל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מזג אוויר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כמות הגשם בארץ גדלה מצפון לדרום.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בירושלים קריר יותר מבתל אביב בגלל הגובה.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במדרון המזרחי של הרי יהודה יורד הכי הרבה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באקלים ים־תיכוני החורף גשום והקיץ יבש.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אקלים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אזור ממזרח להרים שכמעט אין בו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מד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מכשיר למדידת כמות הגשם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ימים חמים ויבשים עם רוח מהמדבר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מזג האוויר הרגיל של מקום במשך שנים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אקלים מדברי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מעט מאוד גשם וחום רב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קראו את הטבלה (נתונים מעוגלים) וענו בטבלה השנייה מתחתיה. גשם בשנה: צפת כ-700 מ"מ · ירושלים כ-550 מ"מ · באר שבע כ-200 מ"מ · אילת פחות מ-50 מ"מ. השלימו: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איזה מקום הכי גשום?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איזה מקום הכי יבש?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באיזה מקום עובר בערך גבול המדבר?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מה קורה לגשם כשנוסעים דרומה?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בחרו.</w:t>
      </w:r>
    </w:p>
    <w:p>
      <w:pPr>
        <w:bidi/>
        <w:spacing w:before="0" w:after="20"/>
      </w:pPr>
      <w:r>
        <w:rPr>
          <w:rtl/>
        </w:rPr>
        <w:t>א. איזה מקום חם יותר בקיץ?</w:t>
      </w:r>
    </w:p>
    <w:p>
      <w:pPr>
        <w:bidi/>
        <w:spacing w:before="0" w:after="80"/>
      </w:pPr>
      <w:r>
        <w:rPr>
          <w:rtl/>
        </w:rPr>
        <w:t xml:space="preserve">   ○ צפת      ○ ים המלח      ○ ירושלים</w:t>
      </w:r>
    </w:p>
    <w:p>
      <w:pPr>
        <w:bidi/>
        <w:spacing w:before="0" w:after="20"/>
      </w:pPr>
      <w:r>
        <w:rPr>
          <w:rtl/>
        </w:rPr>
        <w:t>ב. למה ליד הים ההבדל בין חום היום לקור הלילה קטן?</w:t>
      </w:r>
    </w:p>
    <w:p>
      <w:pPr>
        <w:bidi/>
        <w:spacing w:before="0" w:after="80"/>
      </w:pPr>
      <w:r>
        <w:rPr>
          <w:rtl/>
        </w:rPr>
        <w:t xml:space="preserve">   ○ כי הים ממתן את הטמפרטורה      ○ כי ליד הים אין שמש      ○ כי ליד הים תמיד יורד גשם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945A27"/>
          <w:sz w:val="30"/>
          <w:szCs w:val="30"/>
          <w:rtl/>
        </w:rPr>
        <w:t>שני חברים, יום אחד בינואר</w:t>
      </w:r>
    </w:p>
    <w:p>
      <w:pPr>
        <w:bidi/>
        <w:spacing w:before="0" w:after="80"/>
      </w:pPr>
      <w:r>
        <w:rPr>
          <w:rtl/>
        </w:rPr>
        <w:t>בבוקר אחד בינואר שלח אחמד, שגר בכפר בגליל העליון, הודעה לחברו נועם מאילת: «כאן יורד גשם כבר מאתמול, והנחלים ליד הכפר זורמים בחוזקה. אמא אומרת שאולי ירד שלג על ההרים הגבוהים».</w:t>
      </w:r>
    </w:p>
    <w:p>
      <w:pPr>
        <w:bidi/>
        <w:spacing w:before="0" w:after="80"/>
      </w:pPr>
      <w:r>
        <w:rPr>
          <w:rtl/>
        </w:rPr>
        <w:t>נועם ענה: «אצלנו שמש! ירדתי לים עם אחי, והמים לא היו קרים מדי. אבל בלילה הקודם היה קר, והייתי צריך שמיכה עבה».</w:t>
      </w:r>
    </w:p>
    <w:p>
      <w:pPr>
        <w:bidi/>
        <w:spacing w:before="0" w:after="80"/>
      </w:pPr>
      <w:r>
        <w:rPr>
          <w:rtl/>
        </w:rPr>
        <w:t>אחמד צחק: «אז אצלי חורף ואצלך כמעט קיץ, באותה מדינה ובאותו יום!».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הקטע «שני חברים, יום אחד בינואר».</w:t>
      </w:r>
    </w:p>
    <w:p>
      <w:pPr>
        <w:bidi/>
        <w:spacing w:before="0" w:after="60"/>
      </w:pPr>
      <w:r>
        <w:rPr>
          <w:rtl/>
        </w:rPr>
        <w:t>א. אחמד גר באזור ה__________ העליון.</w:t>
      </w:r>
    </w:p>
    <w:p>
      <w:pPr>
        <w:bidi/>
        <w:spacing w:before="0" w:after="60"/>
      </w:pPr>
      <w:r>
        <w:rPr>
          <w:rtl/>
        </w:rPr>
        <w:t>ב. נועם גר בעיר __________.</w:t>
      </w:r>
    </w:p>
    <w:p>
      <w:pPr>
        <w:bidi/>
        <w:spacing w:before="0" w:after="60"/>
      </w:pPr>
      <w:r>
        <w:rPr>
          <w:rtl/>
        </w:rPr>
        <w:t>ג. בלילה באילת היה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מה שלמדתם, הסבירו מדוע ביום ההוא ירד גשם אצל אחמד והייתה שמש אצל נועם.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נועם כתב שבלילה היה קר אף שביום הייתה שמש. הסבירו את ההבדל הזה בין יום ללילה במדבר.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ציור של העננים שבאים מהים: ים במערב, הרים במרכז ובקע במזרח. סמנו בחץ את כיוון העננים, ואיפה יורד הרבה גשם ואיפה כמעט לא.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הסבירו מדוע בבקעת הירדן ובים המלח חם מאוד.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תמר טוענת: «כל המקומות בצפון גשומים יותר מכל המקומות בדרום». האם היא צודקת תמיד? הסבירו בעזרת דוגמה.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תארו את האקלים במקום שבו אתם גרים: איך הקיץ, איך החורף, וכמה גשם יורד בערך.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