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מחוון – דף עבודה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F7A4F"/>
          <w:sz w:val="40"/>
          <w:szCs w:val="40"/>
          <w:rtl/>
        </w:rPr>
        <w:t>🔑 מחוון – האקלים באזורי הארץ: גשם, טמפרטורה וההבדל בין צפון לדרום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40"/>
      </w:pPr>
      <w:r>
        <w:rPr>
          <w:rtl/>
        </w:rPr>
        <w:t>א. את כמות הגשם מודדים במילימטרים.</w:t>
      </w:r>
    </w:p>
    <w:p>
      <w:pPr>
        <w:bidi/>
        <w:spacing w:before="0" w:after="40"/>
      </w:pPr>
      <w:r>
        <w:rPr>
          <w:rtl/>
        </w:rPr>
        <w:t>ב. בקיץ, באקלים הים־תיכוני, כמעט אין גשם.</w:t>
      </w:r>
    </w:p>
    <w:p>
      <w:pPr>
        <w:bidi/>
        <w:spacing w:before="0" w:after="40"/>
      </w:pPr>
      <w:r>
        <w:rPr>
          <w:rtl/>
        </w:rPr>
        <w:t>ג. העננים מגיעים לארץ מהים התיכון.</w:t>
      </w:r>
    </w:p>
    <w:p>
      <w:pPr>
        <w:bidi/>
        <w:spacing w:before="0" w:after="40"/>
      </w:pPr>
      <w:r>
        <w:rPr>
          <w:rtl/>
        </w:rPr>
        <w:t>ד. במקומות גבוהים יורד לפעמים שלג.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מזג אוויר או אקלים?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מזג אוויר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מחר צפוי שרב, הבוקר ירד ברד, השבוע היה קר מהרגיל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בגליל החורף גשום בכל שנה, בנגב יורד מעט גשם, בקיץ בארץ כמעט אין גשם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כמות הגשם בארץ גדלה מצפון לדרום.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כמות הגשם קטנה מצפון לדרום.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בירושלים קריר יותר מבתל אביב בגלל הגובה.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במדרון המזרחי של הרי יהודה יורד הכי הרבה גשם.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במדרון המזרחי כמעט אין גשם – זהו צל גשם.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באקלים ים־תיכוני החורף גשום והקיץ יבש.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אקלים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אזור ממזרח להרים שכמעט אין בו 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מד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מכשיר למדידת כמות הגשם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צל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ימים חמים ויבשים עם רוח מהמדבר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שרב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מזג האוויר הרגיל של מקום במשך שנים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אקלים מדברי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מעט מאוד גשם וחום רב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קראו את הטבלה (נתונים מעוגלים) וענו בטבלה השנייה מתחתיה. גשם בשנה: צפת כ-700 מ"מ · ירושלים כ-550 מ"מ · באר שבע כ-200 מ"מ · אילת פחות מ-50 מ"מ. השלימו: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איזה מקום הכי גשום?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איזה מקום הכי יבש?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אילת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באיזה מקום עובר בערך גבול המדבר?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באר שבע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מה קורה לגשם כשנוסעים דרומה?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הוא פוחת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בחרו.</w:t>
      </w:r>
    </w:p>
    <w:p>
      <w:pPr>
        <w:bidi/>
        <w:spacing w:before="0" w:after="20"/>
      </w:pPr>
      <w:r>
        <w:rPr>
          <w:rtl/>
        </w:rPr>
        <w:t>א. איזה מקום חם יותר בקיץ?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ים המלח</w:t>
      </w:r>
    </w:p>
    <w:p>
      <w:pPr>
        <w:bidi/>
        <w:spacing w:before="0" w:after="20"/>
      </w:pPr>
      <w:r>
        <w:rPr>
          <w:rtl/>
        </w:rPr>
        <w:t>ב. למה ליד הים ההבדל בין חום היום לקור הלילה קטן?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כי הים ממתן את הטמפרטורה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השלימו לפי הקטע «שני חברים, יום אחד בינואר».</w:t>
      </w:r>
    </w:p>
    <w:p>
      <w:pPr>
        <w:bidi/>
        <w:spacing w:before="0" w:after="40"/>
      </w:pPr>
      <w:r>
        <w:rPr>
          <w:rtl/>
        </w:rPr>
        <w:t>א. אחמד גר באזור הגליל העליון.</w:t>
      </w:r>
    </w:p>
    <w:p>
      <w:pPr>
        <w:bidi/>
        <w:spacing w:before="0" w:after="40"/>
      </w:pPr>
      <w:r>
        <w:rPr>
          <w:rtl/>
        </w:rPr>
        <w:t>ב. נועם גר בעיר אילת.</w:t>
      </w:r>
    </w:p>
    <w:p>
      <w:pPr>
        <w:bidi/>
        <w:spacing w:before="0" w:after="40"/>
      </w:pPr>
      <w:r>
        <w:rPr>
          <w:rtl/>
        </w:rPr>
        <w:t>ג. בלילה באילת היה קר.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מה שלמדתם, הסבירו מדוע ביום ההוא ירד גשם אצל אחמד והייתה שמש אצל נועם.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אחמד גר בצפון, ושם יורד הרבה יותר גשם; הוא גר גם באזור הררי, שבו העננים עולים ומורידים גשם. אילת נמצאת בדרום, באזור מדברי עם מעט מאוד גשם.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נועם כתב שבלילה היה קר אף שביום הייתה שמש. הסבירו את ההבדל הזה בין יום ללילה במדבר.</w:t>
      </w:r>
    </w:p>
    <w:p>
      <w:pPr>
        <w:bidi/>
        <w:spacing w:before="0" w:after="80"/>
      </w:pPr>
      <w:r>
        <w:rPr>
          <w:color w:val="0F7A4F"/>
          <w:rtl/>
        </w:rPr>
        <w:t>תשובה אפשרית: במדבר האוויר יבש ויש מעט עננים, ולכן בלילה החום בורח מהר והטמפרטורה יורדת הרבה.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ציור של העננים שבאים מהים: ים במערב, הרים במרכז ובקע במזרח. סמנו בחץ את כיוון העננים, ואיפה יורד הרבה גשם ואיפה כמעט לא.</w:t>
      </w:r>
    </w:p>
    <w:p>
      <w:pPr>
        <w:bidi/>
        <w:spacing w:before="0" w:after="80"/>
      </w:pPr>
      <w:r>
        <w:rPr>
          <w:color w:val="0F7A4F"/>
          <w:rtl/>
        </w:rPr>
        <w:t>תשובה אפשרית: חץ ממערב למזרח; גשם רב על המדרון המערבי של ההרים; מעט גשם או בלי גשם במדרון המזרחי ובבקע (צל גשם).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הסבירו מדוע בבקעת הירדן ובים המלח חם מאוד.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הם נמוכים מאוד, מתחת לפני הים, וככל שהמקום נמוך יותר – חם יותר. הם גם בצל הגשם, באזור יבש.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תמר טוענת: «כל המקומות בצפון גשומים יותר מכל המקומות בדרום». האם היא צודקת תמיד? הסבירו בעזרת דוגמה.</w:t>
      </w:r>
    </w:p>
    <w:p>
      <w:pPr>
        <w:bidi/>
        <w:spacing w:before="0" w:after="80"/>
      </w:pPr>
      <w:r>
        <w:rPr>
          <w:color w:val="0F7A4F"/>
          <w:rtl/>
        </w:rPr>
        <w:t>תשובה אפשרית: לא תמיד. גם הגובה והמרחק מהים משפיעים. למשל, בקעת הירדן נמצאת צפונית לנגב, אבל בגלל צל הגשם יורד בה מעט גשם, פחות מאשר בירושלים שנמצאת דרומית יותר.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תארו את האקלים במקום שבו אתם גרים: איך הקיץ, איך החורף, וכמה גשם יורד בערך.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אישית: תיאור של קיץ וחורף ושל כמות הגשם (הרבה / בינונית / מעט) שמתאים לאזור.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A8662C"/>
        <w:left w:val="single" w:sz="18" w:space="22" w:color="A8662C"/>
        <w:bottom w:val="single" w:sz="18" w:space="22" w:color="A8662C"/>
        <w:right w:val="single" w:sz="18" w:space="22" w:color="A8662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