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D37910"/>
          <w:sz w:val="44"/>
          <w:szCs w:val="44"/>
          <w:rtl/>
        </w:rPr>
        <w:t>המים באזורי ישראל: מקורות, חלוקה ומשק המים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D37910"/>
          <w:sz w:val="24"/>
          <w:szCs w:val="24"/>
          <w:rtl/>
        </w:rPr>
        <w:t>דף סיכום: מקורות המים בישראל, חלוקתם והשמירה עליהם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6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D37910"/>
          <w:sz w:val="28"/>
          <w:szCs w:val="28"/>
          <w:rtl/>
        </w:rPr>
        <w:t>◆ מקורות המים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זה?</w:t>
            </w:r>
          </w:p>
        </w:tc>
        <w:tc>
          <w:tcPr>
            <w:tcW w:type="dxa" w:w="3326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היכן?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הכנרת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אגם מים מתוקים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צפון הבקע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 תהום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מים שנאגרו בין שכבות סלע מתחת לקרקע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מישור החוף ואזור ההר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התפלה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 ים שהוצא מהם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מתקנים לאורך החוף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מים מטוהרים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 ביוב אחרי טיהור, להשקיה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בכל הארץ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D37910"/>
          <w:sz w:val="28"/>
          <w:szCs w:val="28"/>
          <w:rtl/>
        </w:rPr>
        <w:t>◆ הבעיה והפתרון</w:t>
      </w:r>
    </w:p>
    <w:p>
      <w:pPr>
        <w:bidi/>
        <w:spacing w:before="0" w:after="20"/>
      </w:pPr>
      <w:r>
        <w:rPr>
          <w:rtl/>
        </w:rPr>
        <w:t>1. המים בצפון, הצרכנים במרכז ובדרום ← המוביל הארצי (1964).</w:t>
      </w:r>
    </w:p>
    <w:p>
      <w:pPr>
        <w:bidi/>
        <w:spacing w:before="0" w:after="20"/>
      </w:pPr>
      <w:r>
        <w:rPr>
          <w:rtl/>
        </w:rPr>
        <w:t>2. גשם מעט ושנים שחונות ← התפלה וחיסכון.</w:t>
      </w:r>
    </w:p>
    <w:p>
      <w:pPr>
        <w:bidi/>
        <w:spacing w:before="0" w:after="20"/>
      </w:pPr>
      <w:r>
        <w:rPr>
          <w:rtl/>
        </w:rPr>
        <w:t>3. מי ביוב ← טיהור והשקיה.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D37910"/>
          <w:sz w:val="28"/>
          <w:szCs w:val="28"/>
          <w:rtl/>
        </w:rPr>
        <w:t>◆ איך חוסכים?</w:t>
      </w:r>
    </w:p>
    <w:p>
      <w:pPr>
        <w:bidi/>
        <w:spacing w:before="0" w:after="20"/>
      </w:pPr>
      <w:r>
        <w:rPr>
          <w:rtl/>
        </w:rPr>
        <w:t>1. חקלאות: השקיה בטפטוף ומים מטוהרים.</w:t>
      </w:r>
    </w:p>
    <w:p>
      <w:pPr>
        <w:bidi/>
        <w:spacing w:before="0" w:after="20"/>
      </w:pPr>
      <w:r>
        <w:rPr>
          <w:rtl/>
        </w:rPr>
        <w:t>2. בבית: מקלחת קצרה, ברז סגור בצחצוח שיניים, תיקון נזילות.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כשמסבירים בעיה של מים, שואלים: איפה יש מים? איפה צריכים אותם? ואיך מעבירים או חוסכים?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מדוע הוקם המוביל הארצי? ___</w:t>
      </w:r>
    </w:p>
    <w:p>
      <w:pPr>
        <w:bidi/>
        <w:spacing w:before="0" w:after="20"/>
      </w:pPr>
      <w:r>
        <w:rPr>
          <w:rtl/>
        </w:rPr>
        <w:t>1. רוב המים הטבעיים נמצאים בצפון, ליד הכנרת.</w:t>
      </w:r>
    </w:p>
    <w:p>
      <w:pPr>
        <w:bidi/>
        <w:spacing w:before="0" w:after="20"/>
      </w:pPr>
      <w:r>
        <w:rPr>
          <w:rtl/>
        </w:rPr>
        <w:t>2. רוב התושבים במרכז, ושטחי חקלאות רבים בדרום היבש.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כדי להעביר מים מהצפון הגשום למרכז ולדרום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D37910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</w:pPr>
      <w:r>
        <w:rPr>
          <w:rtl/>
        </w:rPr>
        <w:t>א. מים שנאגרים בין שכבות סלע מתחת לקרקע נקראים מי __________.</w:t>
      </w:r>
    </w:p>
    <w:p>
      <w:pPr>
        <w:bidi/>
        <w:spacing w:before="0" w:after="60"/>
      </w:pPr>
      <w:r>
        <w:rPr>
          <w:rtl/>
        </w:rPr>
        <w:t>ב. מתקני ההתפלה נמצאים לאורך __________.</w:t>
      </w:r>
    </w:p>
    <w:p>
      <w:pPr>
        <w:bidi/>
        <w:spacing w:before="0" w:after="60"/>
      </w:pPr>
      <w:r>
        <w:rPr>
          <w:rtl/>
        </w:rPr>
        <w:t>ג. מי ביוב אחרי טיהור משמשים בעיקר ל__________ שדות.</w:t>
      </w:r>
    </w:p>
    <w:p>
      <w:pPr>
        <w:bidi/>
        <w:spacing w:before="0" w:after="60"/>
      </w:pPr>
      <w:r>
        <w:rPr>
          <w:rtl/>
        </w:rPr>
        <w:t>ד. נהר הירדן נוצר מחיבור של הדן, הבניאס ו__________.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תהום · ב. החוף · ג. השקיית · ד. החצבני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F08A12"/>
        <w:left w:val="single" w:sz="18" w:space="22" w:color="F08A12"/>
        <w:bottom w:val="single" w:sz="18" w:space="22" w:color="F08A12"/>
        <w:right w:val="single" w:sz="18" w:space="22" w:color="F08A12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