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ו'   |   מחוון – דף עבודה</w:t>
      </w:r>
    </w:p>
    <w:p>
      <w:pPr>
        <w:bidi/>
        <w:spacing w:before="0" w:after="120"/>
      </w:pPr>
      <w:r>
        <w:rPr>
          <w:rFonts w:ascii="Aharoni" w:hAnsi="Aharoni" w:cs="Aharoni"/>
          <w:b/>
          <w:bCs/>
          <w:color w:val="0F7A4F"/>
          <w:sz w:val="40"/>
          <w:szCs w:val="40"/>
          <w:rtl/>
        </w:rPr>
        <w:t>🔑 מחוון – המים באזורי ישראל: מקורות, חלוקה ומשק המים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השלימו. היעזרו במחסן המילים.</w:t>
      </w:r>
    </w:p>
    <w:p>
      <w:pPr>
        <w:bidi/>
        <w:spacing w:before="0" w:after="40"/>
      </w:pPr>
      <w:r>
        <w:rPr>
          <w:rtl/>
        </w:rPr>
        <w:t>א. הכנרת היא אגם של מים מתוקים.</w:t>
      </w:r>
    </w:p>
    <w:p>
      <w:pPr>
        <w:bidi/>
        <w:spacing w:before="0" w:after="40"/>
      </w:pPr>
      <w:r>
        <w:rPr>
          <w:rtl/>
        </w:rPr>
        <w:t>ב. מים שמחלחלים לאדמה ונאגרים מתחת לקרקע נקראים מי תהום.</w:t>
      </w:r>
    </w:p>
    <w:p>
      <w:pPr>
        <w:bidi/>
        <w:spacing w:before="0" w:after="40"/>
      </w:pPr>
      <w:r>
        <w:rPr>
          <w:rtl/>
        </w:rPr>
        <w:t>ג. באשקלון ובחדרה יש מתקני התפלה.</w:t>
      </w:r>
    </w:p>
    <w:p>
      <w:pPr>
        <w:bidi/>
        <w:spacing w:before="0" w:after="40"/>
      </w:pPr>
      <w:r>
        <w:rPr>
          <w:rtl/>
        </w:rPr>
        <w:t>ד. בשדות חוסכים מים בעזרת השקיה בטפטוף.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התאימו בין מקור המים לתיאור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d3791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d3791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הכנרת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מי ביוב שטוהרו להשקיה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מי תהום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הוצאת מלח ממי 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התפלה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אגם מים מתוקים בצפון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מים מטוהרים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[5] מקום שבו מים יוצאים מהאדמה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5. מעיין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מים שנאגרו בין שכבות סלע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מיינו: מקור מים טבעי או מקור מים שהאדם יצר?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d3791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מקור טבעי</w:t>
            </w:r>
          </w:p>
        </w:tc>
        <w:tc>
          <w:tcPr>
            <w:tcW w:type="dxa" w:w="4989"/>
            <w:shd w:val="clear" w:color="auto" w:fill="d3791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מקור שהאדם יצר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הכנרת, מי תהום, מעיין בגליל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מתקן התפלה, מים מטוהרים, מאגר מי שיטפונות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d3791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d3791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d3791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d3791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רוב הגשם בארץ יורד בדרום.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רוב הגשם יורד בצפון.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המוביל הארצי העביר מים מהכנרת דרומה.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שאיבת יתר של מי תהום עלולה לגרום להמלחתם.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מים מטוהרים משמשים בעיקר לשתייה.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מים מטוהרים משמשים בעיקר להשקיית שדות.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בחרו.</w:t>
      </w:r>
    </w:p>
    <w:p>
      <w:pPr>
        <w:bidi/>
        <w:spacing w:before="0" w:after="20"/>
      </w:pPr>
      <w:r>
        <w:rPr>
          <w:rtl/>
        </w:rPr>
        <w:t>א. מדוע מפלס ים המלח יורד?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כי רוב מי הירדן משמשים לפני שהם מגיעים אליו</w:t>
      </w:r>
    </w:p>
    <w:p>
      <w:pPr>
        <w:bidi/>
        <w:spacing w:before="0" w:after="20"/>
      </w:pPr>
      <w:r>
        <w:rPr>
          <w:rtl/>
        </w:rPr>
        <w:t>ב. אילו נחלים יוצרים יחד את נהר הירדן?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הדן, החצבני והבניאס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השלימו את הטבלה: בעיה ופתרון במשק המים.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d3791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בעיה</w:t>
            </w:r>
          </w:p>
        </w:tc>
        <w:tc>
          <w:tcPr>
            <w:tcW w:type="dxa" w:w="4989"/>
            <w:shd w:val="clear" w:color="auto" w:fill="d3791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פתרון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המים בצפון, ורוב התושבים במרכז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הובלת מים במוביל הארצי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אין מספיק מי גשמים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התפלת מי 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מי ביוב מזהמים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טיהור והשקיה בקולחין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הרבה מים מתאדים בהשקיה רגילה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השקיה בטפטוף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לפי הקטע «טיפה יוצאת לדרך»: השלימו את מסלול הטיפה.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d3791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שלב</w:t>
            </w:r>
          </w:p>
        </w:tc>
        <w:tc>
          <w:tcPr>
            <w:tcW w:type="dxa" w:w="4989"/>
            <w:shd w:val="clear" w:color="auto" w:fill="d3791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מה קורה לטיפה?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נופלת כגשם על הר בגליל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זורמת לכנרת או מחלחלת למי התהום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מועברת בצינורות ובתעלות דרומה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מגיעה לברז בעיר או לשדה בנגב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5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עוברת טיהור ומשמשת להשקיית עצי פרי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לפי הקטע, איך משתמשים באותה טיפה פעמיים? הסבירו מדוע זה חשוב בישראל.</w:t>
      </w:r>
    </w:p>
    <w:p>
      <w:pPr>
        <w:bidi/>
        <w:spacing w:before="0" w:after="80"/>
      </w:pPr>
      <w:r>
        <w:rPr>
          <w:color w:val="0F7A4F"/>
          <w:rtl/>
        </w:rPr>
        <w:t>תשובה אפשרית: אחרי השימוש בבית המים מטוהרים במתקן טיהור ומשמשים שוב להשקיה. זה חשוב כי בישראל יש מעט מים ויש צורך לחסוך.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שרטטו מפה פשוטה: סמנו את הכנרת בצפון, ציירו קו שיוצא ממנה דרומה (המוביל הארצי) ומגיע למרכז ולנגב. סמנו גם שני מתקני התפלה על החוף. הוסיפו מקרא.</w:t>
      </w:r>
    </w:p>
    <w:p>
      <w:pPr>
        <w:bidi/>
        <w:spacing w:before="0" w:after="80"/>
      </w:pPr>
      <w:r>
        <w:rPr>
          <w:color w:val="0F7A4F"/>
          <w:rtl/>
        </w:rPr>
        <w:t>תשובה אפשרית: הכנרת בצפון־מזרח; קו מוביל דרומה־מערבה אל המרכז והנגב; שני סמלים לאורך החוף המערבי (התפלה); מקרא.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הסבירו מדוע התפלת מי ים חשובה במיוחד בישראל.</w:t>
      </w:r>
    </w:p>
    <w:p>
      <w:pPr>
        <w:bidi/>
        <w:spacing w:before="0" w:after="80"/>
      </w:pPr>
      <w:r>
        <w:rPr>
          <w:color w:val="0F7A4F"/>
          <w:rtl/>
        </w:rPr>
        <w:t>תשובה אפשרית: בישראל יורד מעט גשם, ויש שנים שחונות. הים התיכון גדול ולא נגמר, ולכן ההתפלה נותנת מקור מים קבוע לשתייה.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כתבו שלוש דרכים לחסוך במים בבית ובבית הספר.</w:t>
      </w:r>
    </w:p>
    <w:p>
      <w:pPr>
        <w:bidi/>
        <w:spacing w:before="0" w:after="80"/>
      </w:pPr>
      <w:r>
        <w:rPr>
          <w:color w:val="0F7A4F"/>
          <w:rtl/>
        </w:rPr>
        <w:t>תשובה אפשרית: מקלחת קצרה; סגירת הברז בזמן צחצוח שיניים; דיווח ותיקון של ברז מטפטף; השקיית גינה בשעות הערב.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13. אתגר: עומר אומר: «עכשיו כשיש התפלה, כבר לא צריך לחסוך במים». כתבו לו תשובה עם שני נימוקים.</w:t>
      </w:r>
    </w:p>
    <w:p>
      <w:pPr>
        <w:bidi/>
        <w:spacing w:before="0" w:after="80"/>
      </w:pPr>
      <w:r>
        <w:rPr>
          <w:color w:val="0F7A4F"/>
          <w:rtl/>
        </w:rPr>
        <w:t>תשובה אפשרית: עדיין צריך לחסוך: ההתפלה צורכת הרבה אנרגיה ועולה כסף; בשנים שחונות מקורות המים הטבעיים נפגעים, ושאיבת יתר פוגעת במי התהום ובכנרת.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F08A12"/>
        <w:left w:val="single" w:sz="18" w:space="22" w:color="F08A12"/>
        <w:bottom w:val="single" w:sz="18" w:space="22" w:color="F08A12"/>
        <w:right w:val="single" w:sz="18" w:space="22" w:color="F08A12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