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C7466B"/>
          <w:sz w:val="44"/>
          <w:szCs w:val="44"/>
          <w:rtl/>
        </w:rPr>
        <w:t>אוכלוסייה, יישובים וענפי כלכלה באזורי הארץ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7466B"/>
          <w:sz w:val="24"/>
          <w:szCs w:val="24"/>
          <w:rtl/>
        </w:rPr>
        <w:t>דף סיכום: פיזור האוכלוסייה, סוגי היישובים וענפי הכלכלה באזורי הארץ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C7466B"/>
          <w:sz w:val="28"/>
          <w:szCs w:val="28"/>
          <w:rtl/>
        </w:rPr>
        <w:t>◆ צפוף ודליל</w:t>
      </w:r>
    </w:p>
    <w:p>
      <w:pPr>
        <w:bidi/>
        <w:spacing w:before="0" w:after="40"/>
      </w:pPr>
      <w:r>
        <w:rPr>
          <w:rtl/>
        </w:rPr>
        <w:t>רוב התושבים גרים במישור החוף, בעיקר במרכז – האוכלוסייה שם צפופה. בנגב ובערבה האוכלוסייה דלילה. במקומות שיש בהם מים, עבודה ודרכים גרים יותר אנשים.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C7466B"/>
          <w:sz w:val="28"/>
          <w:szCs w:val="28"/>
          <w:rtl/>
        </w:rPr>
        <w:t>◆ סוגי יישובים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</w:t>
            </w:r>
          </w:p>
        </w:tc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מיוחד בו?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יישוב גדול, הרבה עבודה ושירותים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יישוב שיתופי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לכל משפחה משק משלה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יישוב קהילתי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יישוב קטן שתושביו עובדים בעיקר מחוצה לו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C7466B"/>
          <w:sz w:val="28"/>
          <w:szCs w:val="28"/>
          <w:rtl/>
        </w:rPr>
        <w:t>◆ ענפי כלכלה לפי אזורים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</w:t>
            </w:r>
          </w:p>
        </w:tc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לאזור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חקלאות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עמק יזרעאל, הערבה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תעשייה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מפרץ חיפה, ים המלח (אשלג ומינרלים)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אילת, ירושלים, הכנרת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הייטק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מרכז הארץ, חיפה, באר שבע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כשמסבירים למה אנשים גרים באזור מסוים, בודקים: יש שם מים? עבודה? אקלים נוח? דרכים ותחבורה?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בערבה מגדלים ירקות בחורף, אף שהיא מדבר? ___</w:t>
      </w:r>
    </w:p>
    <w:p>
      <w:pPr>
        <w:bidi/>
        <w:spacing w:before="0" w:after="20"/>
      </w:pPr>
      <w:r>
        <w:rPr>
          <w:rtl/>
        </w:rPr>
        <w:t>1. בחורף בערבה חם ונעים, כשבצפון קר.</w:t>
      </w:r>
    </w:p>
    <w:p>
      <w:pPr>
        <w:bidi/>
        <w:spacing w:before="0" w:after="20"/>
      </w:pPr>
      <w:r>
        <w:rPr>
          <w:rtl/>
        </w:rPr>
        <w:t>2. בעזרת השקיה בטפטוף ובחממות אפשר לגדל ירקות גם עם מעט מים.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בחורף בערבה חם, והשקיה בטפטוף מאפשרת גידול עם מעט מים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C7466B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יישוב שבו לכל משפחה משק משלה: __________.</w:t>
      </w:r>
    </w:p>
    <w:p>
      <w:pPr>
        <w:bidi/>
        <w:spacing w:before="0" w:after="60"/>
      </w:pPr>
      <w:r>
        <w:rPr>
          <w:rtl/>
        </w:rPr>
        <w:t>ב. מפעלי האשלג נמצאים ליד ים __________.</w:t>
      </w:r>
    </w:p>
    <w:p>
      <w:pPr>
        <w:bidi/>
        <w:spacing w:before="0" w:after="60"/>
      </w:pPr>
      <w:r>
        <w:rPr>
          <w:rtl/>
        </w:rPr>
        <w:t>ג. הענף של מחשבים וטכנולוגיה נקרא __________.</w:t>
      </w:r>
    </w:p>
    <w:p>
      <w:pPr>
        <w:bidi/>
        <w:spacing w:before="0" w:after="60"/>
      </w:pPr>
      <w:r>
        <w:rPr>
          <w:rtl/>
        </w:rPr>
        <w:t>ד. באזור עם מעט תושבים בשטח גדול האוכלוסייה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מושב · ב. המלח · ג. הייטק · ד. דלילה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