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ו'   |   דף עבודה</w:t>
      </w:r>
    </w:p>
    <w:p>
      <w:pPr>
        <w:bidi/>
        <w:spacing w:before="0" w:after="200"/>
      </w:pPr>
      <w:r>
        <w:rPr>
          <w:rFonts w:ascii="Arial" w:hAnsi="Arial" w:cs="Arial"/>
          <w:sz w:val="22"/>
          <w:szCs w:val="22"/>
          <w:rtl/>
        </w:rPr>
        <w:t>שם פרטי: ______________   שם משפחה: ______________   כיתה: ______</w:t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C7466B"/>
          <w:sz w:val="44"/>
          <w:szCs w:val="44"/>
          <w:rtl/>
        </w:rPr>
        <w:t>אוכלוסייה, יישובים וענפי כלכלה באזורי הארץ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השלימו. היעזרו במחסן המילים.</w:t>
      </w:r>
    </w:p>
    <w:p>
      <w:pPr>
        <w:bidi/>
        <w:spacing w:before="0" w:after="80"/>
      </w:pPr>
      <w:r>
        <w:rPr>
          <w:color w:val="C7466B"/>
          <w:sz w:val="24"/>
          <w:szCs w:val="24"/>
          <w:rtl/>
        </w:rPr>
        <w:t>מחסן מילים: החוף  |  דלילה  |  כרמל  |  חקלאות  |  צפופה</w:t>
      </w:r>
    </w:p>
    <w:p>
      <w:pPr>
        <w:bidi/>
        <w:spacing w:before="0" w:after="60"/>
      </w:pPr>
      <w:r>
        <w:rPr>
          <w:rtl/>
        </w:rPr>
        <w:t>א. רוב תושבי ישראל גרים במישור __________.</w:t>
      </w:r>
    </w:p>
    <w:p>
      <w:pPr>
        <w:bidi/>
        <w:spacing w:before="0" w:after="60"/>
      </w:pPr>
      <w:r>
        <w:rPr>
          <w:rtl/>
        </w:rPr>
        <w:t>ב. בנגב האוכלוסייה __________.</w:t>
      </w:r>
    </w:p>
    <w:p>
      <w:pPr>
        <w:bidi/>
        <w:spacing w:before="0" w:after="60"/>
      </w:pPr>
      <w:r>
        <w:rPr>
          <w:rtl/>
        </w:rPr>
        <w:t>ג. כפרים דרוזיים נמצאים בגליל וב__________.</w:t>
      </w:r>
    </w:p>
    <w:p>
      <w:pPr>
        <w:bidi/>
        <w:spacing w:before="0" w:after="60"/>
      </w:pPr>
      <w:r>
        <w:rPr>
          <w:rtl/>
        </w:rPr>
        <w:t>ד. ענף שבו מגדלים צמחים ובעלי חיים: __________.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התאימו בין סוג היישוב להסבר.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7466b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c7466b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עיר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יישוב קטן שרוב תושביו עובדים מחוצה לו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קיבוץ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יישוב גדול עם הרבה עבודה ושירותים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מושב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לכל משפחה משק חקלאי משלה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יישוב קהילתי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יישוב שיתופי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מיינו את העבודות לפי ענפי הכלכלה.</w:t>
      </w:r>
    </w:p>
    <w:p>
      <w:pPr>
        <w:bidi/>
        <w:spacing w:before="0" w:after="80"/>
      </w:pPr>
      <w:r>
        <w:rPr>
          <w:color w:val="C7466B"/>
          <w:sz w:val="24"/>
          <w:szCs w:val="24"/>
          <w:rtl/>
        </w:rPr>
        <w:t>המילים: עובד בבית חרושת לרהיטים  |  רפתנית  |  קוטף תפוחים  |  מגדל תמרים  |  מורה  |  אחות  |  פועל במפעל מזון  |  מהנדס במפעל כימיקלים  |  מדריך טיולים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7466b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חקלאות</w:t>
            </w:r>
          </w:p>
        </w:tc>
        <w:tc>
          <w:tcPr>
            <w:tcW w:type="dxa" w:w="3326"/>
            <w:shd w:val="clear" w:color="auto" w:fill="c7466b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תעשייה</w:t>
            </w:r>
          </w:p>
        </w:tc>
        <w:tc>
          <w:tcPr>
            <w:tcW w:type="dxa" w:w="3326"/>
            <w:shd w:val="clear" w:color="auto" w:fill="c7466b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שירותים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נכון או לא נכון? תקנו את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c7466b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c7466b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c7466b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c7466b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האוכלוסייה בישראל מפוזרת באופן שווה בכל הארץ.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רהט היא עיר בדואית בנגב.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ההייטק מרוכז בעיקר במרכז הארץ.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ד. בערבה כמעט אין חקלאות.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בחרו.</w:t>
      </w:r>
    </w:p>
    <w:p>
      <w:pPr>
        <w:bidi/>
        <w:spacing w:before="0" w:after="20"/>
      </w:pPr>
      <w:r>
        <w:rPr>
          <w:rtl/>
        </w:rPr>
        <w:t>א. איזה אזור הוא דוגמה לאזור צפוף?</w:t>
      </w:r>
    </w:p>
    <w:p>
      <w:pPr>
        <w:bidi/>
        <w:spacing w:before="0" w:after="80"/>
      </w:pPr>
      <w:r>
        <w:rPr>
          <w:rtl/>
        </w:rPr>
        <w:t xml:space="preserve">   ○ גוש דן      ○ הערבה      ○ מכתש רמון</w:t>
      </w:r>
    </w:p>
    <w:p>
      <w:pPr>
        <w:bidi/>
        <w:spacing w:before="0" w:after="20"/>
      </w:pPr>
      <w:r>
        <w:rPr>
          <w:rtl/>
        </w:rPr>
        <w:t>ב. במה עוסקים בעיקר המפעלים שליד ים המלח?</w:t>
      </w:r>
    </w:p>
    <w:p>
      <w:pPr>
        <w:bidi/>
        <w:spacing w:before="0" w:after="80"/>
      </w:pPr>
      <w:r>
        <w:rPr>
          <w:rtl/>
        </w:rPr>
        <w:t xml:space="preserve">   ○ בהפקת מינרלים מהמים      ○ בגידול דגים      ○ בייצור מחשבים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השלימו את הטבלה: ענף כלכלה ומקום מתאים.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7466b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מקום</w:t>
            </w:r>
          </w:p>
        </w:tc>
        <w:tc>
          <w:tcPr>
            <w:tcW w:type="dxa" w:w="3326"/>
            <w:shd w:val="clear" w:color="auto" w:fill="c7466b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ענף כלכלה בולט</w:t>
            </w:r>
          </w:p>
        </w:tc>
        <w:tc>
          <w:tcPr>
            <w:tcW w:type="dxa" w:w="3326"/>
            <w:shd w:val="clear" w:color="auto" w:fill="c7466b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למה דווקא שם?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אילת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תיירות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עמק יזרעאל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אדמה פורייה ושטח שטוח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מפרץ חיפה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ים המלח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תעשייה ותיירות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20" w:after="40"/>
      </w:pPr>
      <w:r>
        <w:rPr>
          <w:rFonts w:ascii="Tahoma" w:hAnsi="Tahoma" w:cs="Tahoma"/>
          <w:b/>
          <w:bCs/>
          <w:color w:val="C7466B"/>
          <w:sz w:val="30"/>
          <w:szCs w:val="30"/>
          <w:rtl/>
        </w:rPr>
        <w:t>יום עבודה בשלושה אזורים</w:t>
      </w:r>
    </w:p>
    <w:p>
      <w:pPr>
        <w:bidi/>
        <w:spacing w:before="0" w:after="80"/>
      </w:pPr>
      <w:r>
        <w:rPr>
          <w:rtl/>
        </w:rPr>
        <w:t>בשעה שש בבוקר יוצא סאמר, רפתן בכפר בגליל, לחלוב את הפרות. הוא עובד באותו כפר שבו גר, וכמעט לא נוסע לעבודה.</w:t>
      </w:r>
    </w:p>
    <w:p>
      <w:pPr>
        <w:bidi/>
        <w:spacing w:before="0" w:after="80"/>
      </w:pPr>
      <w:r>
        <w:rPr>
          <w:rtl/>
        </w:rPr>
        <w:t>באותה שעה יושבת מיכל בפקק בכניסה לתל אביב. היא עובדת בחברת הייטק שבה מפתחים תוכנות. «כאן כולם נוסעים לעבודה באותו זמן», היא אומרת, «כי במרכז יש הכי הרבה מקומות עבודה».</w:t>
      </w:r>
    </w:p>
    <w:p>
      <w:pPr>
        <w:bidi/>
        <w:spacing w:before="0" w:after="80"/>
      </w:pPr>
      <w:r>
        <w:rPr>
          <w:rtl/>
        </w:rPr>
        <w:t>בערבה, יואב כבר בחממה. הוא מגדל פלפלים שנשלחים לחו"ל בחורף. «כאן חם ונעים כשבאירופה קר», הוא מסביר, «וכל טיפה של מים מגיעה לצמח בטפטפת».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8. לפי הקטע: השלימו.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7466b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שם</w:t>
            </w:r>
          </w:p>
        </w:tc>
        <w:tc>
          <w:tcPr>
            <w:tcW w:type="dxa" w:w="3326"/>
            <w:shd w:val="clear" w:color="auto" w:fill="c7466b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אזור</w:t>
            </w:r>
          </w:p>
        </w:tc>
        <w:tc>
          <w:tcPr>
            <w:tcW w:type="dxa" w:w="3326"/>
            <w:shd w:val="clear" w:color="auto" w:fill="c7466b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ענף כלכלה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סאמר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מיכל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יואב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הערבה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9. לפי הקטע, מדוע יש פקקים בכניסה לתל אביב בבוקר? הסבירו בעזרת המושג «צפוף».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10. לפי הקטע ולפי מה שלמדתם, הסבירו כיצד מצליחים לגדל ירקות בערבה, שהיא אזור מדברי.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11. שרטטו מפה פשוטה של הארץ וסמנו בה בנקודות: אזור צפוף (הרבה נקודות) ואזור דליל (מעט נקודות). הוסיפו מקרא.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12. הסבירו שתי סיבות לכך שרוב התושבים גרים במישור החוף.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13. אתגר: הציעו שתי דרכים לעודד משפחות לעבור לגור בנגב, והסבירו כל אחת.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14. כתבו על היישוב שלכם: מה סוג היישוב, ובמה עובדים בו רבים מהתושבים?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pgBorders w:offsetFrom="page">
        <w:top w:val="single" w:sz="18" w:space="22" w:color="E2507A"/>
        <w:left w:val="single" w:sz="18" w:space="22" w:color="E2507A"/>
        <w:bottom w:val="single" w:sz="18" w:space="22" w:color="E2507A"/>
        <w:right w:val="single" w:sz="18" w:space="22" w:color="E2507A"/>
      </w:pgBorders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FrankRuehl" w:hAnsi="FrankRuehl" w:cs="FrankRueh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