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ו'   |   מחוון – דף עבודה</w:t>
      </w:r>
    </w:p>
    <w:p>
      <w:pPr>
        <w:bidi/>
        <w:spacing w:before="0" w:after="120"/>
      </w:pPr>
      <w:r>
        <w:rPr>
          <w:rFonts w:ascii="Tahoma" w:hAnsi="Tahoma" w:cs="Tahoma"/>
          <w:b/>
          <w:bCs/>
          <w:color w:val="0F7A4F"/>
          <w:sz w:val="40"/>
          <w:szCs w:val="40"/>
          <w:rtl/>
        </w:rPr>
        <w:t>🔑 מחוון – אוכלוסייה, יישובים וענפי כלכלה באזורי הארץ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השלימו. היעזרו במחסן המילים.</w:t>
      </w:r>
    </w:p>
    <w:p>
      <w:pPr>
        <w:bidi/>
        <w:spacing w:before="0" w:after="40"/>
      </w:pPr>
      <w:r>
        <w:rPr>
          <w:rtl/>
        </w:rPr>
        <w:t>א. רוב תושבי ישראל גרים במישור החוף.</w:t>
      </w:r>
    </w:p>
    <w:p>
      <w:pPr>
        <w:bidi/>
        <w:spacing w:before="0" w:after="40"/>
      </w:pPr>
      <w:r>
        <w:rPr>
          <w:rtl/>
        </w:rPr>
        <w:t>ב. בנגב האוכלוסייה דלילה.</w:t>
      </w:r>
    </w:p>
    <w:p>
      <w:pPr>
        <w:bidi/>
        <w:spacing w:before="0" w:after="40"/>
      </w:pPr>
      <w:r>
        <w:rPr>
          <w:rtl/>
        </w:rPr>
        <w:t>ג. כפרים דרוזיים נמצאים בגליל ובכרמל.</w:t>
      </w:r>
    </w:p>
    <w:p>
      <w:pPr>
        <w:bidi/>
        <w:spacing w:before="0" w:after="40"/>
      </w:pPr>
      <w:r>
        <w:rPr>
          <w:rtl/>
        </w:rPr>
        <w:t>ד. ענף שבו מגדלים צמחים ובעלי חיים: חקלאות.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התאימו בין סוג היישוב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עיר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יישוב קטן שרוב תושביו עובדים מחוצה 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קיבוץ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יישוב גדול עם הרבה עבודה ושירותים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מושב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לכל משפחה משק חקלאי משלה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יישוב קהילתי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יישוב שיתופי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העבודות לפי ענפי הכלכלה.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חקלאות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תעשייה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שירותים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מגדל תמרים, רפתנית, קוטף תפוחים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פועל במפעל מזון, מהנדס במפעל כימיקלים, עובד בבית חרושת לרהיטים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מורה, אחות, מדריך טיולים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נכונים.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האוכלוסייה בישראל מפוזרת באופן שווה בכל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רוב התושבים גרים במישור החוף, ובנגב גרים מעט.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רהט היא עיר בדואית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ההייטק מרוכז בעיקר במרכז הארץ.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בערבה כמעט אין חקלאות.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בערבה יש חקלאות של ירקות, פרחים ותמרים בעזרת השקיה.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בחרו.</w:t>
      </w:r>
    </w:p>
    <w:p>
      <w:pPr>
        <w:bidi/>
        <w:spacing w:before="0" w:after="20"/>
      </w:pPr>
      <w:r>
        <w:rPr>
          <w:rtl/>
        </w:rPr>
        <w:t>א. איזה אזור הוא דוגמה לאזור צפוף?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גוש דן</w:t>
      </w:r>
    </w:p>
    <w:p>
      <w:pPr>
        <w:bidi/>
        <w:spacing w:before="0" w:after="20"/>
      </w:pPr>
      <w:r>
        <w:rPr>
          <w:rtl/>
        </w:rPr>
        <w:t>ב. במה עוסקים בעיקר המפעלים שליד ים המלח?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בהפקת מינרלים מהמים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השלימו את הטבלה: ענף כלכלה ומקום מתאים.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מקום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ענף כלכלה בולט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למה דווקא שם?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אילת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תיירות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חוף ים ושמש כל השנה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עמק יזרעאל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אדמה פורייה ושטח שטוח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מפרץ חיפה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תעשייה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נמל קרוב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ים המלח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תעשייה ותיירות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מינרלים במים ונוף מיוחד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לפי הקטע: השלימו.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שם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</w:t>
            </w:r>
          </w:p>
        </w:tc>
        <w:tc>
          <w:tcPr>
            <w:tcW w:type="dxa" w:w="3326"/>
            <w:shd w:val="clear" w:color="auto" w:fill="c7466b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ענף כלכלה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סאמר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הגליל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 (רפת)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מיכל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מרכז הארץ (תל אביב)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הייטק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יואב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הערבה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חקלאות (חממות)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9. לפי הקטע, מדוע יש פקקים בכניסה לתל אביב בבוקר? הסבירו בעזרת המושג «צפוף».</w:t>
      </w:r>
    </w:p>
    <w:p>
      <w:pPr>
        <w:bidi/>
        <w:spacing w:before="0" w:after="80"/>
      </w:pPr>
      <w:r>
        <w:rPr>
          <w:color w:val="0F7A4F"/>
          <w:rtl/>
        </w:rPr>
        <w:t>תשובה אפשרית: במרכז הארץ יש הכי הרבה מקומות עבודה, והאזור צפוף מאוד; אנשים רבים נוסעים אליו באותו זמן, ולכן נוצרים פקקים.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לפי הקטע ולפי מה שלמדתם, הסבירו כיצד מצליחים לגדל ירקות בערבה, שהיא אזור מדברי.</w:t>
      </w:r>
    </w:p>
    <w:p>
      <w:pPr>
        <w:bidi/>
        <w:spacing w:before="0" w:after="80"/>
      </w:pPr>
      <w:r>
        <w:rPr>
          <w:color w:val="0F7A4F"/>
          <w:rtl/>
        </w:rPr>
        <w:t>תשובה אפשרית: בחורף בערבה חם ונעים, ובעזרת חממות והשקיה בטפטוף, שמביאה כל טיפה לצמח, אפשר לגדל ירקות עם מעט מים.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שרטטו מפה פשוטה של הארץ וסמנו בה בנקודות: אזור צפוף (הרבה נקודות) ואזור דליל (מעט נקודות).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הרבה נקודות במישור החוף ובמרכז; מעט נקודות בנגב ובערבה; מקרא: נקודה = יישוב.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הסבירו שתי סיבות לכך שרוב התושבים גרים במישור החוף.</w:t>
      </w:r>
    </w:p>
    <w:p>
      <w:pPr>
        <w:bidi/>
        <w:spacing w:before="0" w:after="80"/>
      </w:pPr>
      <w:r>
        <w:rPr>
          <w:color w:val="0F7A4F"/>
          <w:rtl/>
        </w:rPr>
        <w:t>תשובה אפשרית: במישור החוף יש אקלים נוח ומספיק גשם, שטח שטוח שקל לבנות בו, ערי נמל ומקומות עבודה רבים, וכבישים ורכבות.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הציעו שתי דרכים לעודד משפחות לעבור לגור בנגב, והסבירו כל אחת.</w:t>
      </w:r>
    </w:p>
    <w:p>
      <w:pPr>
        <w:bidi/>
        <w:spacing w:before="0" w:after="80"/>
      </w:pPr>
      <w:r>
        <w:rPr>
          <w:color w:val="0F7A4F"/>
          <w:rtl/>
        </w:rPr>
        <w:t>תשובה אפשרית: למשל: להקים בנגב מקומות עבודה (פארקי הייטק ותעשייה) כדי שלא יצטרכו לנסוע רחוק; לשפר כבישים ורכבות כדי שהדרך למרכז תהיה קצרה; להוזיל דירות.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14. כתבו על היישוב שלכם: מה סוג היישוב, ובמה עובדים בו רבים מהתושבים?</w:t>
      </w:r>
    </w:p>
    <w:p>
      <w:pPr>
        <w:bidi/>
        <w:spacing w:before="0" w:after="80"/>
      </w:pPr>
      <w:r>
        <w:rPr>
          <w:color w:val="0F7A4F"/>
          <w:rtl/>
        </w:rPr>
        <w:t>תשובה אפשרית: תשובה אישית: סוג יישוב נכון (עיר, מושב, קיבוץ, כפר, יישוב קהילתי) ושני ענפי כלכלה.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E2507A"/>
        <w:left w:val="single" w:sz="18" w:space="22" w:color="E2507A"/>
        <w:bottom w:val="single" w:sz="18" w:space="22" w:color="E2507A"/>
        <w:right w:val="single" w:sz="18" w:space="22" w:color="E2507A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