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האזור שלי: מאפיינים פיזיים, אנושיים, כלכליים וסביבתיים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40"/>
      </w:pPr>
      <w:r>
        <w:rPr>
          <w:rtl/>
        </w:rPr>
        <w:t>א. השפלה שוכנת ממערב להרי יהודה.</w:t>
      </w:r>
    </w:p>
    <w:p>
      <w:pPr>
        <w:bidi/>
        <w:spacing w:before="0" w:after="40"/>
      </w:pPr>
      <w:r>
        <w:rPr>
          <w:rtl/>
        </w:rPr>
        <w:t>ב. הגבעות בשפלה נמוכות ומעוגלות.</w:t>
      </w:r>
    </w:p>
    <w:p>
      <w:pPr>
        <w:bidi/>
        <w:spacing w:before="0" w:after="40"/>
      </w:pPr>
      <w:r>
        <w:rPr>
          <w:rtl/>
        </w:rPr>
        <w:t>ג. במערות בית גוברין חצבו אנשים בסלע רך.</w:t>
      </w:r>
    </w:p>
    <w:p>
      <w:pPr>
        <w:bidi/>
        <w:spacing w:before="0" w:after="40"/>
      </w:pPr>
      <w:r>
        <w:rPr>
          <w:rtl/>
        </w:rPr>
        <w:t>ד. קריית גת ובית שמש הן ערים בשפלה.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 את המאפיינים של השפלה לפי סוגם.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פיזי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היסטורי</w:t>
            </w:r>
          </w:p>
        </w:tc>
        <w:tc>
          <w:tcPr>
            <w:tcW w:type="dxa" w:w="3326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כלכלי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גבעות נמוכות, עמקים רחבים, אקלים ים־תיכוני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לכיש, מערות בית גוברין, עמק האלה בסיפור דוד וגוליית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שדות חיטה, כרמים, מפעלים בקריית גת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השאלה לסוג המאפיין שהיא חוקרת.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איך נראה הנוף? כמה גשם יורד?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מאפיין אנושי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מה קרה כאן לפני אלפי שנים?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מאפיין היסטורי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מי גר כאן ובאילו יישובים?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היבט סביבתי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במה עובדים התושבים?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מאפיין כלכלי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מה מזיק לטבע באזור?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מאפיין פיזי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בשפלה יש הרים גבוהים ותלולים.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בשפלה יש גבעות נמוכות ומעוגלות.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השפלה נמצאת בין מישור החוף להרי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אפשר לחקור אזור רק לפי צורת הנוף שלו.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חוקרים גם אקלים, היסטוריה, אוכלוסייה, כלכלה וסביבה.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במיזוג מראים איך המאפיינים של האזור קשורים זה לזה.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מהבאים הוא היבט סביבתי?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בנייה של שכונה על שטח פתוח</w:t>
      </w:r>
    </w:p>
    <w:p>
      <w:pPr>
        <w:bidi/>
        <w:spacing w:before="0" w:after="20"/>
      </w:pPr>
      <w:r>
        <w:rPr>
          <w:rtl/>
        </w:rPr>
        <w:t>ב. מה הסדר הנכון בתחילת חקר אזור?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קודם מיקום וגבולות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כרטיס האזור של השפלה.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4989"/>
            <w:shd w:val="clear" w:color="auto" w:fill="2666b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תשובה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איפה?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בין מישור החוף להרי יהודה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איך הנוף?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גבעות נמוכות ועמקים רחבים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מה מהעבר?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תל לכיש, מערות בית גוברין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במה עובדים?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חקלאות, תעשייה ותיירות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הקטע: ליד כל משפט כתבו איזה מאפיין של השפלה הוא מתאר (פיזי / היסטורי / סביבתי / כלכלי).</w:t>
      </w:r>
    </w:p>
    <w:p>
      <w:pPr>
        <w:bidi/>
        <w:spacing w:before="0" w:after="100"/>
      </w:pPr>
      <w:r>
        <w:rPr>
          <w:rtl/>
        </w:rPr>
        <w:t>א. הסלע כאן רך ונוח לחציבה.  ← פיזי</w:t>
      </w:r>
    </w:p>
    <w:p>
      <w:pPr>
        <w:bidi/>
        <w:spacing w:before="0" w:after="100"/>
      </w:pPr>
      <w:r>
        <w:rPr>
          <w:rtl/>
        </w:rPr>
        <w:t>ב. את המערות חצבו אנשים לפני מאות רבות של שנים.  ← היסטורי</w:t>
      </w:r>
    </w:p>
    <w:p>
      <w:pPr>
        <w:bidi/>
        <w:spacing w:before="0" w:after="100"/>
      </w:pPr>
      <w:r>
        <w:rPr>
          <w:rtl/>
        </w:rPr>
        <w:t>ג. שכונה חדשה נבנית על גבעה.  ← סביבתי</w:t>
      </w:r>
    </w:p>
    <w:p>
      <w:pPr>
        <w:bidi/>
        <w:spacing w:before="0" w:after="100"/>
      </w:pPr>
      <w:r>
        <w:rPr>
          <w:rtl/>
        </w:rPr>
        <w:t>ד. רכבו בשבילים בין שדות חיטה.  ← כלכלי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איזו בעיה סביבתית העלתה נועה? הציעו פתרון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בנייה של שכונות על גבעות ושטחים פתוחים עלולה לפגוע בשבילים ובנוף. פתרון: לבנות בתוך היישובים הקיימים ולשמור על שטחים פתוחים כפארקים.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כתבו משפט מיזוג אחד מהקטע שמחבר בין מאפיין פיזי למאפיין היסטורי. השתמשו במילה «ולכן».</w:t>
      </w:r>
    </w:p>
    <w:p>
      <w:pPr>
        <w:bidi/>
        <w:spacing w:before="0" w:after="80"/>
      </w:pPr>
      <w:r>
        <w:rPr>
          <w:color w:val="0F7A4F"/>
          <w:rtl/>
        </w:rPr>
        <w:t>תשובה אפשרית: הסלע בשפלה רך, ולכן חצבו בו אנשים מערות כבר לפני מאות רבות של שנים.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מפה פשוטה של האזור שלכם: סמנו את היישוב שלכם, אזור טבעי אחד (גבעה, נחל, חוף), כביש ראשי ואתר אחד מהעבר. הוסיפו חץ צפון ומקרא.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מפה אישית עם ארבעת הפריטים, חץ צפון ומקרא.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שני מאפיינים פיזיים ושני מאפיינים אנושיים של האזור שבו אתם גרים.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אישית: למשל פיזיים – גבעות, אקלים ים־תיכוני; אנושיים – עיר גדולה, מושבים, קהילות שונות.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כתבו פסקת מיזוג (3–4 משפטים) על האזור שלכם, שמחברת לפחות שלושה מאפיינים במילים «ולכן», «בגלל» או «משום ש».</w:t>
      </w:r>
    </w:p>
    <w:p>
      <w:pPr>
        <w:bidi/>
        <w:spacing w:before="0" w:after="80"/>
      </w:pPr>
      <w:r>
        <w:rPr>
          <w:color w:val="0F7A4F"/>
          <w:rtl/>
        </w:rPr>
        <w:t>תשובה אפשרית: פסקה אישית שמקשרת בין שלושה מאפיינים לפחות, למשל: «בגלל הגשם והאדמה הפורייה התפתחה באזור חקלאות, ולכן הוקמו בו מושבים רבים».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B74D0"/>
        <w:left w:val="single" w:sz="18" w:space="22" w:color="2B74D0"/>
        <w:bottom w:val="single" w:sz="18" w:space="22" w:color="2B74D0"/>
        <w:right w:val="single" w:sz="18" w:space="22" w:color="2B74D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