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ירושלים בירת ישראל: מיקום, נוף, אוכלוסייה ומרכז לאומי ורוחני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ירושלים היא בירת ישראל.</w:t>
      </w:r>
    </w:p>
    <w:p>
      <w:pPr>
        <w:bidi/>
        <w:spacing w:before="0" w:after="40"/>
      </w:pPr>
      <w:r>
        <w:rPr>
          <w:rtl/>
        </w:rPr>
        <w:t>ב. ממזרח לירושלים נמצא מדבר יהודה.</w:t>
      </w:r>
    </w:p>
    <w:p>
      <w:pPr>
        <w:bidi/>
        <w:spacing w:before="0" w:after="40"/>
      </w:pPr>
      <w:r>
        <w:rPr>
          <w:rtl/>
        </w:rPr>
        <w:t>ג. הבתים בירושלים נבנים בחזית של אבן בהירה.</w:t>
      </w:r>
    </w:p>
    <w:p>
      <w:pPr>
        <w:bidi/>
        <w:spacing w:before="0" w:after="40"/>
      </w:pPr>
      <w:r>
        <w:rPr>
          <w:rtl/>
        </w:rPr>
        <w:t>ד. העיר העתיקה מוקפת חומה.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בירושלים לתפקידו.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הכנסת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מקום קדוש לנוצרים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בית המשפט העליון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בית המשפט הגבוה במדינה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יד ושם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מקום קדוש ליהודים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הכותל המערבי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מוסד להנצחת השואה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כנסיית הקבר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בית הנבחרים של המדינה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המקומות בירושלים.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מוסד שלטוני</w:t>
            </w:r>
          </w:p>
        </w:tc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קדוש</w:t>
            </w:r>
          </w:p>
        </w:tc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מוסד תרבות ומדע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הכנסת, משרדי הממשלה, בית הנשיא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הכותל המערבי, כנסיית הקבר, מסגד אל־אקצא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מוזיאון ישראל, האוניברסיטה העברית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ירושלים שוכנת במישור החוף.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שוכנת בהרי יהודה.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העיר העתיקה מחולקת לארבעה רבעים.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ירושלים קדושה רק לדת אחת.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קדושה ליהדות, לנצרות ולאסלאם.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ממזרח לירושלים יורד פחות גשם מאשר ממערב 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מהו קו פרשת המים?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קו שמפריד בין מים שזורמים לכיוונים שונים</w:t>
      </w:r>
    </w:p>
    <w:p>
      <w:pPr>
        <w:bidi/>
        <w:spacing w:before="0" w:after="20"/>
      </w:pPr>
      <w:r>
        <w:rPr>
          <w:rtl/>
        </w:rPr>
        <w:t>ב. לאן זורמים מי הגשם שיורדים ממזרח לירושלים?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לים המלח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הרבעים בעיר העתיקה.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רבע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 גרים בו בעיקר?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הרבע היהודי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יהודים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הרבע המוסלמי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ערבים מוסלמים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הרבע הנוצרי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נוצרים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הרבע הארמני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ארמנים (נוצרים)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ליד כל משפט כתבו איזה «כובע» של ירושלים הוא מראה (עיר בהרים / עיר קדושה / עיר בירה).</w:t>
      </w:r>
    </w:p>
    <w:p>
      <w:pPr>
        <w:bidi/>
        <w:spacing w:before="0" w:after="100"/>
      </w:pPr>
      <w:r>
        <w:rPr>
          <w:rtl/>
        </w:rPr>
        <w:t>א. מהחלון רואים גבעות מכוסות עצי אורן.  ← עיר בהרים</w:t>
      </w:r>
    </w:p>
    <w:p>
      <w:pPr>
        <w:bidi/>
        <w:spacing w:before="0" w:after="100"/>
      </w:pPr>
      <w:r>
        <w:rPr>
          <w:rtl/>
        </w:rPr>
        <w:t>ב. נשמעים פעמוני כנסייה וקריאה למסגד, וליד הכותל מתפללים.  ← עיר קדושה</w:t>
      </w:r>
    </w:p>
    <w:p>
      <w:pPr>
        <w:bidi/>
        <w:spacing w:before="0" w:after="100"/>
      </w:pPr>
      <w:r>
        <w:rPr>
          <w:rtl/>
        </w:rPr>
        <w:t>ג. פקידים נוסעים לעבודה במשרדי הממשלה.  ← עיר בירה</w:t>
      </w:r>
    </w:p>
    <w:p>
      <w:pPr>
        <w:bidi/>
        <w:spacing w:before="0" w:after="100"/>
      </w:pPr>
      <w:r>
        <w:rPr>
          <w:rtl/>
        </w:rPr>
        <w:t>ד. ממזרח לעיר רואים את מדבר יהודה.  ← עיר בהרים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 ולפי מה שלמדתם, הסבירו מדוע «כמה דקות נסיעה» מזרחה מביאות ל«נוף אחר לגמרי».</w:t>
      </w:r>
    </w:p>
    <w:p>
      <w:pPr>
        <w:bidi/>
        <w:spacing w:before="0" w:after="80"/>
      </w:pPr>
      <w:r>
        <w:rPr>
          <w:color w:val="0F7A4F"/>
          <w:rtl/>
        </w:rPr>
        <w:t>תשובה אפשרית: ירושלים נמצאת על קו פרשת המים. ממזרח לה נמצא צל הגשם, ושם כמעט אין גשם, ולכן יש מדבר. ממערב לעיר יורד יותר גשם ויש עצים.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תרשים פשוט של העיר העתיקה: ריבוע (החומה) שמחולק לארבעה חלקים. כתבו בכל חלק את שם הרבע, והוסיפו 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ריבוע מחולק לארבעה: הנוצרי בצפון־מערב, המוסלמי בצפון־מזרח, הארמני בדרום־מערב, היהודי בדרום־מזרח (בערך); חץ צפון.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ירושלים נקראת «מרכז לאומי». תנו שתי דוגמאות.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בה נמצאים מוסדות השלטון והמדינה, למשל הכנסת ובית המשפט העליון, וגם מוסדות לאומיים כמו יד ושם.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השוו בין העיר העתיקה לבין השכונות החדשות של ירושלים: דבר אחד דומה ושני דברים שונים.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דומה: בשתיהן בונים באבן בהירה. שונה: העיר העתיקה מוקפת חומה ומחולקת לרבעים, ויש בה מקומות קדושים ועתיקים; בשכונות החדשות יש כבישים רחבים, בניינים גבוהים ורכבת קלה.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אריאל אומר: «ירושלים היא עיר של כולם». כתבו שני נימוקים מהפרק שתומכים בדבריו.</w:t>
      </w:r>
    </w:p>
    <w:p>
      <w:pPr>
        <w:bidi/>
        <w:spacing w:before="0" w:after="80"/>
      </w:pPr>
      <w:r>
        <w:rPr>
          <w:color w:val="0F7A4F"/>
          <w:rtl/>
        </w:rPr>
        <w:t>תשובה אפשרית: העיר קדושה לשלוש דתות – יהדות, נצרות ואסלאם; גרות בה קהילות רבות ושונות; היא בירת המדינה, ומגיעים אליה תיירים ומבקרים מכל העולם.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