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3600000"/>
            <wp:docPr id="2" name="Picture 2"/>
            <wp:cNvGraphicFramePr>
              <a:graphicFrameLocks noChangeAspect="1"/>
            </wp:cNvGraphicFramePr>
            <a:graphic>
              <a:graphicData uri="http://schemas.openxmlformats.org/drawingml/2006/picture">
                <pic:pic>
                  <pic:nvPicPr>
                    <pic:cNvPr id="0" name="geo_g6.jpg"/>
                    <pic:cNvPicPr/>
                  </pic:nvPicPr>
                  <pic:blipFill>
                    <a:blip r:embed="rId11"/>
                    <a:stretch>
                      <a:fillRect/>
                    </a:stretch>
                  </pic:blipFill>
                  <pic:spPr>
                    <a:xfrm>
                      <a:off x="0" y="0"/>
                      <a:ext cx="3600000" cy="3600000"/>
                    </a:xfrm>
                    <a:prstGeom prst="rect"/>
                  </pic:spPr>
                </pic:pic>
              </a:graphicData>
            </a:graphic>
          </wp:inline>
        </w:drawing>
      </w:r>
    </w:p>
    <w:p>
      <w:pPr>
        <w:bidi/>
        <w:spacing w:before="240" w:after="80"/>
      </w:pPr>
      <w:r>
        <w:rPr>
          <w:rFonts w:ascii="Arial" w:hAnsi="Arial" w:cs="Arial"/>
          <w:color w:val="1A3461"/>
          <w:sz w:val="36"/>
          <w:szCs w:val="36"/>
          <w:rtl/>
        </w:rPr>
        <w:t>חוברת עבודה</w:t>
      </w:r>
    </w:p>
    <w:p>
      <w:pPr>
        <w:bidi/>
        <w:spacing w:before="0" w:after="80"/>
      </w:pPr>
      <w:r>
        <w:rPr>
          <w:rFonts w:ascii="Tahoma" w:hAnsi="Tahoma" w:cs="Tahoma"/>
          <w:b/>
          <w:bCs/>
          <w:color w:val="1A3461"/>
          <w:sz w:val="88"/>
          <w:szCs w:val="88"/>
          <w:rtl/>
        </w:rPr>
        <w:t>גאוגרפיה</w:t>
      </w:r>
    </w:p>
    <w:p>
      <w:pPr>
        <w:bidi/>
        <w:spacing w:before="0" w:after="80"/>
      </w:pPr>
      <w:r>
        <w:rPr>
          <w:sz w:val="44"/>
          <w:szCs w:val="44"/>
          <w:rtl/>
        </w:rPr>
        <w:t>כיתה ו'</w:t>
      </w:r>
    </w:p>
    <w:p>
      <w:pPr>
        <w:bidi/>
        <w:spacing w:before="0" w:after="80"/>
      </w:pPr>
      <w:r>
        <w:br w:type="page"/>
      </w:r>
    </w:p>
    <w:p>
      <w:pPr>
        <w:bidi/>
        <w:spacing w:before="0" w:after="120"/>
      </w:pPr>
      <w:r>
        <w:rPr>
          <w:rFonts w:ascii="Tahoma" w:hAnsi="Tahoma" w:cs="Tahoma"/>
          <w:b/>
          <w:bCs/>
          <w:color w:val="1A3461"/>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1a3461"/>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ישראל במפת העולם והמזרח התיכון: גבולות, אזור ו«תבחין»</w:t>
            </w:r>
          </w:p>
        </w:tc>
      </w:tr>
      <w:tr>
        <w:tc>
          <w:tcPr>
            <w:tcW w:type="dxa" w:w="9978"/>
          </w:tcPr>
          <w:p>
            <w:pPr>
              <w:bidi/>
              <w:spacing w:before="0" w:after="40"/>
            </w:pPr>
            <w:r>
              <w:rPr>
                <w:rtl/>
              </w:rPr>
              <w:t>פרק 2: אזורי הארץ הראשיים: הגליל, העמקים, מישור החוף, השפלה, הרי יהודה ושומרון, בקעת הירדן והנגב</w:t>
            </w:r>
          </w:p>
        </w:tc>
      </w:tr>
      <w:tr>
        <w:tc>
          <w:tcPr>
            <w:tcW w:type="dxa" w:w="9978"/>
          </w:tcPr>
          <w:p>
            <w:pPr>
              <w:bidi/>
              <w:spacing w:before="0" w:after="40"/>
            </w:pPr>
            <w:r>
              <w:rPr>
                <w:rtl/>
              </w:rPr>
              <w:t>פרק 3: האקלים באזורי הארץ: גשם, טמפרטורה וההבדל בין צפון לדרום</w:t>
            </w:r>
          </w:p>
        </w:tc>
      </w:tr>
      <w:tr>
        <w:tc>
          <w:tcPr>
            <w:tcW w:type="dxa" w:w="9978"/>
          </w:tcPr>
          <w:p>
            <w:pPr>
              <w:bidi/>
              <w:spacing w:before="0" w:after="40"/>
            </w:pPr>
            <w:r>
              <w:rPr>
                <w:rtl/>
              </w:rPr>
              <w:t>פרק 4: המים באזורי ישראל: מקורות, חלוקה ומשק המים</w:t>
            </w:r>
          </w:p>
        </w:tc>
      </w:tr>
      <w:tr>
        <w:tc>
          <w:tcPr>
            <w:tcW w:type="dxa" w:w="9978"/>
          </w:tcPr>
          <w:p>
            <w:pPr>
              <w:bidi/>
              <w:spacing w:before="0" w:after="40"/>
            </w:pPr>
            <w:r>
              <w:rPr>
                <w:rtl/>
              </w:rPr>
              <w:t>פרק 5: אוכלוסייה, יישובים וענפי כלכלה באזורי הארץ</w:t>
            </w:r>
          </w:p>
        </w:tc>
      </w:tr>
      <w:tr>
        <w:tc>
          <w:tcPr>
            <w:tcW w:type="dxa" w:w="9978"/>
          </w:tcPr>
          <w:p>
            <w:pPr>
              <w:bidi/>
              <w:spacing w:before="0" w:after="40"/>
            </w:pPr>
            <w:r>
              <w:rPr>
                <w:rtl/>
              </w:rPr>
              <w:t>פרק 6: האזור שלי: מאפיינים פיזיים, אנושיים, כלכליים וסביבתיים</w:t>
            </w:r>
          </w:p>
        </w:tc>
      </w:tr>
      <w:tr>
        <w:tc>
          <w:tcPr>
            <w:tcW w:type="dxa" w:w="9978"/>
          </w:tcPr>
          <w:p>
            <w:pPr>
              <w:bidi/>
              <w:spacing w:before="0" w:after="40"/>
            </w:pPr>
            <w:r>
              <w:rPr>
                <w:rtl/>
              </w:rPr>
              <w:t>פרק 7: ירושלים בירת ישראל: מיקום, נוף, אוכלוסייה ומרכז לאומי ורוחני</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Tahoma" w:hAnsi="Tahoma" w:cs="Tahoma"/>
          <w:b/>
          <w:bCs/>
          <w:color w:val="1A3461"/>
          <w:sz w:val="48"/>
          <w:szCs w:val="48"/>
          <w:rtl/>
        </w:rPr>
        <w:t>מבוא</w:t>
      </w:r>
    </w:p>
    <w:p>
      <w:pPr>
        <w:bidi/>
        <w:spacing w:before="0" w:after="120"/>
      </w:pPr>
      <w:r>
        <w:rPr>
          <w:rtl/>
        </w:rPr>
        <w:t>שלום לתלמידות ולתלמידי כיתה ו'!</w:t>
      </w:r>
    </w:p>
    <w:p>
      <w:pPr>
        <w:bidi/>
        <w:spacing w:before="0" w:after="120"/>
      </w:pPr>
      <w:r>
        <w:rPr>
          <w:rtl/>
        </w:rPr>
        <w:t>השנה נצא למסע ברחבי הארץ: נכיר את מקומה של ישראל במפת העולם, נעבור בין אזוריה – מהגליל ועד הנגב – ונלמד על האקלים, על המים, על התושבים ועל הפרנסה בכל אזור. נחקור גם את האזור שבו אתם גרים, ונסיים בירושלים, בירת ישראל.</w:t>
      </w:r>
    </w:p>
    <w:p>
      <w:pPr>
        <w:bidi/>
        <w:spacing w:before="0" w:after="120"/>
      </w:pPr>
      <w:r>
        <w:rPr>
          <w:rtl/>
        </w:rPr>
        <w:t>בכל פרק תמצאו הסבר קצר, דוגמאות, דף סיכום ותרגול רב. קראו, כתבו, שרטטו והשוו – ומפת הארץ תתחיל לדבר אליכם. בהצלחה!</w:t>
      </w:r>
    </w:p>
    <w:p>
      <w:pPr>
        <w:bidi/>
        <w:spacing w:before="0" w:after="80"/>
      </w:pPr>
      <w:r>
        <w:br w:type="page"/>
      </w:r>
    </w:p>
    <w:p>
      <w:pPr>
        <w:bidi/>
        <w:spacing w:before="0" w:after="120"/>
      </w:pPr>
      <w:r>
        <w:rPr>
          <w:rFonts w:ascii="Arial" w:hAnsi="Arial" w:cs="Arial"/>
          <w:color w:val="5B6476"/>
          <w:sz w:val="20"/>
          <w:szCs w:val="20"/>
          <w:rtl/>
        </w:rPr>
        <w:t>גאוגרפיה · כיתה ו'   |   פרק 1</w:t>
      </w:r>
    </w:p>
    <w:p>
      <w:pPr>
        <w:bidi/>
        <w:spacing w:before="0" w:after="120"/>
      </w:pPr>
      <w:r>
        <w:rPr>
          <w:rFonts w:ascii="Tahoma" w:hAnsi="Tahoma" w:cs="Tahoma"/>
          <w:b/>
          <w:bCs/>
          <w:color w:val="1A3461"/>
          <w:sz w:val="44"/>
          <w:szCs w:val="44"/>
          <w:rtl/>
        </w:rPr>
        <w:t>פרק 1: ישראל במפת העולם והמזרח התיכון: גבולות, אזור ו«תבחין»</w:t>
      </w:r>
    </w:p>
    <w:p>
      <w:pPr>
        <w:bidi/>
        <w:spacing w:before="0" w:after="80"/>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geo_g6_t01.jpg"/>
                    <pic:cNvPicPr/>
                  </pic:nvPicPr>
                  <pic:blipFill>
                    <a:blip r:embed="rId12"/>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איפה נמצאת ישראל?</w:t>
      </w:r>
    </w:p>
    <w:p>
      <w:pPr>
        <w:bidi/>
        <w:spacing w:before="0" w:after="20"/>
      </w:pPr>
      <w:r>
        <w:rPr>
          <w:rtl/>
        </w:rPr>
        <w:t>1. ביבשת אסיה, באזור המזרח התיכון.</w:t>
      </w:r>
    </w:p>
    <w:p>
      <w:pPr>
        <w:bidi/>
        <w:spacing w:before="0" w:after="20"/>
      </w:pPr>
      <w:r>
        <w:rPr>
          <w:rtl/>
        </w:rPr>
        <w:t>2. על החוף המזרחי של הים התיכון; בדרום – מפרץ אילת (ים סוף).</w:t>
      </w:r>
    </w:p>
    <w:p>
      <w:pPr>
        <w:bidi/>
        <w:spacing w:before="0" w:after="20"/>
      </w:pPr>
      <w:r>
        <w:rPr>
          <w:rtl/>
        </w:rPr>
        <w:t>3. קרוב למפגש של אסיה, אפריקה ואירופה.</w:t>
      </w:r>
    </w:p>
    <w:p>
      <w:pPr>
        <w:bidi/>
        <w:spacing w:before="120" w:after="40"/>
      </w:pPr>
      <w:r>
        <w:rPr>
          <w:rFonts w:ascii="Tahoma" w:hAnsi="Tahoma" w:cs="Tahoma"/>
          <w:b/>
          <w:bCs/>
          <w:color w:val="1A3461"/>
          <w:sz w:val="28"/>
          <w:szCs w:val="28"/>
          <w:rtl/>
        </w:rPr>
        <w:t>◆ השכנות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כיוון</w:t>
            </w:r>
          </w:p>
        </w:tc>
        <w:tc>
          <w:tcPr>
            <w:tcW w:type="dxa" w:w="4989"/>
            <w:shd w:val="clear" w:color="auto" w:fill="1a3461"/>
          </w:tcPr>
          <w:p>
            <w:pPr>
              <w:bidi/>
              <w:spacing w:before="0" w:after="40"/>
            </w:pPr>
            <w:r>
              <w:rPr>
                <w:b/>
                <w:bCs/>
                <w:color w:val="FFFFFF"/>
                <w:rtl/>
              </w:rPr>
              <w:t>מדינה או ים</w:t>
            </w:r>
          </w:p>
        </w:tc>
      </w:tr>
      <w:tr>
        <w:tc>
          <w:tcPr>
            <w:tcW w:type="dxa" w:w="4989"/>
          </w:tcPr>
          <w:p>
            <w:pPr>
              <w:bidi/>
              <w:spacing w:before="0" w:after="40"/>
            </w:pPr>
            <w:r>
              <w:rPr>
                <w:rtl/>
              </w:rPr>
              <w:t>צפון</w:t>
            </w:r>
          </w:p>
        </w:tc>
        <w:tc>
          <w:tcPr>
            <w:tcW w:type="dxa" w:w="4989"/>
          </w:tcPr>
          <w:p>
            <w:pPr>
              <w:bidi/>
              <w:spacing w:before="0" w:after="40"/>
            </w:pPr>
            <w:r>
              <w:rPr>
                <w:rtl/>
              </w:rPr>
              <w:t>לבנון</w:t>
            </w:r>
          </w:p>
        </w:tc>
      </w:tr>
      <w:tr>
        <w:tc>
          <w:tcPr>
            <w:tcW w:type="dxa" w:w="4989"/>
          </w:tcPr>
          <w:p>
            <w:pPr>
              <w:bidi/>
              <w:spacing w:before="0" w:after="40"/>
            </w:pPr>
            <w:r>
              <w:rPr>
                <w:rtl/>
              </w:rPr>
              <w:t>צפון־מזרח</w:t>
            </w:r>
          </w:p>
        </w:tc>
        <w:tc>
          <w:tcPr>
            <w:tcW w:type="dxa" w:w="4989"/>
          </w:tcPr>
          <w:p>
            <w:pPr>
              <w:bidi/>
              <w:spacing w:before="0" w:after="40"/>
            </w:pPr>
            <w:r>
              <w:rPr>
                <w:rtl/>
              </w:rPr>
              <w:t>סוריה</w:t>
            </w:r>
          </w:p>
        </w:tc>
      </w:tr>
      <w:tr>
        <w:tc>
          <w:tcPr>
            <w:tcW w:type="dxa" w:w="4989"/>
          </w:tcPr>
          <w:p>
            <w:pPr>
              <w:bidi/>
              <w:spacing w:before="0" w:after="40"/>
            </w:pPr>
            <w:r>
              <w:rPr>
                <w:rtl/>
              </w:rPr>
              <w:t>מזרח</w:t>
            </w:r>
          </w:p>
        </w:tc>
        <w:tc>
          <w:tcPr>
            <w:tcW w:type="dxa" w:w="4989"/>
          </w:tcPr>
          <w:p>
            <w:pPr>
              <w:bidi/>
              <w:spacing w:before="0" w:after="40"/>
            </w:pPr>
            <w:r>
              <w:rPr>
                <w:rtl/>
              </w:rPr>
              <w:t>ירדן</w:t>
            </w:r>
          </w:p>
        </w:tc>
      </w:tr>
      <w:tr>
        <w:tc>
          <w:tcPr>
            <w:tcW w:type="dxa" w:w="4989"/>
          </w:tcPr>
          <w:p>
            <w:pPr>
              <w:bidi/>
              <w:spacing w:before="0" w:after="40"/>
            </w:pPr>
            <w:r>
              <w:rPr>
                <w:rtl/>
              </w:rPr>
              <w:t>דרום־מערב</w:t>
            </w:r>
          </w:p>
        </w:tc>
        <w:tc>
          <w:tcPr>
            <w:tcW w:type="dxa" w:w="4989"/>
          </w:tcPr>
          <w:p>
            <w:pPr>
              <w:bidi/>
              <w:spacing w:before="0" w:after="40"/>
            </w:pPr>
            <w:r>
              <w:rPr>
                <w:rtl/>
              </w:rPr>
              <w:t>מצרים</w:t>
            </w:r>
          </w:p>
        </w:tc>
      </w:tr>
      <w:tr>
        <w:tc>
          <w:tcPr>
            <w:tcW w:type="dxa" w:w="4989"/>
          </w:tcPr>
          <w:p>
            <w:pPr>
              <w:bidi/>
              <w:spacing w:before="0" w:after="40"/>
            </w:pPr>
            <w:r>
              <w:rPr>
                <w:rtl/>
              </w:rPr>
              <w:t>מערב</w:t>
            </w:r>
          </w:p>
        </w:tc>
        <w:tc>
          <w:tcPr>
            <w:tcW w:type="dxa" w:w="4989"/>
          </w:tcPr>
          <w:p>
            <w:pPr>
              <w:bidi/>
              <w:spacing w:before="0" w:after="40"/>
            </w:pPr>
            <w:r>
              <w:rPr>
                <w:rtl/>
              </w:rPr>
              <w:t>הים התיכון</w:t>
            </w:r>
          </w:p>
        </w:tc>
      </w:tr>
    </w:tbl>
    <w:p>
      <w:pPr>
        <w:bidi/>
        <w:spacing w:before="0" w:after="40"/>
      </w:pPr>
    </w:p>
    <w:p>
      <w:pPr>
        <w:bidi/>
        <w:spacing w:before="120" w:after="40"/>
      </w:pPr>
      <w:r>
        <w:rPr>
          <w:rFonts w:ascii="Tahoma" w:hAnsi="Tahoma" w:cs="Tahoma"/>
          <w:b/>
          <w:bCs/>
          <w:color w:val="1A3461"/>
          <w:sz w:val="28"/>
          <w:szCs w:val="28"/>
          <w:rtl/>
        </w:rPr>
        <w:t>◆ סוגי גבולות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סוג</w:t>
            </w:r>
          </w:p>
        </w:tc>
        <w:tc>
          <w:tcPr>
            <w:tcW w:type="dxa" w:w="3326"/>
            <w:shd w:val="clear" w:color="auto" w:fill="1a3461"/>
          </w:tcPr>
          <w:p>
            <w:pPr>
              <w:bidi/>
              <w:spacing w:before="0" w:after="40"/>
            </w:pPr>
            <w:r>
              <w:rPr>
                <w:b/>
                <w:bCs/>
                <w:color w:val="FFFFFF"/>
                <w:rtl/>
              </w:rPr>
              <w:t>מה זה?</w:t>
            </w:r>
          </w:p>
        </w:tc>
        <w:tc>
          <w:tcPr>
            <w:tcW w:type="dxa" w:w="3326"/>
            <w:shd w:val="clear" w:color="auto" w:fill="1a3461"/>
          </w:tcPr>
          <w:p>
            <w:pPr>
              <w:bidi/>
              <w:spacing w:before="0" w:after="40"/>
            </w:pPr>
            <w:r>
              <w:rPr>
                <w:b/>
                <w:bCs/>
                <w:color w:val="FFFFFF"/>
                <w:rtl/>
              </w:rPr>
              <w:t>דוגמה</w:t>
            </w:r>
          </w:p>
        </w:tc>
      </w:tr>
      <w:tr>
        <w:tc>
          <w:tcPr>
            <w:tcW w:type="dxa" w:w="3326"/>
          </w:tcPr>
          <w:p>
            <w:pPr>
              <w:bidi/>
              <w:spacing w:before="0" w:after="40"/>
            </w:pPr>
            <w:r>
              <w:rPr>
                <w:rtl/>
              </w:rPr>
              <w:t>גבול טבעי</w:t>
            </w:r>
          </w:p>
        </w:tc>
        <w:tc>
          <w:tcPr>
            <w:tcW w:type="dxa" w:w="3326"/>
          </w:tcPr>
          <w:p>
            <w:pPr>
              <w:bidi/>
              <w:spacing w:before="0" w:after="40"/>
            </w:pPr>
            <w:r>
              <w:rPr>
                <w:rtl/>
              </w:rPr>
              <w:t>עובר לאורך תופעה בנוף</w:t>
            </w:r>
          </w:p>
        </w:tc>
        <w:tc>
          <w:tcPr>
            <w:tcW w:type="dxa" w:w="3326"/>
          </w:tcPr>
          <w:p>
            <w:pPr>
              <w:bidi/>
              <w:spacing w:before="0" w:after="40"/>
            </w:pPr>
            <w:r>
              <w:rPr>
                <w:rtl/>
              </w:rPr>
              <w:t>קו החוף, נהר</w:t>
            </w:r>
          </w:p>
        </w:tc>
      </w:tr>
      <w:tr>
        <w:tc>
          <w:tcPr>
            <w:tcW w:type="dxa" w:w="3326"/>
          </w:tcPr>
          <w:p>
            <w:pPr>
              <w:bidi/>
              <w:spacing w:before="0" w:after="40"/>
            </w:pPr>
            <w:r>
              <w:rPr>
                <w:rtl/>
              </w:rPr>
              <w:t>גבול פוליטי</w:t>
            </w:r>
          </w:p>
        </w:tc>
        <w:tc>
          <w:tcPr>
            <w:tcW w:type="dxa" w:w="3326"/>
          </w:tcPr>
          <w:p>
            <w:pPr>
              <w:bidi/>
              <w:spacing w:before="0" w:after="40"/>
            </w:pPr>
            <w:r>
              <w:rPr>
                <w:rtl/>
              </w:rPr>
              <w:t>קו שמדינות קבעו בהסכם</w:t>
            </w:r>
          </w:p>
        </w:tc>
        <w:tc>
          <w:tcPr>
            <w:tcW w:type="dxa" w:w="3326"/>
          </w:tcPr>
          <w:p>
            <w:pPr>
              <w:bidi/>
              <w:spacing w:before="0" w:after="40"/>
            </w:pPr>
            <w:r>
              <w:rPr>
                <w:rtl/>
              </w:rPr>
              <w:t>קו ישר במדבר</w:t>
            </w:r>
          </w:p>
        </w:tc>
      </w:tr>
      <w:tr>
        <w:tc>
          <w:tcPr>
            <w:tcW w:type="dxa" w:w="3326"/>
          </w:tcPr>
          <w:p>
            <w:pPr>
              <w:bidi/>
              <w:spacing w:before="0" w:after="40"/>
            </w:pPr>
            <w:r>
              <w:rPr>
                <w:rtl/>
              </w:rPr>
              <w:t>גבול בין אזורים</w:t>
            </w:r>
          </w:p>
        </w:tc>
        <w:tc>
          <w:tcPr>
            <w:tcW w:type="dxa" w:w="3326"/>
          </w:tcPr>
          <w:p>
            <w:pPr>
              <w:bidi/>
              <w:spacing w:before="0" w:after="40"/>
            </w:pPr>
            <w:r>
              <w:rPr>
                <w:rtl/>
              </w:rPr>
              <w:t>מפריד בין שני אזורים בתוך המדינה</w:t>
            </w:r>
          </w:p>
        </w:tc>
        <w:tc>
          <w:tcPr>
            <w:tcW w:type="dxa" w:w="3326"/>
          </w:tcPr>
          <w:p>
            <w:pPr>
              <w:bidi/>
              <w:spacing w:before="0" w:after="40"/>
            </w:pPr>
            <w:r>
              <w:rPr>
                <w:rtl/>
              </w:rPr>
              <w:t>בין השפלה להר</w:t>
            </w:r>
          </w:p>
        </w:tc>
      </w:tr>
    </w:tbl>
    <w:p>
      <w:pPr>
        <w:bidi/>
        <w:spacing w:before="0" w:after="40"/>
      </w:pPr>
    </w:p>
    <w:p>
      <w:pPr>
        <w:bidi/>
        <w:spacing w:before="120" w:after="40"/>
      </w:pPr>
      <w:r>
        <w:rPr>
          <w:rFonts w:ascii="Tahoma" w:hAnsi="Tahoma" w:cs="Tahoma"/>
          <w:b/>
          <w:bCs/>
          <w:color w:val="1A3461"/>
          <w:sz w:val="28"/>
          <w:szCs w:val="28"/>
          <w:rtl/>
        </w:rPr>
        <w:t>◆ אזור, תבחין וקנה מידה</w:t>
      </w:r>
    </w:p>
    <w:p>
      <w:pPr>
        <w:bidi/>
        <w:spacing w:before="0" w:after="40"/>
      </w:pPr>
      <w:r>
        <w:rPr>
          <w:rtl/>
        </w:rPr>
        <w:t>אזור הוא שטח עם מאפיין משותף, ותבחין הוא המאפיין שלפיו מחלקים לאזורים. קנה מידה ‪1:100,000‬ פירושו: 1 ס"מ במפה = 100,000 ס"מ = 1 ק"מ במציאות.</w:t>
      </w:r>
    </w:p>
    <w:p>
      <w:pPr>
        <w:bidi/>
        <w:spacing w:before="160" w:after="60"/>
      </w:pPr>
      <w:r>
        <w:rPr>
          <w:b/>
          <w:bCs/>
          <w:sz w:val="26"/>
          <w:szCs w:val="26"/>
          <w:rtl/>
        </w:rPr>
        <w:t>1. השלימו את כיווני הרוח.</w:t>
      </w:r>
    </w:p>
    <w:p>
      <w:pPr>
        <w:bidi/>
        <w:spacing w:before="0" w:after="80"/>
      </w:pPr>
      <w:r>
        <w:rPr>
          <w:color w:val="1A3461"/>
          <w:sz w:val="24"/>
          <w:szCs w:val="24"/>
          <w:rtl/>
        </w:rPr>
        <w:t>מחסן מילים: מערב  |  ראש  |  צפון־מזרח  |  דרום־מערב</w:t>
      </w:r>
    </w:p>
    <w:p>
      <w:pPr>
        <w:bidi/>
        <w:spacing w:before="0" w:after="60"/>
      </w:pPr>
      <w:r>
        <w:rPr>
          <w:rtl/>
        </w:rPr>
        <w:t>א. השמש זורחת במזרח ושוקעת ב__________.</w:t>
      </w:r>
    </w:p>
    <w:p>
      <w:pPr>
        <w:bidi/>
        <w:spacing w:before="0" w:after="60"/>
      </w:pPr>
      <w:r>
        <w:rPr>
          <w:rtl/>
        </w:rPr>
        <w:t>ב. במפה, הצפון נמצא בדרך כלל ב__________ הדף.</w:t>
      </w:r>
    </w:p>
    <w:p>
      <w:pPr>
        <w:bidi/>
        <w:spacing w:before="0" w:after="60"/>
      </w:pPr>
      <w:r>
        <w:rPr>
          <w:rtl/>
        </w:rPr>
        <w:t>ג. הכיוון שבין צפון למזרח נקרא __________.</w:t>
      </w:r>
    </w:p>
    <w:p>
      <w:pPr>
        <w:bidi/>
        <w:spacing w:before="0" w:after="60"/>
      </w:pPr>
      <w:r>
        <w:rPr>
          <w:rtl/>
        </w:rPr>
        <w:t>ד. הכיוון שבין דרום למערב נקרא 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גבול טבעי</w:t>
            </w:r>
          </w:p>
        </w:tc>
        <w:tc>
          <w:tcPr>
            <w:tcW w:type="dxa" w:w="4989"/>
          </w:tcPr>
          <w:p>
            <w:pPr>
              <w:bidi/>
              <w:spacing w:before="0" w:after="40"/>
            </w:pPr>
            <w:r>
              <w:rPr>
                <w:rtl/>
              </w:rPr>
              <w:t>[   ] המאפיין שלפיו מחלקים לאזורים</w:t>
            </w:r>
          </w:p>
        </w:tc>
      </w:tr>
      <w:tr>
        <w:tc>
          <w:tcPr>
            <w:tcW w:type="dxa" w:w="4989"/>
          </w:tcPr>
          <w:p>
            <w:pPr>
              <w:bidi/>
              <w:spacing w:before="0" w:after="40"/>
            </w:pPr>
            <w:r>
              <w:rPr>
                <w:rtl/>
              </w:rPr>
              <w:t>2. גבול פוליטי</w:t>
            </w:r>
          </w:p>
        </w:tc>
        <w:tc>
          <w:tcPr>
            <w:tcW w:type="dxa" w:w="4989"/>
          </w:tcPr>
          <w:p>
            <w:pPr>
              <w:bidi/>
              <w:spacing w:before="0" w:after="40"/>
            </w:pPr>
            <w:r>
              <w:rPr>
                <w:rtl/>
              </w:rPr>
              <w:t>[   ] שטח עם מאפיין משותף</w:t>
            </w:r>
          </w:p>
        </w:tc>
      </w:tr>
      <w:tr>
        <w:tc>
          <w:tcPr>
            <w:tcW w:type="dxa" w:w="4989"/>
          </w:tcPr>
          <w:p>
            <w:pPr>
              <w:bidi/>
              <w:spacing w:before="0" w:after="40"/>
            </w:pPr>
            <w:r>
              <w:rPr>
                <w:rtl/>
              </w:rPr>
              <w:t>3. אזור</w:t>
            </w:r>
          </w:p>
        </w:tc>
        <w:tc>
          <w:tcPr>
            <w:tcW w:type="dxa" w:w="4989"/>
          </w:tcPr>
          <w:p>
            <w:pPr>
              <w:bidi/>
              <w:spacing w:before="0" w:after="40"/>
            </w:pPr>
            <w:r>
              <w:rPr>
                <w:rtl/>
              </w:rPr>
              <w:t>[   ] היחס בין המרחק במפה למרחק במציאות</w:t>
            </w:r>
          </w:p>
        </w:tc>
      </w:tr>
      <w:tr>
        <w:tc>
          <w:tcPr>
            <w:tcW w:type="dxa" w:w="4989"/>
          </w:tcPr>
          <w:p>
            <w:pPr>
              <w:bidi/>
              <w:spacing w:before="0" w:after="40"/>
            </w:pPr>
            <w:r>
              <w:rPr>
                <w:rtl/>
              </w:rPr>
              <w:t>4. תבחין</w:t>
            </w:r>
          </w:p>
        </w:tc>
        <w:tc>
          <w:tcPr>
            <w:tcW w:type="dxa" w:w="4989"/>
          </w:tcPr>
          <w:p>
            <w:pPr>
              <w:bidi/>
              <w:spacing w:before="0" w:after="40"/>
            </w:pPr>
            <w:r>
              <w:rPr>
                <w:rtl/>
              </w:rPr>
              <w:t>[   ] קו שנקבע בין מדינות</w:t>
            </w:r>
          </w:p>
        </w:tc>
      </w:tr>
      <w:tr>
        <w:tc>
          <w:tcPr>
            <w:tcW w:type="dxa" w:w="4989"/>
          </w:tcPr>
          <w:p>
            <w:pPr>
              <w:bidi/>
              <w:spacing w:before="0" w:after="40"/>
            </w:pPr>
            <w:r>
              <w:rPr>
                <w:rtl/>
              </w:rPr>
              <w:t>5. קנה מידה</w:t>
            </w:r>
          </w:p>
        </w:tc>
        <w:tc>
          <w:tcPr>
            <w:tcW w:type="dxa" w:w="4989"/>
          </w:tcPr>
          <w:p>
            <w:pPr>
              <w:bidi/>
              <w:spacing w:before="0" w:after="40"/>
            </w:pPr>
            <w:r>
              <w:rPr>
                <w:rtl/>
              </w:rPr>
              <w:t>[   ] גבול לאורך נהר, ים או הרים</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ירדן גובלת בישראל במזרח.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הים התיכון נמצא ממזרח לישראל.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גבול פוליטי תמיד עובר לאורך נהר.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את אותו שטח אפשר לחלק לאזורים בכמה דרכים שונות.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המקומות: יבשת, מדינה או ים.</w:t>
      </w:r>
    </w:p>
    <w:p>
      <w:pPr>
        <w:bidi/>
        <w:spacing w:before="0" w:after="80"/>
      </w:pPr>
      <w:r>
        <w:rPr>
          <w:color w:val="1A3461"/>
          <w:sz w:val="24"/>
          <w:szCs w:val="24"/>
          <w:rtl/>
        </w:rPr>
        <w:t>המילים: אסיה  |  אירופה  |  הים התיכון  |  לבנון  |  ירדן  |  ים סוף  |  מצרים  |  אפריקה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יבשת</w:t>
            </w:r>
          </w:p>
        </w:tc>
        <w:tc>
          <w:tcPr>
            <w:tcW w:type="dxa" w:w="3326"/>
            <w:shd w:val="clear" w:color="auto" w:fill="1a3461"/>
          </w:tcPr>
          <w:p>
            <w:pPr>
              <w:bidi/>
              <w:spacing w:before="0" w:after="40"/>
            </w:pPr>
            <w:r>
              <w:rPr>
                <w:b/>
                <w:bCs/>
                <w:color w:val="FFFFFF"/>
                <w:rtl/>
              </w:rPr>
              <w:t>מדינה</w:t>
            </w:r>
          </w:p>
        </w:tc>
        <w:tc>
          <w:tcPr>
            <w:tcW w:type="dxa" w:w="3326"/>
            <w:shd w:val="clear" w:color="auto" w:fill="1a3461"/>
          </w:tcPr>
          <w:p>
            <w:pPr>
              <w:bidi/>
              <w:spacing w:before="0" w:after="40"/>
            </w:pPr>
            <w:r>
              <w:rPr>
                <w:b/>
                <w:bCs/>
                <w:color w:val="FFFFFF"/>
                <w:rtl/>
              </w:rPr>
              <w:t>ים</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בחרו.</w:t>
      </w:r>
    </w:p>
    <w:p>
      <w:pPr>
        <w:bidi/>
        <w:spacing w:before="0" w:after="20"/>
      </w:pPr>
      <w:r>
        <w:rPr>
          <w:rtl/>
        </w:rPr>
        <w:t>א. איזו מדינה גובלת בישראל בצפון־מזרח?</w:t>
      </w:r>
    </w:p>
    <w:p>
      <w:pPr>
        <w:bidi/>
        <w:spacing w:before="0" w:after="80"/>
      </w:pPr>
      <w:r>
        <w:rPr>
          <w:rtl/>
        </w:rPr>
        <w:t xml:space="preserve">   ○ ירדן      ○ סוריה      ○ מצרים</w:t>
      </w:r>
    </w:p>
    <w:p>
      <w:pPr>
        <w:bidi/>
        <w:spacing w:before="0" w:after="20"/>
      </w:pPr>
      <w:r>
        <w:rPr>
          <w:rtl/>
        </w:rPr>
        <w:t>ב. ישראל שוכנת על החוף ה___ של הים התיכון.</w:t>
      </w:r>
    </w:p>
    <w:p>
      <w:pPr>
        <w:bidi/>
        <w:spacing w:before="0" w:after="80"/>
      </w:pPr>
      <w:r>
        <w:rPr>
          <w:rtl/>
        </w:rPr>
        <w:t xml:space="preserve">   ○ המערבי      ○ הצפוני      ○ המזרחי</w:t>
      </w:r>
    </w:p>
    <w:p>
      <w:pPr>
        <w:bidi/>
        <w:spacing w:before="0" w:after="20"/>
      </w:pPr>
      <w:r>
        <w:rPr>
          <w:rtl/>
        </w:rPr>
        <w:t>ג. בקנה מידה ‪1:100,000‬, ס"מ אחד במפה הוא:</w:t>
      </w:r>
    </w:p>
    <w:p>
      <w:pPr>
        <w:bidi/>
        <w:spacing w:before="0" w:after="80"/>
      </w:pPr>
      <w:r>
        <w:rPr>
          <w:rtl/>
        </w:rPr>
        <w:t xml:space="preserve">   ○ 100 מטר      ○ 1 קילומטר      ○ 10 קילומטרים</w:t>
      </w:r>
    </w:p>
    <w:p>
      <w:pPr>
        <w:bidi/>
        <w:spacing w:before="160" w:after="60"/>
      </w:pPr>
      <w:r>
        <w:rPr>
          <w:b/>
          <w:bCs/>
          <w:sz w:val="26"/>
          <w:szCs w:val="26"/>
          <w:rtl/>
        </w:rPr>
        <w:t>6. בעיר דמיונית שרטטו מפה בקנה מידה ‪1:20,000‬ (1 ס"מ = 200 מטר). השלימו.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מסלול</w:t>
            </w:r>
          </w:p>
        </w:tc>
        <w:tc>
          <w:tcPr>
            <w:tcW w:type="dxa" w:w="3326"/>
            <w:shd w:val="clear" w:color="auto" w:fill="1a3461"/>
          </w:tcPr>
          <w:p>
            <w:pPr>
              <w:bidi/>
              <w:spacing w:before="0" w:after="40"/>
            </w:pPr>
            <w:r>
              <w:rPr>
                <w:b/>
                <w:bCs/>
                <w:color w:val="FFFFFF"/>
                <w:rtl/>
              </w:rPr>
              <w:t>מרחק במפה</w:t>
            </w:r>
          </w:p>
        </w:tc>
        <w:tc>
          <w:tcPr>
            <w:tcW w:type="dxa" w:w="3326"/>
            <w:shd w:val="clear" w:color="auto" w:fill="1a3461"/>
          </w:tcPr>
          <w:p>
            <w:pPr>
              <w:bidi/>
              <w:spacing w:before="0" w:after="40"/>
            </w:pPr>
            <w:r>
              <w:rPr>
                <w:b/>
                <w:bCs/>
                <w:color w:val="FFFFFF"/>
                <w:rtl/>
              </w:rPr>
              <w:t>מרחק במציאות</w:t>
            </w:r>
          </w:p>
        </w:tc>
      </w:tr>
      <w:tr>
        <w:tc>
          <w:tcPr>
            <w:tcW w:type="dxa" w:w="3326"/>
          </w:tcPr>
          <w:p>
            <w:pPr>
              <w:bidi/>
              <w:spacing w:before="0" w:after="40"/>
            </w:pPr>
            <w:r>
              <w:rPr>
                <w:rtl/>
              </w:rPr>
              <w:t>מהבית לגן</w:t>
            </w:r>
          </w:p>
        </w:tc>
        <w:tc>
          <w:tcPr>
            <w:tcW w:type="dxa" w:w="3326"/>
          </w:tcPr>
          <w:p>
            <w:pPr>
              <w:bidi/>
              <w:spacing w:before="0" w:after="40"/>
            </w:pPr>
            <w:r>
              <w:rPr>
                <w:rtl/>
              </w:rPr>
              <w:t>1 ס"מ</w:t>
            </w:r>
          </w:p>
        </w:tc>
        <w:tc>
          <w:tcPr>
            <w:tcW w:type="dxa" w:w="3326"/>
          </w:tcPr>
          <w:p>
            <w:pPr>
              <w:bidi/>
              <w:spacing w:before="0" w:after="40"/>
            </w:pPr>
            <w:r>
              <w:rPr>
                <w:rtl/>
              </w:rPr>
            </w:r>
          </w:p>
        </w:tc>
      </w:tr>
      <w:tr>
        <w:tc>
          <w:tcPr>
            <w:tcW w:type="dxa" w:w="3326"/>
          </w:tcPr>
          <w:p>
            <w:pPr>
              <w:bidi/>
              <w:spacing w:before="0" w:after="40"/>
            </w:pPr>
            <w:r>
              <w:rPr>
                <w:rtl/>
              </w:rPr>
              <w:t>מהבית לבית הספר</w:t>
            </w:r>
          </w:p>
        </w:tc>
        <w:tc>
          <w:tcPr>
            <w:tcW w:type="dxa" w:w="3326"/>
          </w:tcPr>
          <w:p>
            <w:pPr>
              <w:bidi/>
              <w:spacing w:before="0" w:after="40"/>
            </w:pPr>
            <w:r>
              <w:rPr>
                <w:rtl/>
              </w:rPr>
              <w:t>3 ס"מ</w:t>
            </w:r>
          </w:p>
        </w:tc>
        <w:tc>
          <w:tcPr>
            <w:tcW w:type="dxa" w:w="3326"/>
          </w:tcPr>
          <w:p>
            <w:pPr>
              <w:bidi/>
              <w:spacing w:before="0" w:after="40"/>
            </w:pPr>
            <w:r>
              <w:rPr>
                <w:rtl/>
              </w:rPr>
            </w:r>
          </w:p>
        </w:tc>
      </w:tr>
      <w:tr>
        <w:tc>
          <w:tcPr>
            <w:tcW w:type="dxa" w:w="3326"/>
          </w:tcPr>
          <w:p>
            <w:pPr>
              <w:bidi/>
              <w:spacing w:before="0" w:after="40"/>
            </w:pPr>
            <w:r>
              <w:rPr>
                <w:rtl/>
              </w:rPr>
              <w:t>מבית הספר לספרייה</w:t>
            </w:r>
          </w:p>
        </w:tc>
        <w:tc>
          <w:tcPr>
            <w:tcW w:type="dxa" w:w="3326"/>
          </w:tcPr>
          <w:p>
            <w:pPr>
              <w:bidi/>
              <w:spacing w:before="0" w:after="40"/>
            </w:pPr>
            <w:r>
              <w:rPr>
                <w:rtl/>
              </w:rPr>
            </w:r>
          </w:p>
        </w:tc>
        <w:tc>
          <w:tcPr>
            <w:tcW w:type="dxa" w:w="3326"/>
          </w:tcPr>
          <w:p>
            <w:pPr>
              <w:bidi/>
              <w:spacing w:before="0" w:after="40"/>
            </w:pPr>
            <w:r>
              <w:rPr>
                <w:rtl/>
              </w:rPr>
              <w:t>1,000 מטר</w:t>
            </w:r>
          </w:p>
        </w:tc>
      </w:tr>
      <w:tr>
        <w:tc>
          <w:tcPr>
            <w:tcW w:type="dxa" w:w="3326"/>
          </w:tcPr>
          <w:p>
            <w:pPr>
              <w:bidi/>
              <w:spacing w:before="0" w:after="40"/>
            </w:pPr>
            <w:r>
              <w:rPr>
                <w:rtl/>
              </w:rPr>
              <w:t>מהבית לבריכה</w:t>
            </w:r>
          </w:p>
        </w:tc>
        <w:tc>
          <w:tcPr>
            <w:tcW w:type="dxa" w:w="3326"/>
          </w:tcPr>
          <w:p>
            <w:pPr>
              <w:bidi/>
              <w:spacing w:before="0" w:after="40"/>
            </w:pPr>
            <w:r>
              <w:rPr>
                <w:rtl/>
              </w:rPr>
            </w:r>
          </w:p>
        </w:tc>
        <w:tc>
          <w:tcPr>
            <w:tcW w:type="dxa" w:w="3326"/>
          </w:tcPr>
          <w:p>
            <w:pPr>
              <w:bidi/>
              <w:spacing w:before="0" w:after="40"/>
            </w:pPr>
            <w:r>
              <w:rPr>
                <w:rtl/>
              </w:rPr>
              <w:t>2 ק"מ</w:t>
            </w:r>
          </w:p>
        </w:tc>
      </w:tr>
    </w:tbl>
    <w:p>
      <w:pPr>
        <w:bidi/>
        <w:spacing w:before="0" w:after="40"/>
      </w:pPr>
    </w:p>
    <w:p>
      <w:pPr>
        <w:bidi/>
        <w:spacing w:before="160" w:after="60"/>
      </w:pPr>
      <w:r>
        <w:rPr>
          <w:b/>
          <w:bCs/>
          <w:sz w:val="26"/>
          <w:szCs w:val="26"/>
          <w:rtl/>
        </w:rPr>
        <w:t>7. תארו את המיקום בעזרת כיווני הרוח.</w:t>
      </w:r>
    </w:p>
    <w:p>
      <w:pPr>
        <w:bidi/>
        <w:spacing w:before="0" w:after="60"/>
      </w:pPr>
      <w:r>
        <w:rPr>
          <w:rtl/>
        </w:rPr>
        <w:t>א. לבנון נמצאת __________ לישראל.</w:t>
      </w:r>
    </w:p>
    <w:p>
      <w:pPr>
        <w:bidi/>
        <w:spacing w:before="0" w:after="60"/>
      </w:pPr>
      <w:r>
        <w:rPr>
          <w:rtl/>
        </w:rPr>
        <w:t>ב. מצרים נמצאת __________ לישראל.</w:t>
      </w:r>
    </w:p>
    <w:p>
      <w:pPr>
        <w:bidi/>
        <w:spacing w:before="0" w:after="60"/>
      </w:pPr>
      <w:r>
        <w:rPr>
          <w:rtl/>
        </w:rPr>
        <w:t>ג. הים התיכון נמצא __________ לישראל.</w:t>
      </w:r>
    </w:p>
    <w:p>
      <w:pPr>
        <w:bidi/>
        <w:spacing w:before="0" w:after="60"/>
      </w:pPr>
      <w:r>
        <w:rPr>
          <w:rtl/>
        </w:rPr>
        <w:t>ד. ירדן נמצאת __________ לישראל.</w:t>
      </w:r>
    </w:p>
    <w:p>
      <w:pPr>
        <w:bidi/>
        <w:spacing w:before="120" w:after="40"/>
      </w:pPr>
      <w:r>
        <w:rPr>
          <w:rFonts w:ascii="Tahoma" w:hAnsi="Tahoma" w:cs="Tahoma"/>
          <w:b/>
          <w:bCs/>
          <w:color w:val="1A3461"/>
          <w:sz w:val="30"/>
          <w:szCs w:val="30"/>
          <w:rtl/>
        </w:rPr>
        <w:t>שלוש מפות לאותה ארץ</w:t>
      </w:r>
    </w:p>
    <w:p>
      <w:pPr>
        <w:bidi/>
        <w:spacing w:before="0" w:after="80"/>
      </w:pPr>
      <w:r>
        <w:rPr>
          <w:rtl/>
        </w:rPr>
        <w:t>בכיתה של נועם קיבלו שלוש קבוצות את אותה מפה ריקה של הארץ. כל קבוצה התבקשה לחלק אותה לאזורים.</w:t>
      </w:r>
    </w:p>
    <w:p>
      <w:pPr>
        <w:bidi/>
        <w:spacing w:before="0" w:after="80"/>
      </w:pPr>
      <w:r>
        <w:rPr>
          <w:rtl/>
        </w:rPr>
        <w:t>הקבוצה הראשונה צבעה בירוק את האזורים שיורד בהם הרבה גשם ובצהוב את האזורים היבשים. הקבוצה השנייה סימנה אזורי הר, אזורי מישור ואזור של בקע. הקבוצה השלישית סימנה אזורים שיש בהם הרבה ערים ואזורים שיש בהם מעט יישובים.</w:t>
      </w:r>
    </w:p>
    <w:p>
      <w:pPr>
        <w:bidi/>
        <w:spacing w:before="0" w:after="80"/>
      </w:pPr>
      <w:r>
        <w:rPr>
          <w:rtl/>
        </w:rPr>
        <w:t>כשתלו את המפות זו ליד זו, התלמידים הופתעו: הקווים בכל מפה עברו במקומות אחרים. המורה הסבירה: «כל קבוצה בחרה תבחין אחר, ולכן קיבלה חלוקה אחרת».</w:t>
      </w:r>
    </w:p>
    <w:p>
      <w:pPr>
        <w:bidi/>
        <w:spacing w:before="160" w:after="60"/>
      </w:pPr>
      <w:r>
        <w:rPr>
          <w:b/>
          <w:bCs/>
          <w:sz w:val="26"/>
          <w:szCs w:val="26"/>
          <w:rtl/>
        </w:rPr>
        <w:t>8. השלימו לפי הקטע «שלוש מפות לאותה ארץ»: מה היה התבחין של כל קבוצה?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קבוצה</w:t>
            </w:r>
          </w:p>
        </w:tc>
        <w:tc>
          <w:tcPr>
            <w:tcW w:type="dxa" w:w="3326"/>
            <w:shd w:val="clear" w:color="auto" w:fill="1a3461"/>
          </w:tcPr>
          <w:p>
            <w:pPr>
              <w:bidi/>
              <w:spacing w:before="0" w:after="40"/>
            </w:pPr>
            <w:r>
              <w:rPr>
                <w:b/>
                <w:bCs/>
                <w:color w:val="FFFFFF"/>
                <w:rtl/>
              </w:rPr>
              <w:t>התבחין</w:t>
            </w:r>
          </w:p>
        </w:tc>
        <w:tc>
          <w:tcPr>
            <w:tcW w:type="dxa" w:w="3326"/>
            <w:shd w:val="clear" w:color="auto" w:fill="1a3461"/>
          </w:tcPr>
          <w:p>
            <w:pPr>
              <w:bidi/>
              <w:spacing w:before="0" w:after="40"/>
            </w:pPr>
            <w:r>
              <w:rPr>
                <w:b/>
                <w:bCs/>
                <w:color w:val="FFFFFF"/>
                <w:rtl/>
              </w:rPr>
              <w:t>האזורים שסימנה</w:t>
            </w:r>
          </w:p>
        </w:tc>
      </w:tr>
      <w:tr>
        <w:tc>
          <w:tcPr>
            <w:tcW w:type="dxa" w:w="3326"/>
          </w:tcPr>
          <w:p>
            <w:pPr>
              <w:bidi/>
              <w:spacing w:before="0" w:after="40"/>
            </w:pPr>
            <w:r>
              <w:rPr>
                <w:rtl/>
              </w:rPr>
              <w:t>ראשונה</w:t>
            </w:r>
          </w:p>
        </w:tc>
        <w:tc>
          <w:tcPr>
            <w:tcW w:type="dxa" w:w="3326"/>
          </w:tcPr>
          <w:p>
            <w:pPr>
              <w:bidi/>
              <w:spacing w:before="0" w:after="40"/>
            </w:pPr>
            <w:r>
              <w:rPr>
                <w:rtl/>
              </w:rPr>
            </w:r>
          </w:p>
        </w:tc>
        <w:tc>
          <w:tcPr>
            <w:tcW w:type="dxa" w:w="3326"/>
          </w:tcPr>
          <w:p>
            <w:pPr>
              <w:bidi/>
              <w:spacing w:before="0" w:after="40"/>
            </w:pPr>
            <w:r>
              <w:rPr>
                <w:rtl/>
              </w:rPr>
              <w:t>גשומים ויבשים</w:t>
            </w:r>
          </w:p>
        </w:tc>
      </w:tr>
      <w:tr>
        <w:tc>
          <w:tcPr>
            <w:tcW w:type="dxa" w:w="3326"/>
          </w:tcPr>
          <w:p>
            <w:pPr>
              <w:bidi/>
              <w:spacing w:before="0" w:after="40"/>
            </w:pPr>
            <w:r>
              <w:rPr>
                <w:rtl/>
              </w:rPr>
              <w:t>שנייה</w:t>
            </w:r>
          </w:p>
        </w:tc>
        <w:tc>
          <w:tcPr>
            <w:tcW w:type="dxa" w:w="3326"/>
          </w:tcPr>
          <w:p>
            <w:pPr>
              <w:bidi/>
              <w:spacing w:before="0" w:after="40"/>
            </w:pPr>
            <w:r>
              <w:rPr>
                <w:rtl/>
              </w:rPr>
              <w:t>צורת הנוף</w:t>
            </w:r>
          </w:p>
        </w:tc>
        <w:tc>
          <w:tcPr>
            <w:tcW w:type="dxa" w:w="3326"/>
          </w:tcPr>
          <w:p>
            <w:pPr>
              <w:bidi/>
              <w:spacing w:before="0" w:after="40"/>
            </w:pPr>
            <w:r>
              <w:rPr>
                <w:rtl/>
              </w:rPr>
            </w:r>
          </w:p>
        </w:tc>
      </w:tr>
      <w:tr>
        <w:tc>
          <w:tcPr>
            <w:tcW w:type="dxa" w:w="3326"/>
          </w:tcPr>
          <w:p>
            <w:pPr>
              <w:bidi/>
              <w:spacing w:before="0" w:after="40"/>
            </w:pPr>
            <w:r>
              <w:rPr>
                <w:rtl/>
              </w:rPr>
              <w:t>שלישית</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9. לפי הקטע, מדוע הקווים בשלוש המפות עברו במקומות שונים?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הציעו תבחין רביעי לחלוקת הארץ לאזורים, והסבירו אילו אזורים יתקבלו.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מפה של שכונה דמיונית בקנה מידה 1 ס"מ = 100 מטר: בית הספר נמצא 3 ס"מ מצפון לבית, והגן נמצא 2 ס"מ ממזרח לבית. הוסיפו חץ צפון ומקרא.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לאורך ההיסטוריה עברו בארץ דרכי מסחר רבות.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עומר מדד במפה 7 ס"מ בין שתי ערים, ואמר: «זה 7 ק"מ». מה עוד צריך לדעת כדי לבדוק אם צדק?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ו'   |   פרק 2</w:t>
      </w:r>
    </w:p>
    <w:p>
      <w:pPr>
        <w:bidi/>
        <w:spacing w:before="0" w:after="120"/>
      </w:pPr>
      <w:r>
        <w:rPr>
          <w:rFonts w:ascii="Tahoma" w:hAnsi="Tahoma" w:cs="Tahoma"/>
          <w:b/>
          <w:bCs/>
          <w:color w:val="1A3461"/>
          <w:sz w:val="44"/>
          <w:szCs w:val="44"/>
          <w:rtl/>
        </w:rPr>
        <w:t>פרק 2: אזורי הארץ הראשיים: הגליל, העמקים, מישור החוף, השפלה, הרי יהודה ושומרון, בקעת הירדן והנגב</w:t>
      </w:r>
    </w:p>
    <w:p>
      <w:pPr>
        <w:bidi/>
        <w:spacing w:before="0" w:after="80"/>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geo_g6_t02.jpg"/>
                    <pic:cNvPicPr/>
                  </pic:nvPicPr>
                  <pic:blipFill>
                    <a:blip r:embed="rId13"/>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שלוש רצועות הנוף</w:t>
      </w:r>
    </w:p>
    <w:p>
      <w:pPr>
        <w:bidi/>
        <w:spacing w:before="0" w:after="40"/>
      </w:pPr>
      <w:r>
        <w:rPr>
          <w:rtl/>
        </w:rPr>
        <w:t>ממערב למזרח: מישור החוף ← (השפלה) ← ההר ← הבקע. התבחין כאן הוא צורת הנוף.</w:t>
      </w:r>
    </w:p>
    <w:p>
      <w:pPr>
        <w:bidi/>
        <w:spacing w:before="120" w:after="40"/>
      </w:pPr>
      <w:r>
        <w:rPr>
          <w:rFonts w:ascii="Tahoma" w:hAnsi="Tahoma" w:cs="Tahoma"/>
          <w:b/>
          <w:bCs/>
          <w:color w:val="1A3461"/>
          <w:sz w:val="28"/>
          <w:szCs w:val="28"/>
          <w:rtl/>
        </w:rPr>
        <w:t>◆ האזורים ומאפייניהם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אזור</w:t>
            </w:r>
          </w:p>
        </w:tc>
        <w:tc>
          <w:tcPr>
            <w:tcW w:type="dxa" w:w="3326"/>
            <w:shd w:val="clear" w:color="auto" w:fill="1a3461"/>
          </w:tcPr>
          <w:p>
            <w:pPr>
              <w:bidi/>
              <w:spacing w:before="0" w:after="40"/>
            </w:pPr>
            <w:r>
              <w:rPr>
                <w:b/>
                <w:bCs/>
                <w:color w:val="FFFFFF"/>
                <w:rtl/>
              </w:rPr>
              <w:t>צורת הנוף</w:t>
            </w:r>
          </w:p>
        </w:tc>
        <w:tc>
          <w:tcPr>
            <w:tcW w:type="dxa" w:w="3326"/>
            <w:shd w:val="clear" w:color="auto" w:fill="1a3461"/>
          </w:tcPr>
          <w:p>
            <w:pPr>
              <w:bidi/>
              <w:spacing w:before="0" w:after="40"/>
            </w:pPr>
            <w:r>
              <w:rPr>
                <w:b/>
                <w:bCs/>
                <w:color w:val="FFFFFF"/>
                <w:rtl/>
              </w:rPr>
              <w:t>דוגמה למקום</w:t>
            </w:r>
          </w:p>
        </w:tc>
      </w:tr>
      <w:tr>
        <w:tc>
          <w:tcPr>
            <w:tcW w:type="dxa" w:w="3326"/>
          </w:tcPr>
          <w:p>
            <w:pPr>
              <w:bidi/>
              <w:spacing w:before="0" w:after="40"/>
            </w:pPr>
            <w:r>
              <w:rPr>
                <w:rtl/>
              </w:rPr>
              <w:t>הגליל</w:t>
            </w:r>
          </w:p>
        </w:tc>
        <w:tc>
          <w:tcPr>
            <w:tcW w:type="dxa" w:w="3326"/>
          </w:tcPr>
          <w:p>
            <w:pPr>
              <w:bidi/>
              <w:spacing w:before="0" w:after="40"/>
            </w:pPr>
            <w:r>
              <w:rPr>
                <w:rtl/>
              </w:rPr>
              <w:t>הרים ועמקים קטנים</w:t>
            </w:r>
          </w:p>
        </w:tc>
        <w:tc>
          <w:tcPr>
            <w:tcW w:type="dxa" w:w="3326"/>
          </w:tcPr>
          <w:p>
            <w:pPr>
              <w:bidi/>
              <w:spacing w:before="0" w:after="40"/>
            </w:pPr>
            <w:r>
              <w:rPr>
                <w:rtl/>
              </w:rPr>
              <w:t>הר מירון</w:t>
            </w:r>
          </w:p>
        </w:tc>
      </w:tr>
      <w:tr>
        <w:tc>
          <w:tcPr>
            <w:tcW w:type="dxa" w:w="3326"/>
          </w:tcPr>
          <w:p>
            <w:pPr>
              <w:bidi/>
              <w:spacing w:before="0" w:after="40"/>
            </w:pPr>
            <w:r>
              <w:rPr>
                <w:rtl/>
              </w:rPr>
              <w:t>העמקים</w:t>
            </w:r>
          </w:p>
        </w:tc>
        <w:tc>
          <w:tcPr>
            <w:tcW w:type="dxa" w:w="3326"/>
          </w:tcPr>
          <w:p>
            <w:pPr>
              <w:bidi/>
              <w:spacing w:before="0" w:after="40"/>
            </w:pPr>
            <w:r>
              <w:rPr>
                <w:rtl/>
              </w:rPr>
              <w:t>שטח שטוח ונמוך, אדמה פורייה</w:t>
            </w:r>
          </w:p>
        </w:tc>
        <w:tc>
          <w:tcPr>
            <w:tcW w:type="dxa" w:w="3326"/>
          </w:tcPr>
          <w:p>
            <w:pPr>
              <w:bidi/>
              <w:spacing w:before="0" w:after="40"/>
            </w:pPr>
            <w:r>
              <w:rPr>
                <w:rtl/>
              </w:rPr>
              <w:t>עמק יזרעאל</w:t>
            </w:r>
          </w:p>
        </w:tc>
      </w:tr>
      <w:tr>
        <w:tc>
          <w:tcPr>
            <w:tcW w:type="dxa" w:w="3326"/>
          </w:tcPr>
          <w:p>
            <w:pPr>
              <w:bidi/>
              <w:spacing w:before="0" w:after="40"/>
            </w:pPr>
            <w:r>
              <w:rPr>
                <w:rtl/>
              </w:rPr>
              <w:t>מישור החוף</w:t>
            </w:r>
          </w:p>
        </w:tc>
        <w:tc>
          <w:tcPr>
            <w:tcW w:type="dxa" w:w="3326"/>
          </w:tcPr>
          <w:p>
            <w:pPr>
              <w:bidi/>
              <w:spacing w:before="0" w:after="40"/>
            </w:pPr>
            <w:r>
              <w:rPr>
                <w:rtl/>
              </w:rPr>
              <w:t>מישור לאורך הים</w:t>
            </w:r>
          </w:p>
        </w:tc>
        <w:tc>
          <w:tcPr>
            <w:tcW w:type="dxa" w:w="3326"/>
          </w:tcPr>
          <w:p>
            <w:pPr>
              <w:bidi/>
              <w:spacing w:before="0" w:after="40"/>
            </w:pPr>
            <w:r>
              <w:rPr>
                <w:rtl/>
              </w:rPr>
              <w:t>תל אביב</w:t>
            </w:r>
          </w:p>
        </w:tc>
      </w:tr>
      <w:tr>
        <w:tc>
          <w:tcPr>
            <w:tcW w:type="dxa" w:w="3326"/>
          </w:tcPr>
          <w:p>
            <w:pPr>
              <w:bidi/>
              <w:spacing w:before="0" w:after="40"/>
            </w:pPr>
            <w:r>
              <w:rPr>
                <w:rtl/>
              </w:rPr>
              <w:t>השפלה</w:t>
            </w:r>
          </w:p>
        </w:tc>
        <w:tc>
          <w:tcPr>
            <w:tcW w:type="dxa" w:w="3326"/>
          </w:tcPr>
          <w:p>
            <w:pPr>
              <w:bidi/>
              <w:spacing w:before="0" w:after="40"/>
            </w:pPr>
            <w:r>
              <w:rPr>
                <w:rtl/>
              </w:rPr>
              <w:t>גבעות נמוכות</w:t>
            </w:r>
          </w:p>
        </w:tc>
        <w:tc>
          <w:tcPr>
            <w:tcW w:type="dxa" w:w="3326"/>
          </w:tcPr>
          <w:p>
            <w:pPr>
              <w:bidi/>
              <w:spacing w:before="0" w:after="40"/>
            </w:pPr>
            <w:r>
              <w:rPr>
                <w:rtl/>
              </w:rPr>
              <w:t>בית שמש</w:t>
            </w:r>
          </w:p>
        </w:tc>
      </w:tr>
      <w:tr>
        <w:tc>
          <w:tcPr>
            <w:tcW w:type="dxa" w:w="3326"/>
          </w:tcPr>
          <w:p>
            <w:pPr>
              <w:bidi/>
              <w:spacing w:before="0" w:after="40"/>
            </w:pPr>
            <w:r>
              <w:rPr>
                <w:rtl/>
              </w:rPr>
              <w:t>הרי יהודה ושומרון</w:t>
            </w:r>
          </w:p>
        </w:tc>
        <w:tc>
          <w:tcPr>
            <w:tcW w:type="dxa" w:w="3326"/>
          </w:tcPr>
          <w:p>
            <w:pPr>
              <w:bidi/>
              <w:spacing w:before="0" w:after="40"/>
            </w:pPr>
            <w:r>
              <w:rPr>
                <w:rtl/>
              </w:rPr>
              <w:t>רכס הרים במרכז</w:t>
            </w:r>
          </w:p>
        </w:tc>
        <w:tc>
          <w:tcPr>
            <w:tcW w:type="dxa" w:w="3326"/>
          </w:tcPr>
          <w:p>
            <w:pPr>
              <w:bidi/>
              <w:spacing w:before="0" w:after="40"/>
            </w:pPr>
            <w:r>
              <w:rPr>
                <w:rtl/>
              </w:rPr>
              <w:t>ירושלים</w:t>
            </w:r>
          </w:p>
        </w:tc>
      </w:tr>
      <w:tr>
        <w:tc>
          <w:tcPr>
            <w:tcW w:type="dxa" w:w="3326"/>
          </w:tcPr>
          <w:p>
            <w:pPr>
              <w:bidi/>
              <w:spacing w:before="0" w:after="40"/>
            </w:pPr>
            <w:r>
              <w:rPr>
                <w:rtl/>
              </w:rPr>
              <w:t>בקעת הירדן</w:t>
            </w:r>
          </w:p>
        </w:tc>
        <w:tc>
          <w:tcPr>
            <w:tcW w:type="dxa" w:w="3326"/>
          </w:tcPr>
          <w:p>
            <w:pPr>
              <w:bidi/>
              <w:spacing w:before="0" w:after="40"/>
            </w:pPr>
            <w:r>
              <w:rPr>
                <w:rtl/>
              </w:rPr>
              <w:t>בקע נמוך וחם</w:t>
            </w:r>
          </w:p>
        </w:tc>
        <w:tc>
          <w:tcPr>
            <w:tcW w:type="dxa" w:w="3326"/>
          </w:tcPr>
          <w:p>
            <w:pPr>
              <w:bidi/>
              <w:spacing w:before="0" w:after="40"/>
            </w:pPr>
            <w:r>
              <w:rPr>
                <w:rtl/>
              </w:rPr>
              <w:t>יריחו</w:t>
            </w:r>
          </w:p>
        </w:tc>
      </w:tr>
      <w:tr>
        <w:tc>
          <w:tcPr>
            <w:tcW w:type="dxa" w:w="3326"/>
          </w:tcPr>
          <w:p>
            <w:pPr>
              <w:bidi/>
              <w:spacing w:before="0" w:after="40"/>
            </w:pPr>
            <w:r>
              <w:rPr>
                <w:rtl/>
              </w:rPr>
              <w:t>הנגב</w:t>
            </w:r>
          </w:p>
        </w:tc>
        <w:tc>
          <w:tcPr>
            <w:tcW w:type="dxa" w:w="3326"/>
          </w:tcPr>
          <w:p>
            <w:pPr>
              <w:bidi/>
              <w:spacing w:before="0" w:after="40"/>
            </w:pPr>
            <w:r>
              <w:rPr>
                <w:rtl/>
              </w:rPr>
              <w:t>מדבר: רמות, מכתשים וערבות</w:t>
            </w:r>
          </w:p>
        </w:tc>
        <w:tc>
          <w:tcPr>
            <w:tcW w:type="dxa" w:w="3326"/>
          </w:tcPr>
          <w:p>
            <w:pPr>
              <w:bidi/>
              <w:spacing w:before="0" w:after="40"/>
            </w:pPr>
            <w:r>
              <w:rPr>
                <w:rtl/>
              </w:rPr>
              <w:t>מכתש רמון</w:t>
            </w:r>
          </w:p>
        </w:tc>
      </w:tr>
    </w:tbl>
    <w:p>
      <w:pPr>
        <w:bidi/>
        <w:spacing w:before="0" w:after="40"/>
      </w:pPr>
    </w:p>
    <w:p>
      <w:pPr>
        <w:bidi/>
        <w:spacing w:before="120" w:after="40"/>
      </w:pPr>
      <w:r>
        <w:rPr>
          <w:rFonts w:ascii="Tahoma" w:hAnsi="Tahoma" w:cs="Tahoma"/>
          <w:b/>
          <w:bCs/>
          <w:color w:val="1A3461"/>
          <w:sz w:val="28"/>
          <w:szCs w:val="28"/>
          <w:rtl/>
        </w:rPr>
        <w:t>◆ שיאים שכדאי לזכור</w:t>
      </w:r>
    </w:p>
    <w:p>
      <w:pPr>
        <w:bidi/>
        <w:spacing w:before="0" w:after="20"/>
      </w:pPr>
      <w:r>
        <w:rPr>
          <w:rtl/>
        </w:rPr>
        <w:t>1. ים המלח – המקום הנמוך ביותר על פני היבשה (כ-430 מ' מתחת לפני הים).</w:t>
      </w:r>
    </w:p>
    <w:p>
      <w:pPr>
        <w:bidi/>
        <w:spacing w:before="0" w:after="20"/>
      </w:pPr>
      <w:r>
        <w:rPr>
          <w:rtl/>
        </w:rPr>
        <w:t>2. הנגב – יותר ממחצית שטח המדינה.</w:t>
      </w:r>
    </w:p>
    <w:p>
      <w:pPr>
        <w:bidi/>
        <w:spacing w:before="0" w:after="20"/>
      </w:pPr>
      <w:r>
        <w:rPr>
          <w:rtl/>
        </w:rPr>
        <w:t>3. רמת הגולן – רמה של סלעי בזלת געשיים.</w:t>
      </w:r>
    </w:p>
    <w:p>
      <w:pPr>
        <w:bidi/>
        <w:spacing w:before="160" w:after="60"/>
      </w:pPr>
      <w:r>
        <w:rPr>
          <w:b/>
          <w:bCs/>
          <w:sz w:val="26"/>
          <w:szCs w:val="26"/>
          <w:rtl/>
        </w:rPr>
        <w:t>1. השלימו.</w:t>
      </w:r>
    </w:p>
    <w:p>
      <w:pPr>
        <w:bidi/>
        <w:spacing w:before="0" w:after="80"/>
      </w:pPr>
      <w:r>
        <w:rPr>
          <w:color w:val="1A3461"/>
          <w:sz w:val="24"/>
          <w:szCs w:val="24"/>
          <w:rtl/>
        </w:rPr>
        <w:t>מחסן מילים: גליל  |  בקעת הירדן  |  נגב  |  כנרת</w:t>
      </w:r>
    </w:p>
    <w:p>
      <w:pPr>
        <w:bidi/>
        <w:spacing w:before="0" w:after="60"/>
      </w:pPr>
      <w:r>
        <w:rPr>
          <w:rtl/>
        </w:rPr>
        <w:t>א. הר מירון הוא ההר הגבוה ב__________.</w:t>
      </w:r>
    </w:p>
    <w:p>
      <w:pPr>
        <w:bidi/>
        <w:spacing w:before="0" w:after="60"/>
      </w:pPr>
      <w:r>
        <w:rPr>
          <w:rtl/>
        </w:rPr>
        <w:t>ב. העיר העתיקה יריחו שוכנת באזור __________.</w:t>
      </w:r>
    </w:p>
    <w:p>
      <w:pPr>
        <w:bidi/>
        <w:spacing w:before="0" w:after="60"/>
      </w:pPr>
      <w:r>
        <w:rPr>
          <w:rtl/>
        </w:rPr>
        <w:t>ג. מכתש רמון נמצא ב__________.</w:t>
      </w:r>
    </w:p>
    <w:p>
      <w:pPr>
        <w:bidi/>
        <w:spacing w:before="0" w:after="60"/>
      </w:pPr>
      <w:r>
        <w:rPr>
          <w:rtl/>
        </w:rPr>
        <w:t>ד. רמת הגולן נמצאת ממזרח ל__________.</w:t>
      </w:r>
    </w:p>
    <w:p>
      <w:pPr>
        <w:bidi/>
        <w:spacing w:before="160" w:after="60"/>
      </w:pPr>
      <w:r>
        <w:rPr>
          <w:b/>
          <w:bCs/>
          <w:sz w:val="26"/>
          <w:szCs w:val="26"/>
          <w:rtl/>
        </w:rPr>
        <w:t>2. התאימו בין המקום לאזור שבו הוא נמצא.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עמק החולה</w:t>
            </w:r>
          </w:p>
        </w:tc>
        <w:tc>
          <w:tcPr>
            <w:tcW w:type="dxa" w:w="4989"/>
          </w:tcPr>
          <w:p>
            <w:pPr>
              <w:bidi/>
              <w:spacing w:before="0" w:after="40"/>
            </w:pPr>
            <w:r>
              <w:rPr>
                <w:rtl/>
              </w:rPr>
              <w:t>[   ] הבקע</w:t>
            </w:r>
          </w:p>
        </w:tc>
      </w:tr>
      <w:tr>
        <w:tc>
          <w:tcPr>
            <w:tcW w:type="dxa" w:w="4989"/>
          </w:tcPr>
          <w:p>
            <w:pPr>
              <w:bidi/>
              <w:spacing w:before="0" w:after="40"/>
            </w:pPr>
            <w:r>
              <w:rPr>
                <w:rtl/>
              </w:rPr>
              <w:t>2. בית שמש</w:t>
            </w:r>
          </w:p>
        </w:tc>
        <w:tc>
          <w:tcPr>
            <w:tcW w:type="dxa" w:w="4989"/>
          </w:tcPr>
          <w:p>
            <w:pPr>
              <w:bidi/>
              <w:spacing w:before="0" w:after="40"/>
            </w:pPr>
            <w:r>
              <w:rPr>
                <w:rtl/>
              </w:rPr>
              <w:t>[   ] הרי יהודה</w:t>
            </w:r>
          </w:p>
        </w:tc>
      </w:tr>
      <w:tr>
        <w:tc>
          <w:tcPr>
            <w:tcW w:type="dxa" w:w="4989"/>
          </w:tcPr>
          <w:p>
            <w:pPr>
              <w:bidi/>
              <w:spacing w:before="0" w:after="40"/>
            </w:pPr>
            <w:r>
              <w:rPr>
                <w:rtl/>
              </w:rPr>
              <w:t>3. חברון</w:t>
            </w:r>
          </w:p>
        </w:tc>
        <w:tc>
          <w:tcPr>
            <w:tcW w:type="dxa" w:w="4989"/>
          </w:tcPr>
          <w:p>
            <w:pPr>
              <w:bidi/>
              <w:spacing w:before="0" w:after="40"/>
            </w:pPr>
            <w:r>
              <w:rPr>
                <w:rtl/>
              </w:rPr>
              <w:t>[   ] הנגב</w:t>
            </w:r>
          </w:p>
        </w:tc>
      </w:tr>
      <w:tr>
        <w:tc>
          <w:tcPr>
            <w:tcW w:type="dxa" w:w="4989"/>
          </w:tcPr>
          <w:p>
            <w:pPr>
              <w:bidi/>
              <w:spacing w:before="0" w:after="40"/>
            </w:pPr>
            <w:r>
              <w:rPr>
                <w:rtl/>
              </w:rPr>
              <w:t>4. נתניה</w:t>
            </w:r>
          </w:p>
        </w:tc>
        <w:tc>
          <w:tcPr>
            <w:tcW w:type="dxa" w:w="4989"/>
          </w:tcPr>
          <w:p>
            <w:pPr>
              <w:bidi/>
              <w:spacing w:before="0" w:after="40"/>
            </w:pPr>
            <w:r>
              <w:rPr>
                <w:rtl/>
              </w:rPr>
              <w:t>[   ] השפלה</w:t>
            </w:r>
          </w:p>
        </w:tc>
      </w:tr>
      <w:tr>
        <w:tc>
          <w:tcPr>
            <w:tcW w:type="dxa" w:w="4989"/>
          </w:tcPr>
          <w:p>
            <w:pPr>
              <w:bidi/>
              <w:spacing w:before="0" w:after="40"/>
            </w:pPr>
            <w:r>
              <w:rPr>
                <w:rtl/>
              </w:rPr>
              <w:t>5. הערבה</w:t>
            </w:r>
          </w:p>
        </w:tc>
        <w:tc>
          <w:tcPr>
            <w:tcW w:type="dxa" w:w="4989"/>
          </w:tcPr>
          <w:p>
            <w:pPr>
              <w:bidi/>
              <w:spacing w:before="0" w:after="40"/>
            </w:pPr>
            <w:r>
              <w:rPr>
                <w:rtl/>
              </w:rPr>
              <w:t>[   ] מישור החוף</w:t>
            </w:r>
          </w:p>
        </w:tc>
      </w:tr>
      <w:tr>
        <w:tc>
          <w:tcPr>
            <w:tcW w:type="dxa" w:w="4989"/>
          </w:tcPr>
          <w:p>
            <w:pPr>
              <w:bidi/>
              <w:spacing w:before="0" w:after="40"/>
            </w:pPr>
            <w:r>
              <w:rPr>
                <w:rtl/>
              </w:rPr>
              <w:t>6. באר שבע</w:t>
            </w:r>
          </w:p>
        </w:tc>
        <w:tc>
          <w:tcPr>
            <w:tcW w:type="dxa" w:w="4989"/>
          </w:tcPr>
          <w:p>
            <w:pPr>
              <w:bidi/>
              <w:spacing w:before="0" w:after="40"/>
            </w:pPr>
            <w:r>
              <w:rPr>
                <w:rtl/>
              </w:rPr>
              <w:t>[   ] העמקים</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כשנוסעים ממערב למזרח, הבקע הוא הרצועה האחרונה.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ים המלח נמצא כ-430 מטר מעל פני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במישור החוף יש גבעות כורכר וחולות.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הגליל הוא האזור המדברי של הארץ.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המאפיינים לפי האזור.</w:t>
      </w:r>
    </w:p>
    <w:p>
      <w:pPr>
        <w:bidi/>
        <w:spacing w:before="0" w:after="80"/>
      </w:pPr>
      <w:r>
        <w:rPr>
          <w:color w:val="1A3461"/>
          <w:sz w:val="24"/>
          <w:szCs w:val="24"/>
          <w:rtl/>
        </w:rPr>
        <w:t>המילים: יישובים מעטים  |  מעיינות ונחלים  |  מעט גשם  |  הר מירון  |  הרים ירוקים  |  מכתשים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הנגב</w:t>
            </w:r>
          </w:p>
        </w:tc>
        <w:tc>
          <w:tcPr>
            <w:tcW w:type="dxa" w:w="4989"/>
            <w:shd w:val="clear" w:color="auto" w:fill="1a3461"/>
          </w:tcPr>
          <w:p>
            <w:pPr>
              <w:bidi/>
              <w:spacing w:before="0" w:after="40"/>
            </w:pPr>
            <w:r>
              <w:rPr>
                <w:b/>
                <w:bCs/>
                <w:color w:val="FFFFFF"/>
                <w:rtl/>
              </w:rPr>
              <w:t>הגליל</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w:t>
      </w:r>
    </w:p>
    <w:p>
      <w:pPr>
        <w:bidi/>
        <w:spacing w:before="0" w:after="20"/>
      </w:pPr>
      <w:r>
        <w:rPr>
          <w:rtl/>
        </w:rPr>
        <w:t>א. איזה מהאזורים הבאים הוא חלק מהשבר הסורי־אפריקני?</w:t>
      </w:r>
    </w:p>
    <w:p>
      <w:pPr>
        <w:bidi/>
        <w:spacing w:before="0" w:after="80"/>
      </w:pPr>
      <w:r>
        <w:rPr>
          <w:rtl/>
        </w:rPr>
        <w:t xml:space="preserve">   ○ השפלה      ○ הערבה      ○ הכרמל</w:t>
      </w:r>
    </w:p>
    <w:p>
      <w:pPr>
        <w:bidi/>
        <w:spacing w:before="0" w:after="20"/>
      </w:pPr>
      <w:r>
        <w:rPr>
          <w:rtl/>
        </w:rPr>
        <w:t>ב. לפי איזה תבחין חולקה הארץ לרצועות מישור, הר ובקע?</w:t>
      </w:r>
    </w:p>
    <w:p>
      <w:pPr>
        <w:bidi/>
        <w:spacing w:before="0" w:after="80"/>
      </w:pPr>
      <w:r>
        <w:rPr>
          <w:rtl/>
        </w:rPr>
        <w:t xml:space="preserve">   ○ כמות הגשם      ○ צורת הנוף      ○ מספר התושבים</w:t>
      </w:r>
    </w:p>
    <w:p>
      <w:pPr>
        <w:bidi/>
        <w:spacing w:before="0" w:after="20"/>
      </w:pPr>
      <w:r>
        <w:rPr>
          <w:rtl/>
        </w:rPr>
        <w:t>ג. איזה אזור תופס יותר ממחצית שטח המדינה?</w:t>
      </w:r>
    </w:p>
    <w:p>
      <w:pPr>
        <w:bidi/>
        <w:spacing w:before="0" w:after="80"/>
      </w:pPr>
      <w:r>
        <w:rPr>
          <w:rtl/>
        </w:rPr>
        <w:t xml:space="preserve">   ○ הנגב      ○ הגליל      ○ מישור החוף</w:t>
      </w:r>
    </w:p>
    <w:p>
      <w:pPr>
        <w:bidi/>
        <w:spacing w:before="160" w:after="60"/>
      </w:pPr>
      <w:r>
        <w:rPr>
          <w:b/>
          <w:bCs/>
          <w:sz w:val="26"/>
          <w:szCs w:val="26"/>
          <w:rtl/>
        </w:rPr>
        <w:t>6. קראו כל תיאור, וכתבו לידו את שם האזור.</w:t>
      </w:r>
    </w:p>
    <w:p>
      <w:pPr>
        <w:bidi/>
        <w:spacing w:before="0" w:after="100"/>
      </w:pPr>
      <w:r>
        <w:rPr>
          <w:rtl/>
        </w:rPr>
        <w:t>א. אזור שטוח ונמוך בין הרי הגליל להרי שומרון, ובו שדות רבים.</w:t>
      </w:r>
    </w:p>
    <w:p>
      <w:pPr>
        <w:bidi/>
        <w:spacing w:before="0" w:after="100"/>
      </w:pPr>
      <w:r>
        <w:rPr>
          <w:rtl/>
        </w:rPr>
        <w:t>ב. רמה גבוהה ממזרח לכנרת, בנויה מסלעים געשיים.</w:t>
      </w:r>
    </w:p>
    <w:p>
      <w:pPr>
        <w:bidi/>
        <w:spacing w:before="0" w:after="100"/>
      </w:pPr>
      <w:r>
        <w:rPr>
          <w:rtl/>
        </w:rPr>
        <w:t>ג. רצועה חמה ונמוכה מדרום לים המלח ועד אילת.</w:t>
      </w:r>
    </w:p>
    <w:p>
      <w:pPr>
        <w:bidi/>
        <w:spacing w:before="0" w:after="100"/>
      </w:pPr>
      <w:r>
        <w:rPr>
          <w:rtl/>
        </w:rPr>
        <w:t>ד. גבעות נמוכות בין מישור החוף להרים.</w:t>
      </w:r>
    </w:p>
    <w:p>
      <w:pPr>
        <w:bidi/>
        <w:spacing w:before="120" w:after="40"/>
      </w:pPr>
      <w:r>
        <w:rPr>
          <w:rFonts w:ascii="Tahoma" w:hAnsi="Tahoma" w:cs="Tahoma"/>
          <w:b/>
          <w:bCs/>
          <w:color w:val="1A3461"/>
          <w:sz w:val="30"/>
          <w:szCs w:val="30"/>
          <w:rtl/>
        </w:rPr>
        <w:t>ארבעה בני דודים, ארבעה אזורים</w:t>
      </w:r>
    </w:p>
    <w:p>
      <w:pPr>
        <w:bidi/>
        <w:spacing w:before="0" w:after="80"/>
      </w:pPr>
      <w:r>
        <w:rPr>
          <w:rtl/>
        </w:rPr>
        <w:t>בחג נפגשו ארבעה בני דודים, וכל אחד סיפר על המקום שבו הוא גר. אורי גר במושב בעמק: «מהחלון רואים שדות עד ההרים, והכול שטוח וירוק בחורף». סאמר גר בכפר בגליל: «הבית שלנו על מדרון, ובכל יום אני עולה ויורד בעלייה תלולה לבית הספר».</w:t>
      </w:r>
    </w:p>
    <w:p>
      <w:pPr>
        <w:bidi/>
        <w:spacing w:before="0" w:after="80"/>
      </w:pPr>
      <w:r>
        <w:rPr>
          <w:rtl/>
        </w:rPr>
        <w:t>מיכל גרה בעיר במישור החוף: «הים קרוב, והאוויר לח. יש סביבנו הרבה בניינים וכבישים». דניאל גר בעיירה בנגב: «אצלנו כמעט לא יורד גשם, והשמיים כמעט תמיד בהירים. בלילה רואים הרבה כוכבים».</w:t>
      </w:r>
    </w:p>
    <w:p>
      <w:pPr>
        <w:bidi/>
        <w:spacing w:before="0" w:after="80"/>
      </w:pPr>
      <w:r>
        <w:rPr>
          <w:rtl/>
        </w:rPr>
        <w:t>הסבתא הקשיבה וחייכה: «בלי לצאת מהבית שמעתי על ארבעה אזורים שונים של הארץ».</w:t>
      </w:r>
    </w:p>
    <w:p>
      <w:pPr>
        <w:bidi/>
        <w:spacing w:before="160" w:after="60"/>
      </w:pPr>
      <w:r>
        <w:rPr>
          <w:b/>
          <w:bCs/>
          <w:sz w:val="26"/>
          <w:szCs w:val="26"/>
          <w:rtl/>
        </w:rPr>
        <w:t>7. לפי הקטע: היכן גר כל אחד, ומה רמז לכך?</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שם</w:t>
            </w:r>
          </w:p>
        </w:tc>
        <w:tc>
          <w:tcPr>
            <w:tcW w:type="dxa" w:w="3326"/>
            <w:shd w:val="clear" w:color="auto" w:fill="1a3461"/>
          </w:tcPr>
          <w:p>
            <w:pPr>
              <w:bidi/>
              <w:spacing w:before="0" w:after="40"/>
            </w:pPr>
            <w:r>
              <w:rPr>
                <w:b/>
                <w:bCs/>
                <w:color w:val="FFFFFF"/>
                <w:rtl/>
              </w:rPr>
              <w:t>האזור</w:t>
            </w:r>
          </w:p>
        </w:tc>
        <w:tc>
          <w:tcPr>
            <w:tcW w:type="dxa" w:w="3326"/>
            <w:shd w:val="clear" w:color="auto" w:fill="1a3461"/>
          </w:tcPr>
          <w:p>
            <w:pPr>
              <w:bidi/>
              <w:spacing w:before="0" w:after="40"/>
            </w:pPr>
            <w:r>
              <w:rPr>
                <w:b/>
                <w:bCs/>
                <w:color w:val="FFFFFF"/>
                <w:rtl/>
              </w:rPr>
              <w:t>רמז מהקטע</w:t>
            </w:r>
          </w:p>
        </w:tc>
      </w:tr>
      <w:tr>
        <w:tc>
          <w:tcPr>
            <w:tcW w:type="dxa" w:w="3326"/>
          </w:tcPr>
          <w:p>
            <w:pPr>
              <w:bidi/>
              <w:spacing w:before="0" w:after="40"/>
            </w:pPr>
            <w:r>
              <w:rPr>
                <w:rtl/>
              </w:rPr>
              <w:t>אורי</w:t>
            </w:r>
          </w:p>
        </w:tc>
        <w:tc>
          <w:tcPr>
            <w:tcW w:type="dxa" w:w="3326"/>
          </w:tcPr>
          <w:p>
            <w:pPr>
              <w:bidi/>
              <w:spacing w:before="0" w:after="40"/>
            </w:pPr>
            <w:r>
              <w:rPr>
                <w:rtl/>
              </w:rPr>
              <w:t>העמקים</w:t>
            </w:r>
          </w:p>
        </w:tc>
        <w:tc>
          <w:tcPr>
            <w:tcW w:type="dxa" w:w="3326"/>
          </w:tcPr>
          <w:p>
            <w:pPr>
              <w:bidi/>
              <w:spacing w:before="0" w:after="40"/>
            </w:pPr>
            <w:r>
              <w:rPr>
                <w:rtl/>
              </w:rPr>
            </w:r>
          </w:p>
        </w:tc>
      </w:tr>
      <w:tr>
        <w:tc>
          <w:tcPr>
            <w:tcW w:type="dxa" w:w="3326"/>
          </w:tcPr>
          <w:p>
            <w:pPr>
              <w:bidi/>
              <w:spacing w:before="0" w:after="40"/>
            </w:pPr>
            <w:r>
              <w:rPr>
                <w:rtl/>
              </w:rPr>
              <w:t>סאמר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מיכל</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דניאל</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8. לפי הקטע, מדוע לדעתכם רואים בנגב הרבה כוכבים בלילה? כתבו סיבה אחת לפחות.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שרטטו מפה פשוטה של הארץ (צורה מוארכת). סמנו בה את הגליל, מישור החוף, ההר במרכז, בקעת הירדן והנגב, והוסיפו 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הסבירו מדוע כביש מירושלים לים המלח יורד בתלילות.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אתגר: מה יכולים להיות היתרונות והחסרונות של מגורים באזור הררי כמו הגליל? כתבו יתרון אחד וחיסרון אחד, והסבירו.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שלושה משפטים שמתארים את הנוף בדרך שאתם מכירים (מהבית לבית הספר או בטיול). ציינו לאיזה אזור הוא שייך.</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ו'   |   פרק 3</w:t>
      </w:r>
    </w:p>
    <w:p>
      <w:pPr>
        <w:bidi/>
        <w:spacing w:before="0" w:after="120"/>
      </w:pPr>
      <w:r>
        <w:rPr>
          <w:rFonts w:ascii="Tahoma" w:hAnsi="Tahoma" w:cs="Tahoma"/>
          <w:b/>
          <w:bCs/>
          <w:color w:val="1A3461"/>
          <w:sz w:val="44"/>
          <w:szCs w:val="44"/>
          <w:rtl/>
        </w:rPr>
        <w:t>פרק 3: האקלים באזורי הארץ: גשם, טמפרטורה וההבדל בין צפון לדרום</w:t>
      </w:r>
    </w:p>
    <w:p>
      <w:pPr>
        <w:bidi/>
        <w:spacing w:before="0" w:after="80"/>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geo_g6_t03.jpg"/>
                    <pic:cNvPicPr/>
                  </pic:nvPicPr>
                  <pic:blipFill>
                    <a:blip r:embed="rId14"/>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שני סוגי אקלים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אקלים</w:t>
            </w:r>
          </w:p>
        </w:tc>
        <w:tc>
          <w:tcPr>
            <w:tcW w:type="dxa" w:w="2494"/>
            <w:shd w:val="clear" w:color="auto" w:fill="1a3461"/>
          </w:tcPr>
          <w:p>
            <w:pPr>
              <w:bidi/>
              <w:spacing w:before="0" w:after="40"/>
            </w:pPr>
            <w:r>
              <w:rPr>
                <w:b/>
                <w:bCs/>
                <w:color w:val="FFFFFF"/>
                <w:rtl/>
              </w:rPr>
              <w:t>קיץ</w:t>
            </w:r>
          </w:p>
        </w:tc>
        <w:tc>
          <w:tcPr>
            <w:tcW w:type="dxa" w:w="2494"/>
            <w:shd w:val="clear" w:color="auto" w:fill="1a3461"/>
          </w:tcPr>
          <w:p>
            <w:pPr>
              <w:bidi/>
              <w:spacing w:before="0" w:after="40"/>
            </w:pPr>
            <w:r>
              <w:rPr>
                <w:b/>
                <w:bCs/>
                <w:color w:val="FFFFFF"/>
                <w:rtl/>
              </w:rPr>
              <w:t>חורף</w:t>
            </w:r>
          </w:p>
        </w:tc>
        <w:tc>
          <w:tcPr>
            <w:tcW w:type="dxa" w:w="2494"/>
            <w:shd w:val="clear" w:color="auto" w:fill="1a3461"/>
          </w:tcPr>
          <w:p>
            <w:pPr>
              <w:bidi/>
              <w:spacing w:before="0" w:after="40"/>
            </w:pPr>
            <w:r>
              <w:rPr>
                <w:b/>
                <w:bCs/>
                <w:color w:val="FFFFFF"/>
                <w:rtl/>
              </w:rPr>
              <w:t>היכן?</w:t>
            </w:r>
          </w:p>
        </w:tc>
      </w:tr>
      <w:tr>
        <w:tc>
          <w:tcPr>
            <w:tcW w:type="dxa" w:w="2494"/>
          </w:tcPr>
          <w:p>
            <w:pPr>
              <w:bidi/>
              <w:spacing w:before="0" w:after="40"/>
            </w:pPr>
            <w:r>
              <w:rPr>
                <w:rtl/>
              </w:rPr>
              <w:t>ים־תיכוני</w:t>
            </w:r>
          </w:p>
        </w:tc>
        <w:tc>
          <w:tcPr>
            <w:tcW w:type="dxa" w:w="2494"/>
          </w:tcPr>
          <w:p>
            <w:pPr>
              <w:bidi/>
              <w:spacing w:before="0" w:after="40"/>
            </w:pPr>
            <w:r>
              <w:rPr>
                <w:rtl/>
              </w:rPr>
              <w:t>חם ויבש</w:t>
            </w:r>
          </w:p>
        </w:tc>
        <w:tc>
          <w:tcPr>
            <w:tcW w:type="dxa" w:w="2494"/>
          </w:tcPr>
          <w:p>
            <w:pPr>
              <w:bidi/>
              <w:spacing w:before="0" w:after="40"/>
            </w:pPr>
            <w:r>
              <w:rPr>
                <w:rtl/>
              </w:rPr>
              <w:t>נעים וגשום</w:t>
            </w:r>
          </w:p>
        </w:tc>
        <w:tc>
          <w:tcPr>
            <w:tcW w:type="dxa" w:w="2494"/>
          </w:tcPr>
          <w:p>
            <w:pPr>
              <w:bidi/>
              <w:spacing w:before="0" w:after="40"/>
            </w:pPr>
            <w:r>
              <w:rPr>
                <w:rtl/>
              </w:rPr>
              <w:t>צפון ומרכז</w:t>
            </w:r>
          </w:p>
        </w:tc>
      </w:tr>
      <w:tr>
        <w:tc>
          <w:tcPr>
            <w:tcW w:type="dxa" w:w="2494"/>
          </w:tcPr>
          <w:p>
            <w:pPr>
              <w:bidi/>
              <w:spacing w:before="0" w:after="40"/>
            </w:pPr>
            <w:r>
              <w:rPr>
                <w:rtl/>
              </w:rPr>
              <w:t>מדברי</w:t>
            </w:r>
          </w:p>
        </w:tc>
        <w:tc>
          <w:tcPr>
            <w:tcW w:type="dxa" w:w="2494"/>
          </w:tcPr>
          <w:p>
            <w:pPr>
              <w:bidi/>
              <w:spacing w:before="0" w:after="40"/>
            </w:pPr>
            <w:r>
              <w:rPr>
                <w:rtl/>
              </w:rPr>
              <w:t>חם מאוד</w:t>
            </w:r>
          </w:p>
        </w:tc>
        <w:tc>
          <w:tcPr>
            <w:tcW w:type="dxa" w:w="2494"/>
          </w:tcPr>
          <w:p>
            <w:pPr>
              <w:bidi/>
              <w:spacing w:before="0" w:after="40"/>
            </w:pPr>
            <w:r>
              <w:rPr>
                <w:rtl/>
              </w:rPr>
              <w:t>מעט מאוד גשם</w:t>
            </w:r>
          </w:p>
        </w:tc>
        <w:tc>
          <w:tcPr>
            <w:tcW w:type="dxa" w:w="2494"/>
          </w:tcPr>
          <w:p>
            <w:pPr>
              <w:bidi/>
              <w:spacing w:before="0" w:after="40"/>
            </w:pPr>
            <w:r>
              <w:rPr>
                <w:rtl/>
              </w:rPr>
              <w:t>הנגב, הערבה, מדבר יהודה</w:t>
            </w:r>
          </w:p>
        </w:tc>
      </w:tr>
    </w:tbl>
    <w:p>
      <w:pPr>
        <w:bidi/>
        <w:spacing w:before="0" w:after="40"/>
      </w:pPr>
    </w:p>
    <w:p>
      <w:pPr>
        <w:bidi/>
        <w:spacing w:before="120" w:after="40"/>
      </w:pPr>
      <w:r>
        <w:rPr>
          <w:rFonts w:ascii="Tahoma" w:hAnsi="Tahoma" w:cs="Tahoma"/>
          <w:b/>
          <w:bCs/>
          <w:color w:val="1A3461"/>
          <w:sz w:val="28"/>
          <w:szCs w:val="28"/>
          <w:rtl/>
        </w:rPr>
        <w:t>◆ מה משפיע על האקלים?</w:t>
      </w:r>
    </w:p>
    <w:p>
      <w:pPr>
        <w:bidi/>
        <w:spacing w:before="0" w:after="20"/>
      </w:pPr>
      <w:r>
        <w:rPr>
          <w:rtl/>
        </w:rPr>
        <w:t>1. מיקום צפון–דרום: בצפון יותר גשם.</w:t>
      </w:r>
    </w:p>
    <w:p>
      <w:pPr>
        <w:bidi/>
        <w:spacing w:before="0" w:after="20"/>
      </w:pPr>
      <w:r>
        <w:rPr>
          <w:rtl/>
        </w:rPr>
        <w:t>2. מרחק מהים: העננים באים ממערב; ליד הים לח ומתון.</w:t>
      </w:r>
    </w:p>
    <w:p>
      <w:pPr>
        <w:bidi/>
        <w:spacing w:before="0" w:after="20"/>
      </w:pPr>
      <w:r>
        <w:rPr>
          <w:rtl/>
        </w:rPr>
        <w:t>3. גובה: למעלה קריר וגשום יותר; בבקע חם מאוד.</w:t>
      </w:r>
    </w:p>
    <w:p>
      <w:pPr>
        <w:bidi/>
        <w:spacing w:before="0" w:after="20"/>
      </w:pPr>
      <w:r>
        <w:rPr>
          <w:rtl/>
        </w:rPr>
        <w:t>4. צל גשם: ממזרח להרים כמעט אין גשם.</w:t>
      </w:r>
    </w:p>
    <w:p>
      <w:pPr>
        <w:bidi/>
        <w:spacing w:before="120" w:after="40"/>
      </w:pPr>
      <w:r>
        <w:rPr>
          <w:rFonts w:ascii="Tahoma" w:hAnsi="Tahoma" w:cs="Tahoma"/>
          <w:b/>
          <w:bCs/>
          <w:color w:val="1A3461"/>
          <w:sz w:val="28"/>
          <w:szCs w:val="28"/>
          <w:rtl/>
        </w:rPr>
        <w:t>◆ גשם בשנה (מעוגל, בקירוב)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מקום</w:t>
            </w:r>
          </w:p>
        </w:tc>
        <w:tc>
          <w:tcPr>
            <w:tcW w:type="dxa" w:w="4989"/>
            <w:shd w:val="clear" w:color="auto" w:fill="1a3461"/>
          </w:tcPr>
          <w:p>
            <w:pPr>
              <w:bidi/>
              <w:spacing w:before="0" w:after="40"/>
            </w:pPr>
            <w:r>
              <w:rPr>
                <w:b/>
                <w:bCs/>
                <w:color w:val="FFFFFF"/>
                <w:rtl/>
              </w:rPr>
              <w:t>גשם בשנה</w:t>
            </w:r>
          </w:p>
        </w:tc>
      </w:tr>
      <w:tr>
        <w:tc>
          <w:tcPr>
            <w:tcW w:type="dxa" w:w="4989"/>
          </w:tcPr>
          <w:p>
            <w:pPr>
              <w:bidi/>
              <w:spacing w:before="0" w:after="40"/>
            </w:pPr>
            <w:r>
              <w:rPr>
                <w:rtl/>
              </w:rPr>
              <w:t>צפת (גליל)</w:t>
            </w:r>
          </w:p>
        </w:tc>
        <w:tc>
          <w:tcPr>
            <w:tcW w:type="dxa" w:w="4989"/>
          </w:tcPr>
          <w:p>
            <w:pPr>
              <w:bidi/>
              <w:spacing w:before="0" w:after="40"/>
            </w:pPr>
            <w:r>
              <w:rPr>
                <w:rtl/>
              </w:rPr>
              <w:t>כ-700 מ"מ</w:t>
            </w:r>
          </w:p>
        </w:tc>
      </w:tr>
      <w:tr>
        <w:tc>
          <w:tcPr>
            <w:tcW w:type="dxa" w:w="4989"/>
          </w:tcPr>
          <w:p>
            <w:pPr>
              <w:bidi/>
              <w:spacing w:before="0" w:after="40"/>
            </w:pPr>
            <w:r>
              <w:rPr>
                <w:rtl/>
              </w:rPr>
              <w:t>ירושלים (הר)</w:t>
            </w:r>
          </w:p>
        </w:tc>
        <w:tc>
          <w:tcPr>
            <w:tcW w:type="dxa" w:w="4989"/>
          </w:tcPr>
          <w:p>
            <w:pPr>
              <w:bidi/>
              <w:spacing w:before="0" w:after="40"/>
            </w:pPr>
            <w:r>
              <w:rPr>
                <w:rtl/>
              </w:rPr>
              <w:t>כ-550 מ"מ</w:t>
            </w:r>
          </w:p>
        </w:tc>
      </w:tr>
      <w:tr>
        <w:tc>
          <w:tcPr>
            <w:tcW w:type="dxa" w:w="4989"/>
          </w:tcPr>
          <w:p>
            <w:pPr>
              <w:bidi/>
              <w:spacing w:before="0" w:after="40"/>
            </w:pPr>
            <w:r>
              <w:rPr>
                <w:rtl/>
              </w:rPr>
              <w:t>באר שבע (צפון הנגב)</w:t>
            </w:r>
          </w:p>
        </w:tc>
        <w:tc>
          <w:tcPr>
            <w:tcW w:type="dxa" w:w="4989"/>
          </w:tcPr>
          <w:p>
            <w:pPr>
              <w:bidi/>
              <w:spacing w:before="0" w:after="40"/>
            </w:pPr>
            <w:r>
              <w:rPr>
                <w:rtl/>
              </w:rPr>
              <w:t>כ-200 מ"מ</w:t>
            </w:r>
          </w:p>
        </w:tc>
      </w:tr>
      <w:tr>
        <w:tc>
          <w:tcPr>
            <w:tcW w:type="dxa" w:w="4989"/>
          </w:tcPr>
          <w:p>
            <w:pPr>
              <w:bidi/>
              <w:spacing w:before="0" w:after="40"/>
            </w:pPr>
            <w:r>
              <w:rPr>
                <w:rtl/>
              </w:rPr>
              <w:t>אילת (דרום)</w:t>
            </w:r>
          </w:p>
        </w:tc>
        <w:tc>
          <w:tcPr>
            <w:tcW w:type="dxa" w:w="4989"/>
          </w:tcPr>
          <w:p>
            <w:pPr>
              <w:bidi/>
              <w:spacing w:before="0" w:after="40"/>
            </w:pPr>
            <w:r>
              <w:rPr>
                <w:rtl/>
              </w:rPr>
              <w:t>פחות מ-50 מ"מ</w:t>
            </w:r>
          </w:p>
        </w:tc>
      </w:tr>
    </w:tbl>
    <w:p>
      <w:pPr>
        <w:bidi/>
        <w:spacing w:before="0" w:after="40"/>
      </w:pPr>
    </w:p>
    <w:p>
      <w:pPr>
        <w:bidi/>
        <w:spacing w:before="160" w:after="60"/>
      </w:pPr>
      <w:r>
        <w:rPr>
          <w:b/>
          <w:bCs/>
          <w:sz w:val="26"/>
          <w:szCs w:val="26"/>
          <w:rtl/>
        </w:rPr>
        <w:t>1. השלימו.</w:t>
      </w:r>
    </w:p>
    <w:p>
      <w:pPr>
        <w:bidi/>
        <w:spacing w:before="0" w:after="80"/>
      </w:pPr>
      <w:r>
        <w:rPr>
          <w:color w:val="1A3461"/>
          <w:sz w:val="24"/>
          <w:szCs w:val="24"/>
          <w:rtl/>
        </w:rPr>
        <w:t>מחסן מילים: גשמים  |  מעט  |  גובה  |  שרב</w:t>
      </w:r>
    </w:p>
    <w:p>
      <w:pPr>
        <w:bidi/>
        <w:spacing w:before="0" w:after="60"/>
      </w:pPr>
      <w:r>
        <w:rPr>
          <w:rtl/>
        </w:rPr>
        <w:t>א. החורף בארץ הוא עונת ה__________.</w:t>
      </w:r>
    </w:p>
    <w:p>
      <w:pPr>
        <w:bidi/>
        <w:spacing w:before="0" w:after="60"/>
      </w:pPr>
      <w:r>
        <w:rPr>
          <w:rtl/>
        </w:rPr>
        <w:t>ב. באקלים מדברי יורד __________ מאוד גשם.</w:t>
      </w:r>
    </w:p>
    <w:p>
      <w:pPr>
        <w:bidi/>
        <w:spacing w:before="0" w:after="60"/>
      </w:pPr>
      <w:r>
        <w:rPr>
          <w:rtl/>
        </w:rPr>
        <w:t>ג. בצפת ובירושלים קריר יותר כי הן נמצאות ב__________ רב.</w:t>
      </w:r>
    </w:p>
    <w:p>
      <w:pPr>
        <w:bidi/>
        <w:spacing w:before="0" w:after="60"/>
      </w:pPr>
      <w:r>
        <w:rPr>
          <w:rtl/>
        </w:rPr>
        <w:t>ד. ימים חמים ויבשים עם רוח מהמדבר נקראים __________.</w:t>
      </w: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אקלים הוא מה שקורה במזג האוויר ביום אחד.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בנגב יורד פחות גשם מאשר בגליל.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העננים מגיעים לארץ בחורף בעיקר מהמזרח.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באזורים נמוכים כמו בקעת הירדן חם מאוד.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מיינו את המקומות לפי סוג האקלים.</w:t>
      </w:r>
    </w:p>
    <w:p>
      <w:pPr>
        <w:bidi/>
        <w:spacing w:before="0" w:after="80"/>
      </w:pPr>
      <w:r>
        <w:rPr>
          <w:color w:val="1A3461"/>
          <w:sz w:val="24"/>
          <w:szCs w:val="24"/>
          <w:rtl/>
        </w:rPr>
        <w:t>המילים: הגליל העליון  |  השפלה  |  מכתש רמון  |  אילת  |  הכרמל  |  הערבה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אקלים ים־תיכוני</w:t>
            </w:r>
          </w:p>
        </w:tc>
        <w:tc>
          <w:tcPr>
            <w:tcW w:type="dxa" w:w="4989"/>
            <w:shd w:val="clear" w:color="auto" w:fill="1a3461"/>
          </w:tcPr>
          <w:p>
            <w:pPr>
              <w:bidi/>
              <w:spacing w:before="0" w:after="40"/>
            </w:pPr>
            <w:r>
              <w:rPr>
                <w:b/>
                <w:bCs/>
                <w:color w:val="FFFFFF"/>
                <w:rtl/>
              </w:rPr>
              <w:t>אקלים מדברי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4. בחרו.</w:t>
      </w:r>
    </w:p>
    <w:p>
      <w:pPr>
        <w:bidi/>
        <w:spacing w:before="0" w:after="20"/>
      </w:pPr>
      <w:r>
        <w:rPr>
          <w:rtl/>
        </w:rPr>
        <w:t>א. מה קורה לעננים כשהם עולים על ההרים?</w:t>
      </w:r>
    </w:p>
    <w:p>
      <w:pPr>
        <w:bidi/>
        <w:spacing w:before="0" w:after="80"/>
      </w:pPr>
      <w:r>
        <w:rPr>
          <w:rtl/>
        </w:rPr>
        <w:t xml:space="preserve">   ○ הם מתחממים ונעלמים      ○ הם מתקררים ומורידים גשם      ○ הם יורדים לים</w:t>
      </w:r>
    </w:p>
    <w:p>
      <w:pPr>
        <w:bidi/>
        <w:spacing w:before="0" w:after="20"/>
      </w:pPr>
      <w:r>
        <w:rPr>
          <w:rtl/>
        </w:rPr>
        <w:t>ב. באיזה מקום יש סיכוי גדול יותר לשלג?</w:t>
      </w:r>
    </w:p>
    <w:p>
      <w:pPr>
        <w:bidi/>
        <w:spacing w:before="0" w:after="80"/>
      </w:pPr>
      <w:r>
        <w:rPr>
          <w:rtl/>
        </w:rPr>
        <w:t xml:space="preserve">   ○ תל אביב      ○ הרי הגליל      ○ אילת</w:t>
      </w:r>
    </w:p>
    <w:p>
      <w:pPr>
        <w:bidi/>
        <w:spacing w:before="0" w:after="20"/>
      </w:pPr>
      <w:r>
        <w:rPr>
          <w:rtl/>
        </w:rPr>
        <w:t>ג. מדבר יהודה יבש כי:</w:t>
      </w:r>
    </w:p>
    <w:p>
      <w:pPr>
        <w:bidi/>
        <w:spacing w:before="0" w:after="80"/>
      </w:pPr>
      <w:r>
        <w:rPr>
          <w:rtl/>
        </w:rPr>
        <w:t xml:space="preserve">   ○ הוא נמצא בצל הגשם, ממזרח להרים      ○ הוא קרוב לים התיכון      ○ הוא נמצא בצפון</w:t>
      </w:r>
    </w:p>
    <w:p>
      <w:pPr>
        <w:bidi/>
        <w:spacing w:before="160" w:after="60"/>
      </w:pPr>
      <w:r>
        <w:rPr>
          <w:b/>
          <w:bCs/>
          <w:sz w:val="26"/>
          <w:szCs w:val="26"/>
          <w:rtl/>
        </w:rPr>
        <w:t>5. בעיר דמיונית בשם «גבעון־חדשה» מדדו את הגשם בכל חודש בחורף אחד. השלימו את העמודה האחרונה (גשום / מעט גשם / יבש).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חודש</w:t>
            </w:r>
          </w:p>
        </w:tc>
        <w:tc>
          <w:tcPr>
            <w:tcW w:type="dxa" w:w="3326"/>
            <w:shd w:val="clear" w:color="auto" w:fill="1a3461"/>
          </w:tcPr>
          <w:p>
            <w:pPr>
              <w:bidi/>
              <w:spacing w:before="0" w:after="40"/>
            </w:pPr>
            <w:r>
              <w:rPr>
                <w:b/>
                <w:bCs/>
                <w:color w:val="FFFFFF"/>
                <w:rtl/>
              </w:rPr>
              <w:t>גשם (מ"מ)</w:t>
            </w:r>
          </w:p>
        </w:tc>
        <w:tc>
          <w:tcPr>
            <w:tcW w:type="dxa" w:w="3326"/>
            <w:shd w:val="clear" w:color="auto" w:fill="1a3461"/>
          </w:tcPr>
          <w:p>
            <w:pPr>
              <w:bidi/>
              <w:spacing w:before="0" w:after="40"/>
            </w:pPr>
            <w:r>
              <w:rPr>
                <w:b/>
                <w:bCs/>
                <w:color w:val="FFFFFF"/>
                <w:rtl/>
              </w:rPr>
              <w:t>תיאור</w:t>
            </w:r>
          </w:p>
        </w:tc>
      </w:tr>
      <w:tr>
        <w:tc>
          <w:tcPr>
            <w:tcW w:type="dxa" w:w="3326"/>
          </w:tcPr>
          <w:p>
            <w:pPr>
              <w:bidi/>
              <w:spacing w:before="0" w:after="40"/>
            </w:pPr>
            <w:r>
              <w:rPr>
                <w:rtl/>
              </w:rPr>
              <w:t>אוקטובר</w:t>
            </w:r>
          </w:p>
        </w:tc>
        <w:tc>
          <w:tcPr>
            <w:tcW w:type="dxa" w:w="3326"/>
          </w:tcPr>
          <w:p>
            <w:pPr>
              <w:bidi/>
              <w:spacing w:before="0" w:after="40"/>
            </w:pPr>
            <w:r>
              <w:rPr>
                <w:rtl/>
              </w:rPr>
              <w:t>10</w:t>
            </w:r>
          </w:p>
        </w:tc>
        <w:tc>
          <w:tcPr>
            <w:tcW w:type="dxa" w:w="3326"/>
          </w:tcPr>
          <w:p>
            <w:pPr>
              <w:bidi/>
              <w:spacing w:before="0" w:after="40"/>
            </w:pPr>
            <w:r>
              <w:rPr>
                <w:rtl/>
              </w:rPr>
            </w:r>
          </w:p>
        </w:tc>
      </w:tr>
      <w:tr>
        <w:tc>
          <w:tcPr>
            <w:tcW w:type="dxa" w:w="3326"/>
          </w:tcPr>
          <w:p>
            <w:pPr>
              <w:bidi/>
              <w:spacing w:before="0" w:after="40"/>
            </w:pPr>
            <w:r>
              <w:rPr>
                <w:rtl/>
              </w:rPr>
              <w:t>דצמבר</w:t>
            </w:r>
          </w:p>
        </w:tc>
        <w:tc>
          <w:tcPr>
            <w:tcW w:type="dxa" w:w="3326"/>
          </w:tcPr>
          <w:p>
            <w:pPr>
              <w:bidi/>
              <w:spacing w:before="0" w:after="40"/>
            </w:pPr>
            <w:r>
              <w:rPr>
                <w:rtl/>
              </w:rPr>
              <w:t>130</w:t>
            </w:r>
          </w:p>
        </w:tc>
        <w:tc>
          <w:tcPr>
            <w:tcW w:type="dxa" w:w="3326"/>
          </w:tcPr>
          <w:p>
            <w:pPr>
              <w:bidi/>
              <w:spacing w:before="0" w:after="40"/>
            </w:pPr>
            <w:r>
              <w:rPr>
                <w:rtl/>
              </w:rPr>
            </w:r>
          </w:p>
        </w:tc>
      </w:tr>
      <w:tr>
        <w:tc>
          <w:tcPr>
            <w:tcW w:type="dxa" w:w="3326"/>
          </w:tcPr>
          <w:p>
            <w:pPr>
              <w:bidi/>
              <w:spacing w:before="0" w:after="40"/>
            </w:pPr>
            <w:r>
              <w:rPr>
                <w:rtl/>
              </w:rPr>
              <w:t>ינואר</w:t>
            </w:r>
          </w:p>
        </w:tc>
        <w:tc>
          <w:tcPr>
            <w:tcW w:type="dxa" w:w="3326"/>
          </w:tcPr>
          <w:p>
            <w:pPr>
              <w:bidi/>
              <w:spacing w:before="0" w:after="40"/>
            </w:pPr>
            <w:r>
              <w:rPr>
                <w:rtl/>
              </w:rPr>
              <w:t>150</w:t>
            </w:r>
          </w:p>
        </w:tc>
        <w:tc>
          <w:tcPr>
            <w:tcW w:type="dxa" w:w="3326"/>
          </w:tcPr>
          <w:p>
            <w:pPr>
              <w:bidi/>
              <w:spacing w:before="0" w:after="40"/>
            </w:pPr>
            <w:r>
              <w:rPr>
                <w:rtl/>
              </w:rPr>
            </w:r>
          </w:p>
        </w:tc>
      </w:tr>
      <w:tr>
        <w:tc>
          <w:tcPr>
            <w:tcW w:type="dxa" w:w="3326"/>
          </w:tcPr>
          <w:p>
            <w:pPr>
              <w:bidi/>
              <w:spacing w:before="0" w:after="40"/>
            </w:pPr>
            <w:r>
              <w:rPr>
                <w:rtl/>
              </w:rPr>
              <w:t>מרץ</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יוני</w:t>
            </w:r>
          </w:p>
        </w:tc>
        <w:tc>
          <w:tcPr>
            <w:tcW w:type="dxa" w:w="3326"/>
          </w:tcPr>
          <w:p>
            <w:pPr>
              <w:bidi/>
              <w:spacing w:before="0" w:after="40"/>
            </w:pPr>
            <w:r>
              <w:rPr>
                <w:rtl/>
              </w:rPr>
              <w:t>0</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6. ענו לפי הטבלה של «גבעון־חדשה».</w:t>
      </w:r>
    </w:p>
    <w:p>
      <w:pPr>
        <w:bidi/>
        <w:spacing w:before="0" w:after="60"/>
      </w:pPr>
      <w:r>
        <w:rPr>
          <w:rtl/>
        </w:rPr>
        <w:t>א. החודש הגשום ביותר: __________.</w:t>
      </w:r>
    </w:p>
    <w:p>
      <w:pPr>
        <w:bidi/>
        <w:spacing w:before="0" w:after="60"/>
      </w:pPr>
      <w:r>
        <w:rPr>
          <w:rtl/>
        </w:rPr>
        <w:t>ב. בחודש __________ לא ירד גשם בכלל.</w:t>
      </w:r>
    </w:p>
    <w:p>
      <w:pPr>
        <w:bidi/>
        <w:spacing w:before="0" w:after="60"/>
      </w:pPr>
      <w:r>
        <w:rPr>
          <w:rtl/>
        </w:rPr>
        <w:t>ג. בדצמבר ירדו __________ מ"מ יותר מאשר במרץ.</w:t>
      </w:r>
    </w:p>
    <w:p>
      <w:pPr>
        <w:bidi/>
        <w:spacing w:before="120" w:after="40"/>
      </w:pPr>
      <w:r>
        <w:rPr>
          <w:rFonts w:ascii="Tahoma" w:hAnsi="Tahoma" w:cs="Tahoma"/>
          <w:b/>
          <w:bCs/>
          <w:color w:val="1A3461"/>
          <w:sz w:val="30"/>
          <w:szCs w:val="30"/>
          <w:rtl/>
        </w:rPr>
        <w:t>למה הכרם עבר להר?</w:t>
      </w:r>
    </w:p>
    <w:p>
      <w:pPr>
        <w:bidi/>
        <w:spacing w:before="0" w:after="80"/>
      </w:pPr>
      <w:r>
        <w:rPr>
          <w:rtl/>
        </w:rPr>
        <w:t>סבא של אריאל מגדל ענבים כבר שנים רבות בכרם קטן ליד הים. בשנים האחרונות הוא שם לב שהענבים מבשילים מוקדם מדי ונעשים מתוקים מאוד, כי הקיץ ליד החוף חם ולח.</w:t>
      </w:r>
    </w:p>
    <w:p>
      <w:pPr>
        <w:bidi/>
        <w:spacing w:before="0" w:after="80"/>
      </w:pPr>
      <w:r>
        <w:rPr>
          <w:rtl/>
        </w:rPr>
        <w:t>השנה החליט סבא לשתול כרם חדש על גבעה גבוהה בגליל. «שם הלילות קרירים יותר, והענבים מבשילים לאט», הסביר לאריאל. «גם יורד שם יותר גשם בחורף, והאדמה שומרת מים».</w:t>
      </w:r>
    </w:p>
    <w:p>
      <w:pPr>
        <w:bidi/>
        <w:spacing w:before="0" w:after="80"/>
      </w:pPr>
      <w:r>
        <w:rPr>
          <w:rtl/>
        </w:rPr>
        <w:t>אריאל שאל: «אז למה לא שתלת בנגב? יש שם הרבה מקום». סבא חייך: «בנגב יש שמש, אבל בלי השקיה רבה הגפנים לא יחזיקו מעמד».</w:t>
      </w:r>
    </w:p>
    <w:p>
      <w:pPr>
        <w:bidi/>
        <w:spacing w:before="160" w:after="60"/>
      </w:pPr>
      <w:r>
        <w:rPr>
          <w:b/>
          <w:bCs/>
          <w:sz w:val="26"/>
          <w:szCs w:val="26"/>
          <w:rtl/>
        </w:rPr>
        <w:t>7. לפי הקטע, מדוע העביר סבא את הכרם לגבעה בגליל? כתבו שתי סיבות מהקטע.</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8. הסבירו בעזרת מה שלמדתם על אקלים את התשובה של סבא על הנגב.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שרטטו מפה פשוטה של הארץ וסמנו בה בחצים את שני הכיוונים שבהם כמות הגשם פוחתת.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השוו בין האקלים בתל אביב לאקלים בירושלים: דבר אחד דומה ודבר אחד שונה, עם הסבר.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אתגר: הסבירו מדוע ביריחו, הקרובה לירושלים, יורד הרבה פחות גשם מאשר בירושלים. השתמשו במושג «צל גשם».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תחזית מזג אוויר קצרה (3 משפטים) ליום חורף בארץ: בצפון, בירושלים ובאילת.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ו'   |   פרק 4</w:t>
      </w:r>
    </w:p>
    <w:p>
      <w:pPr>
        <w:bidi/>
        <w:spacing w:before="0" w:after="120"/>
      </w:pPr>
      <w:r>
        <w:rPr>
          <w:rFonts w:ascii="Tahoma" w:hAnsi="Tahoma" w:cs="Tahoma"/>
          <w:b/>
          <w:bCs/>
          <w:color w:val="1A3461"/>
          <w:sz w:val="44"/>
          <w:szCs w:val="44"/>
          <w:rtl/>
        </w:rPr>
        <w:t>פרק 4: המים באזורי ישראל: מקורות, חלוקה ומשק המים</w:t>
      </w:r>
    </w:p>
    <w:p>
      <w:pPr>
        <w:bidi/>
        <w:spacing w:before="0" w:after="80"/>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geo_g6_t04.jpg"/>
                    <pic:cNvPicPr/>
                  </pic:nvPicPr>
                  <pic:blipFill>
                    <a:blip r:embed="rId15"/>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מקורות המים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מקור</w:t>
            </w:r>
          </w:p>
        </w:tc>
        <w:tc>
          <w:tcPr>
            <w:tcW w:type="dxa" w:w="3326"/>
            <w:shd w:val="clear" w:color="auto" w:fill="1a3461"/>
          </w:tcPr>
          <w:p>
            <w:pPr>
              <w:bidi/>
              <w:spacing w:before="0" w:after="40"/>
            </w:pPr>
            <w:r>
              <w:rPr>
                <w:b/>
                <w:bCs/>
                <w:color w:val="FFFFFF"/>
                <w:rtl/>
              </w:rPr>
              <w:t>מה זה?</w:t>
            </w:r>
          </w:p>
        </w:tc>
        <w:tc>
          <w:tcPr>
            <w:tcW w:type="dxa" w:w="3326"/>
            <w:shd w:val="clear" w:color="auto" w:fill="1a3461"/>
          </w:tcPr>
          <w:p>
            <w:pPr>
              <w:bidi/>
              <w:spacing w:before="0" w:after="40"/>
            </w:pPr>
            <w:r>
              <w:rPr>
                <w:b/>
                <w:bCs/>
                <w:color w:val="FFFFFF"/>
                <w:rtl/>
              </w:rPr>
              <w:t>היכן?</w:t>
            </w:r>
          </w:p>
        </w:tc>
      </w:tr>
      <w:tr>
        <w:tc>
          <w:tcPr>
            <w:tcW w:type="dxa" w:w="3326"/>
          </w:tcPr>
          <w:p>
            <w:pPr>
              <w:bidi/>
              <w:spacing w:before="0" w:after="40"/>
            </w:pPr>
            <w:r>
              <w:rPr>
                <w:rtl/>
              </w:rPr>
              <w:t>הכנרת</w:t>
            </w:r>
          </w:p>
        </w:tc>
        <w:tc>
          <w:tcPr>
            <w:tcW w:type="dxa" w:w="3326"/>
          </w:tcPr>
          <w:p>
            <w:pPr>
              <w:bidi/>
              <w:spacing w:before="0" w:after="40"/>
            </w:pPr>
            <w:r>
              <w:rPr>
                <w:rtl/>
              </w:rPr>
              <w:t>אגם מים מתוקים</w:t>
            </w:r>
          </w:p>
        </w:tc>
        <w:tc>
          <w:tcPr>
            <w:tcW w:type="dxa" w:w="3326"/>
          </w:tcPr>
          <w:p>
            <w:pPr>
              <w:bidi/>
              <w:spacing w:before="0" w:after="40"/>
            </w:pPr>
            <w:r>
              <w:rPr>
                <w:rtl/>
              </w:rPr>
              <w:t>צפון הבקע</w:t>
            </w:r>
          </w:p>
        </w:tc>
      </w:tr>
      <w:tr>
        <w:tc>
          <w:tcPr>
            <w:tcW w:type="dxa" w:w="3326"/>
          </w:tcPr>
          <w:p>
            <w:pPr>
              <w:bidi/>
              <w:spacing w:before="0" w:after="40"/>
            </w:pPr>
            <w:r>
              <w:rPr>
                <w:rtl/>
              </w:rPr>
              <w:t>מי תהום</w:t>
            </w:r>
          </w:p>
        </w:tc>
        <w:tc>
          <w:tcPr>
            <w:tcW w:type="dxa" w:w="3326"/>
          </w:tcPr>
          <w:p>
            <w:pPr>
              <w:bidi/>
              <w:spacing w:before="0" w:after="40"/>
            </w:pPr>
            <w:r>
              <w:rPr>
                <w:rtl/>
              </w:rPr>
              <w:t>מים שנאגרו בין שכבות סלע מתחת לקרקע</w:t>
            </w:r>
          </w:p>
        </w:tc>
        <w:tc>
          <w:tcPr>
            <w:tcW w:type="dxa" w:w="3326"/>
          </w:tcPr>
          <w:p>
            <w:pPr>
              <w:bidi/>
              <w:spacing w:before="0" w:after="40"/>
            </w:pPr>
            <w:r>
              <w:rPr>
                <w:rtl/>
              </w:rPr>
              <w:t>מישור החוף ואזור ההר</w:t>
            </w:r>
          </w:p>
        </w:tc>
      </w:tr>
      <w:tr>
        <w:tc>
          <w:tcPr>
            <w:tcW w:type="dxa" w:w="3326"/>
          </w:tcPr>
          <w:p>
            <w:pPr>
              <w:bidi/>
              <w:spacing w:before="0" w:after="40"/>
            </w:pPr>
            <w:r>
              <w:rPr>
                <w:rtl/>
              </w:rPr>
              <w:t>התפלה</w:t>
            </w:r>
          </w:p>
        </w:tc>
        <w:tc>
          <w:tcPr>
            <w:tcW w:type="dxa" w:w="3326"/>
          </w:tcPr>
          <w:p>
            <w:pPr>
              <w:bidi/>
              <w:spacing w:before="0" w:after="40"/>
            </w:pPr>
            <w:r>
              <w:rPr>
                <w:rtl/>
              </w:rPr>
              <w:t>מי ים שהוצא מהם המלח</w:t>
            </w:r>
          </w:p>
        </w:tc>
        <w:tc>
          <w:tcPr>
            <w:tcW w:type="dxa" w:w="3326"/>
          </w:tcPr>
          <w:p>
            <w:pPr>
              <w:bidi/>
              <w:spacing w:before="0" w:after="40"/>
            </w:pPr>
            <w:r>
              <w:rPr>
                <w:rtl/>
              </w:rPr>
              <w:t>מתקנים לאורך החוף</w:t>
            </w:r>
          </w:p>
        </w:tc>
      </w:tr>
      <w:tr>
        <w:tc>
          <w:tcPr>
            <w:tcW w:type="dxa" w:w="3326"/>
          </w:tcPr>
          <w:p>
            <w:pPr>
              <w:bidi/>
              <w:spacing w:before="0" w:after="40"/>
            </w:pPr>
            <w:r>
              <w:rPr>
                <w:rtl/>
              </w:rPr>
              <w:t>מים מטוהרים</w:t>
            </w:r>
          </w:p>
        </w:tc>
        <w:tc>
          <w:tcPr>
            <w:tcW w:type="dxa" w:w="3326"/>
          </w:tcPr>
          <w:p>
            <w:pPr>
              <w:bidi/>
              <w:spacing w:before="0" w:after="40"/>
            </w:pPr>
            <w:r>
              <w:rPr>
                <w:rtl/>
              </w:rPr>
              <w:t>מי ביוב אחרי טיהור, להשקיה</w:t>
            </w:r>
          </w:p>
        </w:tc>
        <w:tc>
          <w:tcPr>
            <w:tcW w:type="dxa" w:w="3326"/>
          </w:tcPr>
          <w:p>
            <w:pPr>
              <w:bidi/>
              <w:spacing w:before="0" w:after="40"/>
            </w:pPr>
            <w:r>
              <w:rPr>
                <w:rtl/>
              </w:rPr>
              <w:t>בכל הארץ</w:t>
            </w:r>
          </w:p>
        </w:tc>
      </w:tr>
    </w:tbl>
    <w:p>
      <w:pPr>
        <w:bidi/>
        <w:spacing w:before="0" w:after="40"/>
      </w:pPr>
    </w:p>
    <w:p>
      <w:pPr>
        <w:bidi/>
        <w:spacing w:before="120" w:after="40"/>
      </w:pPr>
      <w:r>
        <w:rPr>
          <w:rFonts w:ascii="Tahoma" w:hAnsi="Tahoma" w:cs="Tahoma"/>
          <w:b/>
          <w:bCs/>
          <w:color w:val="1A3461"/>
          <w:sz w:val="28"/>
          <w:szCs w:val="28"/>
          <w:rtl/>
        </w:rPr>
        <w:t>◆ הבעיה והפתרון</w:t>
      </w:r>
    </w:p>
    <w:p>
      <w:pPr>
        <w:bidi/>
        <w:spacing w:before="0" w:after="20"/>
      </w:pPr>
      <w:r>
        <w:rPr>
          <w:rtl/>
        </w:rPr>
        <w:t>1. המים בצפון, הצרכנים במרכז ובדרום ← המוביל הארצי (1964).</w:t>
      </w:r>
    </w:p>
    <w:p>
      <w:pPr>
        <w:bidi/>
        <w:spacing w:before="0" w:after="20"/>
      </w:pPr>
      <w:r>
        <w:rPr>
          <w:rtl/>
        </w:rPr>
        <w:t>2. גשם מעט ושנים שחונות ← התפלה וחיסכון.</w:t>
      </w:r>
    </w:p>
    <w:p>
      <w:pPr>
        <w:bidi/>
        <w:spacing w:before="0" w:after="20"/>
      </w:pPr>
      <w:r>
        <w:rPr>
          <w:rtl/>
        </w:rPr>
        <w:t>3. מי ביוב ← טיהור והשקיה.</w:t>
      </w:r>
    </w:p>
    <w:p>
      <w:pPr>
        <w:bidi/>
        <w:spacing w:before="120" w:after="40"/>
      </w:pPr>
      <w:r>
        <w:rPr>
          <w:rFonts w:ascii="Tahoma" w:hAnsi="Tahoma" w:cs="Tahoma"/>
          <w:b/>
          <w:bCs/>
          <w:color w:val="1A3461"/>
          <w:sz w:val="28"/>
          <w:szCs w:val="28"/>
          <w:rtl/>
        </w:rPr>
        <w:t>◆ איך חוסכים?</w:t>
      </w:r>
    </w:p>
    <w:p>
      <w:pPr>
        <w:bidi/>
        <w:spacing w:before="0" w:after="20"/>
      </w:pPr>
      <w:r>
        <w:rPr>
          <w:rtl/>
        </w:rPr>
        <w:t>1. חקלאות: השקיה בטפטוף ומים מטוהרים.</w:t>
      </w:r>
    </w:p>
    <w:p>
      <w:pPr>
        <w:bidi/>
        <w:spacing w:before="0" w:after="20"/>
      </w:pPr>
      <w:r>
        <w:rPr>
          <w:rtl/>
        </w:rPr>
        <w:t>2. בבית: מקלחת קצרה, ברז סגור בצחצוח שיניים, תיקון נזילות.</w:t>
      </w:r>
    </w:p>
    <w:p>
      <w:pPr>
        <w:bidi/>
        <w:spacing w:before="160" w:after="60"/>
      </w:pPr>
      <w:r>
        <w:rPr>
          <w:b/>
          <w:bCs/>
          <w:sz w:val="26"/>
          <w:szCs w:val="26"/>
          <w:rtl/>
        </w:rPr>
        <w:t>1. השלימו.</w:t>
      </w:r>
    </w:p>
    <w:p>
      <w:pPr>
        <w:bidi/>
        <w:spacing w:before="0" w:after="80"/>
      </w:pPr>
      <w:r>
        <w:rPr>
          <w:color w:val="1A3461"/>
          <w:sz w:val="24"/>
          <w:szCs w:val="24"/>
          <w:rtl/>
        </w:rPr>
        <w:t>מחסן מילים: 1964  |  קולחין  |  שחונה  |  המלח</w:t>
      </w:r>
    </w:p>
    <w:p>
      <w:pPr>
        <w:bidi/>
        <w:spacing w:before="0" w:after="60"/>
      </w:pPr>
      <w:r>
        <w:rPr>
          <w:rtl/>
        </w:rPr>
        <w:t>א. המוביל הארצי נחנך בשנת __________.</w:t>
      </w:r>
    </w:p>
    <w:p>
      <w:pPr>
        <w:bidi/>
        <w:spacing w:before="0" w:after="60"/>
      </w:pPr>
      <w:r>
        <w:rPr>
          <w:rtl/>
        </w:rPr>
        <w:t>ב. מי ביוב שעברו טיהור נקראים __________.</w:t>
      </w:r>
    </w:p>
    <w:p>
      <w:pPr>
        <w:bidi/>
        <w:spacing w:before="0" w:after="60"/>
      </w:pPr>
      <w:r>
        <w:rPr>
          <w:rtl/>
        </w:rPr>
        <w:t>ג. שנה שבה יורד מעט גשם נקראת שנה __________.</w:t>
      </w:r>
    </w:p>
    <w:p>
      <w:pPr>
        <w:bidi/>
        <w:spacing w:before="0" w:after="60"/>
      </w:pPr>
      <w:r>
        <w:rPr>
          <w:rtl/>
        </w:rPr>
        <w:t>ד. נהר הירדן זורם מהכנרת דרומה אל ים __________.</w:t>
      </w: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מי התהום נמצאים מתחת לפני הקרקע.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הכנרת היא אגם של מים מלוחים.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מתקני התפלה נבנים ליד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בהשקיה בטפטוף משתמשים ביותר מים מאשר בהשקיה רגילה.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בין הפעולה לסיבה.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משקים בטפטוף</w:t>
            </w:r>
          </w:p>
        </w:tc>
        <w:tc>
          <w:tcPr>
            <w:tcW w:type="dxa" w:w="4989"/>
          </w:tcPr>
          <w:p>
            <w:pPr>
              <w:bidi/>
              <w:spacing w:before="0" w:after="40"/>
            </w:pPr>
            <w:r>
              <w:rPr>
                <w:rtl/>
              </w:rPr>
              <w:t>[   ] כדי להעביר מים מהצפון לדרום</w:t>
            </w:r>
          </w:p>
        </w:tc>
      </w:tr>
      <w:tr>
        <w:tc>
          <w:tcPr>
            <w:tcW w:type="dxa" w:w="4989"/>
          </w:tcPr>
          <w:p>
            <w:pPr>
              <w:bidi/>
              <w:spacing w:before="0" w:after="40"/>
            </w:pPr>
            <w:r>
              <w:rPr>
                <w:rtl/>
              </w:rPr>
              <w:t>2. מטהרים מי ביוב</w:t>
            </w:r>
          </w:p>
        </w:tc>
        <w:tc>
          <w:tcPr>
            <w:tcW w:type="dxa" w:w="4989"/>
          </w:tcPr>
          <w:p>
            <w:pPr>
              <w:bidi/>
              <w:spacing w:before="0" w:after="40"/>
            </w:pPr>
            <w:r>
              <w:rPr>
                <w:rtl/>
              </w:rPr>
              <w:t>[   ] כדי להשתמש בהם שוב להשקיה</w:t>
            </w:r>
          </w:p>
        </w:tc>
      </w:tr>
      <w:tr>
        <w:tc>
          <w:tcPr>
            <w:tcW w:type="dxa" w:w="4989"/>
          </w:tcPr>
          <w:p>
            <w:pPr>
              <w:bidi/>
              <w:spacing w:before="0" w:after="40"/>
            </w:pPr>
            <w:r>
              <w:rPr>
                <w:rtl/>
              </w:rPr>
              <w:t>3. מתפילים מי ים</w:t>
            </w:r>
          </w:p>
        </w:tc>
        <w:tc>
          <w:tcPr>
            <w:tcW w:type="dxa" w:w="4989"/>
          </w:tcPr>
          <w:p>
            <w:pPr>
              <w:bidi/>
              <w:spacing w:before="0" w:after="40"/>
            </w:pPr>
            <w:r>
              <w:rPr>
                <w:rtl/>
              </w:rPr>
              <w:t>[   ] כדי שהמים לא ימליחו</w:t>
            </w:r>
          </w:p>
        </w:tc>
      </w:tr>
      <w:tr>
        <w:tc>
          <w:tcPr>
            <w:tcW w:type="dxa" w:w="4989"/>
          </w:tcPr>
          <w:p>
            <w:pPr>
              <w:bidi/>
              <w:spacing w:before="0" w:after="40"/>
            </w:pPr>
            <w:r>
              <w:rPr>
                <w:rtl/>
              </w:rPr>
              <w:t>4. לא שואבים יותר מדי מי תהום</w:t>
            </w:r>
          </w:p>
        </w:tc>
        <w:tc>
          <w:tcPr>
            <w:tcW w:type="dxa" w:w="4989"/>
          </w:tcPr>
          <w:p>
            <w:pPr>
              <w:bidi/>
              <w:spacing w:before="0" w:after="40"/>
            </w:pPr>
            <w:r>
              <w:rPr>
                <w:rtl/>
              </w:rPr>
              <w:t>[   ] כי אין מספיק מי גשמים</w:t>
            </w:r>
          </w:p>
        </w:tc>
      </w:tr>
      <w:tr>
        <w:tc>
          <w:tcPr>
            <w:tcW w:type="dxa" w:w="4989"/>
          </w:tcPr>
          <w:p>
            <w:pPr>
              <w:bidi/>
              <w:spacing w:before="0" w:after="40"/>
            </w:pPr>
            <w:r>
              <w:rPr>
                <w:rtl/>
              </w:rPr>
              <w:t>5. בנו את המוביל הארצי</w:t>
            </w:r>
          </w:p>
        </w:tc>
        <w:tc>
          <w:tcPr>
            <w:tcW w:type="dxa" w:w="4989"/>
          </w:tcPr>
          <w:p>
            <w:pPr>
              <w:bidi/>
              <w:spacing w:before="0" w:after="40"/>
            </w:pPr>
            <w:r>
              <w:rPr>
                <w:rtl/>
              </w:rPr>
              <w:t>[   ] כדי שפחות מים יתאדו</w:t>
            </w:r>
          </w:p>
        </w:tc>
      </w:tr>
    </w:tbl>
    <w:p>
      <w:pPr>
        <w:bidi/>
        <w:spacing w:before="0" w:after="40"/>
      </w:pPr>
    </w:p>
    <w:p>
      <w:pPr>
        <w:bidi/>
        <w:spacing w:before="160" w:after="60"/>
      </w:pPr>
      <w:r>
        <w:rPr>
          <w:b/>
          <w:bCs/>
          <w:sz w:val="26"/>
          <w:szCs w:val="26"/>
          <w:rtl/>
        </w:rPr>
        <w:t>4. מיינו את הפעולות: חיסכון במים בבית או בחקלאות.</w:t>
      </w:r>
    </w:p>
    <w:p>
      <w:pPr>
        <w:bidi/>
        <w:spacing w:before="0" w:after="80"/>
      </w:pPr>
      <w:r>
        <w:rPr>
          <w:color w:val="1A3461"/>
          <w:sz w:val="24"/>
          <w:szCs w:val="24"/>
          <w:rtl/>
        </w:rPr>
        <w:t>המילים: מדיח כלים מלא  |  השקיה במים מטוהרים  |  השקיה בשעות הלילה  |  מקלחת קצרה  |  השקיה בטפטוף  |  סגירת ברז בזמן צחצוח</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בבית</w:t>
            </w:r>
          </w:p>
        </w:tc>
        <w:tc>
          <w:tcPr>
            <w:tcW w:type="dxa" w:w="4989"/>
            <w:shd w:val="clear" w:color="auto" w:fill="1a3461"/>
          </w:tcPr>
          <w:p>
            <w:pPr>
              <w:bidi/>
              <w:spacing w:before="0" w:after="40"/>
            </w:pPr>
            <w:r>
              <w:rPr>
                <w:b/>
                <w:bCs/>
                <w:color w:val="FFFFFF"/>
                <w:rtl/>
              </w:rPr>
              <w:t>בחקלאות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w:t>
      </w:r>
    </w:p>
    <w:p>
      <w:pPr>
        <w:bidi/>
        <w:spacing w:before="0" w:after="20"/>
      </w:pPr>
      <w:r>
        <w:rPr>
          <w:rtl/>
        </w:rPr>
        <w:t>א. מאיפה מגיעים העננים שמביאים את הגשם הממלא את הכנרת?</w:t>
      </w:r>
    </w:p>
    <w:p>
      <w:pPr>
        <w:bidi/>
        <w:spacing w:before="0" w:after="80"/>
      </w:pPr>
      <w:r>
        <w:rPr>
          <w:rtl/>
        </w:rPr>
        <w:t xml:space="preserve">   ○ מהים התיכון      ○ מהמדבר      ○ מים סוף</w:t>
      </w:r>
    </w:p>
    <w:p>
      <w:pPr>
        <w:bidi/>
        <w:spacing w:before="0" w:after="20"/>
      </w:pPr>
      <w:r>
        <w:rPr>
          <w:rtl/>
        </w:rPr>
        <w:t>ב. מה עלול לקרות למי התהום ליד החוף אם שואבים מהם יותר מדי?</w:t>
      </w:r>
    </w:p>
    <w:p>
      <w:pPr>
        <w:bidi/>
        <w:spacing w:before="0" w:after="80"/>
      </w:pPr>
      <w:r>
        <w:rPr>
          <w:rtl/>
        </w:rPr>
        <w:t xml:space="preserve">   ○ הם יתחממו      ○ מי ים יחדרו אליהם והם ימליחו      ○ הם יהפכו לקרח</w:t>
      </w:r>
    </w:p>
    <w:p>
      <w:pPr>
        <w:bidi/>
        <w:spacing w:before="160" w:after="60"/>
      </w:pPr>
      <w:r>
        <w:rPr>
          <w:b/>
          <w:bCs/>
          <w:sz w:val="26"/>
          <w:szCs w:val="26"/>
          <w:rtl/>
        </w:rPr>
        <w:t>6. בעיר דמיונית בשם «נחלים» בדקו כמה מים כל משפחה חסכה בחודש אחרי מבצע חיסכון. השלימו.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משפחה</w:t>
            </w:r>
          </w:p>
        </w:tc>
        <w:tc>
          <w:tcPr>
            <w:tcW w:type="dxa" w:w="2494"/>
            <w:shd w:val="clear" w:color="auto" w:fill="1a3461"/>
          </w:tcPr>
          <w:p>
            <w:pPr>
              <w:bidi/>
              <w:spacing w:before="0" w:after="40"/>
            </w:pPr>
            <w:r>
              <w:rPr>
                <w:b/>
                <w:bCs/>
                <w:color w:val="FFFFFF"/>
                <w:rtl/>
              </w:rPr>
              <w:t>לפני המבצע (קוב)</w:t>
            </w:r>
          </w:p>
        </w:tc>
        <w:tc>
          <w:tcPr>
            <w:tcW w:type="dxa" w:w="2494"/>
            <w:shd w:val="clear" w:color="auto" w:fill="1a3461"/>
          </w:tcPr>
          <w:p>
            <w:pPr>
              <w:bidi/>
              <w:spacing w:before="0" w:after="40"/>
            </w:pPr>
            <w:r>
              <w:rPr>
                <w:b/>
                <w:bCs/>
                <w:color w:val="FFFFFF"/>
                <w:rtl/>
              </w:rPr>
              <w:t>אחרי המבצע (קוב)</w:t>
            </w:r>
          </w:p>
        </w:tc>
        <w:tc>
          <w:tcPr>
            <w:tcW w:type="dxa" w:w="2494"/>
            <w:shd w:val="clear" w:color="auto" w:fill="1a3461"/>
          </w:tcPr>
          <w:p>
            <w:pPr>
              <w:bidi/>
              <w:spacing w:before="0" w:after="40"/>
            </w:pPr>
            <w:r>
              <w:rPr>
                <w:b/>
                <w:bCs/>
                <w:color w:val="FFFFFF"/>
                <w:rtl/>
              </w:rPr>
              <w:t>כמה חסכה?</w:t>
            </w:r>
          </w:p>
        </w:tc>
      </w:tr>
      <w:tr>
        <w:tc>
          <w:tcPr>
            <w:tcW w:type="dxa" w:w="2494"/>
          </w:tcPr>
          <w:p>
            <w:pPr>
              <w:bidi/>
              <w:spacing w:before="0" w:after="40"/>
            </w:pPr>
            <w:r>
              <w:rPr>
                <w:rtl/>
              </w:rPr>
              <w:t>כהן</w:t>
            </w:r>
          </w:p>
        </w:tc>
        <w:tc>
          <w:tcPr>
            <w:tcW w:type="dxa" w:w="2494"/>
          </w:tcPr>
          <w:p>
            <w:pPr>
              <w:bidi/>
              <w:spacing w:before="0" w:after="40"/>
            </w:pPr>
            <w:r>
              <w:rPr>
                <w:rtl/>
              </w:rPr>
              <w:t>20</w:t>
            </w:r>
          </w:p>
        </w:tc>
        <w:tc>
          <w:tcPr>
            <w:tcW w:type="dxa" w:w="2494"/>
          </w:tcPr>
          <w:p>
            <w:pPr>
              <w:bidi/>
              <w:spacing w:before="0" w:after="40"/>
            </w:pPr>
            <w:r>
              <w:rPr>
                <w:rtl/>
              </w:rPr>
              <w:t>15</w:t>
            </w:r>
          </w:p>
        </w:tc>
        <w:tc>
          <w:tcPr>
            <w:tcW w:type="dxa" w:w="2494"/>
          </w:tcPr>
          <w:p>
            <w:pPr>
              <w:bidi/>
              <w:spacing w:before="0" w:after="40"/>
            </w:pPr>
            <w:r>
              <w:rPr>
                <w:rtl/>
              </w:rPr>
            </w:r>
          </w:p>
        </w:tc>
      </w:tr>
      <w:tr>
        <w:tc>
          <w:tcPr>
            <w:tcW w:type="dxa" w:w="2494"/>
          </w:tcPr>
          <w:p>
            <w:pPr>
              <w:bidi/>
              <w:spacing w:before="0" w:after="40"/>
            </w:pPr>
            <w:r>
              <w:rPr>
                <w:rtl/>
              </w:rPr>
              <w:t>חוסיין</w:t>
            </w:r>
          </w:p>
        </w:tc>
        <w:tc>
          <w:tcPr>
            <w:tcW w:type="dxa" w:w="2494"/>
          </w:tcPr>
          <w:p>
            <w:pPr>
              <w:bidi/>
              <w:spacing w:before="0" w:after="40"/>
            </w:pPr>
            <w:r>
              <w:rPr>
                <w:rtl/>
              </w:rPr>
              <w:t>18</w:t>
            </w:r>
          </w:p>
        </w:tc>
        <w:tc>
          <w:tcPr>
            <w:tcW w:type="dxa" w:w="2494"/>
          </w:tcPr>
          <w:p>
            <w:pPr>
              <w:bidi/>
              <w:spacing w:before="0" w:after="40"/>
            </w:pPr>
            <w:r>
              <w:rPr>
                <w:rtl/>
              </w:rPr>
              <w:t>12</w:t>
            </w:r>
          </w:p>
        </w:tc>
        <w:tc>
          <w:tcPr>
            <w:tcW w:type="dxa" w:w="2494"/>
          </w:tcPr>
          <w:p>
            <w:pPr>
              <w:bidi/>
              <w:spacing w:before="0" w:after="40"/>
            </w:pPr>
            <w:r>
              <w:rPr>
                <w:rtl/>
              </w:rPr>
            </w:r>
          </w:p>
        </w:tc>
      </w:tr>
      <w:tr>
        <w:tc>
          <w:tcPr>
            <w:tcW w:type="dxa" w:w="2494"/>
          </w:tcPr>
          <w:p>
            <w:pPr>
              <w:bidi/>
              <w:spacing w:before="0" w:after="40"/>
            </w:pPr>
            <w:r>
              <w:rPr>
                <w:rtl/>
              </w:rPr>
              <w:t>לוי</w:t>
            </w:r>
          </w:p>
        </w:tc>
        <w:tc>
          <w:tcPr>
            <w:tcW w:type="dxa" w:w="2494"/>
          </w:tcPr>
          <w:p>
            <w:pPr>
              <w:bidi/>
              <w:spacing w:before="0" w:after="40"/>
            </w:pPr>
            <w:r>
              <w:rPr>
                <w:rtl/>
              </w:rPr>
              <w:t>25</w:t>
            </w:r>
          </w:p>
        </w:tc>
        <w:tc>
          <w:tcPr>
            <w:tcW w:type="dxa" w:w="2494"/>
          </w:tcPr>
          <w:p>
            <w:pPr>
              <w:bidi/>
              <w:spacing w:before="0" w:after="40"/>
            </w:pPr>
            <w:r>
              <w:rPr>
                <w:rtl/>
              </w:rPr>
            </w:r>
          </w:p>
        </w:tc>
        <w:tc>
          <w:tcPr>
            <w:tcW w:type="dxa" w:w="2494"/>
          </w:tcPr>
          <w:p>
            <w:pPr>
              <w:bidi/>
              <w:spacing w:before="0" w:after="40"/>
            </w:pPr>
            <w:r>
              <w:rPr>
                <w:rtl/>
              </w:rPr>
              <w:t>5</w:t>
            </w:r>
          </w:p>
        </w:tc>
      </w:tr>
      <w:tr>
        <w:tc>
          <w:tcPr>
            <w:tcW w:type="dxa" w:w="2494"/>
          </w:tcPr>
          <w:p>
            <w:pPr>
              <w:bidi/>
              <w:spacing w:before="0" w:after="40"/>
            </w:pPr>
            <w:r>
              <w:rPr>
                <w:rtl/>
              </w:rPr>
              <w:t>אבו־ריא</w:t>
            </w:r>
          </w:p>
        </w:tc>
        <w:tc>
          <w:tcPr>
            <w:tcW w:type="dxa" w:w="2494"/>
          </w:tcPr>
          <w:p>
            <w:pPr>
              <w:bidi/>
              <w:spacing w:before="0" w:after="40"/>
            </w:pPr>
            <w:r>
              <w:rPr>
                <w:rtl/>
              </w:rPr>
            </w:r>
          </w:p>
        </w:tc>
        <w:tc>
          <w:tcPr>
            <w:tcW w:type="dxa" w:w="2494"/>
          </w:tcPr>
          <w:p>
            <w:pPr>
              <w:bidi/>
              <w:spacing w:before="0" w:after="40"/>
            </w:pPr>
            <w:r>
              <w:rPr>
                <w:rtl/>
              </w:rPr>
              <w:t>16</w:t>
            </w:r>
          </w:p>
        </w:tc>
        <w:tc>
          <w:tcPr>
            <w:tcW w:type="dxa" w:w="2494"/>
          </w:tcPr>
          <w:p>
            <w:pPr>
              <w:bidi/>
              <w:spacing w:before="0" w:after="40"/>
            </w:pPr>
            <w:r>
              <w:rPr>
                <w:rtl/>
              </w:rPr>
              <w:t>6</w:t>
            </w:r>
          </w:p>
        </w:tc>
      </w:tr>
    </w:tbl>
    <w:p>
      <w:pPr>
        <w:bidi/>
        <w:spacing w:before="0" w:after="40"/>
      </w:pPr>
    </w:p>
    <w:p>
      <w:pPr>
        <w:bidi/>
        <w:spacing w:before="120" w:after="40"/>
      </w:pPr>
      <w:r>
        <w:rPr>
          <w:rFonts w:ascii="Tahoma" w:hAnsi="Tahoma" w:cs="Tahoma"/>
          <w:b/>
          <w:bCs/>
          <w:color w:val="1A3461"/>
          <w:sz w:val="30"/>
          <w:szCs w:val="30"/>
          <w:rtl/>
        </w:rPr>
        <w:t>הכנרת – הבריכה הגדולה של המדינה</w:t>
      </w:r>
    </w:p>
    <w:p>
      <w:pPr>
        <w:bidi/>
        <w:spacing w:before="0" w:after="80"/>
      </w:pPr>
      <w:r>
        <w:rPr>
          <w:rtl/>
        </w:rPr>
        <w:t>במשך שנים רבות הייתה הכנרת מאגר המים החשוב בישראל. בכל חורף זרמו אליה מי הירדן והנחלים, ובקיץ שאבו ממנה מים לבתים ולשדות. אנשים רבים בדקו בחדשות כל יום מה המפלס שלה, כלומר מה גובה המים בה.</w:t>
      </w:r>
    </w:p>
    <w:p>
      <w:pPr>
        <w:bidi/>
        <w:spacing w:before="0" w:after="80"/>
      </w:pPr>
      <w:r>
        <w:rPr>
          <w:rtl/>
        </w:rPr>
        <w:t>בשנים שחונות, כשירד מעט גשם, המפלס ירד מאוד. כשהמפלס נמוך מדי, המים עלולים להיות מלוחים יותר ואיכותם נפגעת, ולכן קבעו גבול – «הקו האדום» – שמתחתיו מגבילים את השאיבה.</w:t>
      </w:r>
    </w:p>
    <w:p>
      <w:pPr>
        <w:bidi/>
        <w:spacing w:before="0" w:after="80"/>
      </w:pPr>
      <w:r>
        <w:rPr>
          <w:rtl/>
        </w:rPr>
        <w:t>היום, כשחלק גדול ממי השתייה מגיע ממתקני ההתפלה, שואבים מהכנרת פחות מבעבר, והיא שומרת טוב יותר על מימיה.</w:t>
      </w:r>
    </w:p>
    <w:p>
      <w:pPr>
        <w:bidi/>
        <w:spacing w:before="160" w:after="60"/>
      </w:pPr>
      <w:r>
        <w:rPr>
          <w:b/>
          <w:bCs/>
          <w:sz w:val="26"/>
          <w:szCs w:val="26"/>
          <w:rtl/>
        </w:rPr>
        <w:t>7. השלימו לפי הקטע «הכנרת – הבריכה הגדולה של המדינה».</w:t>
      </w:r>
    </w:p>
    <w:p>
      <w:pPr>
        <w:bidi/>
        <w:spacing w:before="0" w:after="60"/>
      </w:pPr>
      <w:r>
        <w:rPr>
          <w:rtl/>
        </w:rPr>
        <w:t>א. גובה המים בכנרת נקרא __________.</w:t>
      </w:r>
    </w:p>
    <w:p>
      <w:pPr>
        <w:bidi/>
        <w:spacing w:before="0" w:after="60"/>
      </w:pPr>
      <w:r>
        <w:rPr>
          <w:rtl/>
        </w:rPr>
        <w:t>ב. בשנים __________ המפלס ירד מאוד.</w:t>
      </w:r>
    </w:p>
    <w:p>
      <w:pPr>
        <w:bidi/>
        <w:spacing w:before="0" w:after="60"/>
      </w:pPr>
      <w:r>
        <w:rPr>
          <w:rtl/>
        </w:rPr>
        <w:t>ג. הגבול שמתחתיו מגבילים את השאיבה נקרא «הקו __________».</w:t>
      </w:r>
    </w:p>
    <w:p>
      <w:pPr>
        <w:bidi/>
        <w:spacing w:before="160" w:after="60"/>
      </w:pPr>
      <w:r>
        <w:rPr>
          <w:b/>
          <w:bCs/>
          <w:sz w:val="26"/>
          <w:szCs w:val="26"/>
          <w:rtl/>
        </w:rPr>
        <w:t>8. לפי הקטע, מדוע היום שואבים מהכנרת פחות מבעבר? מה היתרון לכנרת?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ציירו טבלה או תרשים זרימה: ממקור המים ועד הברז בבית שלכם (לפחות ארבעה שלבים בחצים).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הסבירו מדוע ירידת מפלס ים המלח קשורה לשימוש במי הירדן.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השוו בין שני מקורות מים: הכנרת ומתקן התפלה. כתבו יתרון אחד וחיסרון אחד לכל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אתם חברי מועצת התלמידים. כתבו הודעה קצרה (3–4 משפטים) לתלמידי בית הספר שמשכנעת אותם לחסוך במים, עם נימוק אחד מהפרק.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ו'   |   פרק 5</w:t>
      </w:r>
    </w:p>
    <w:p>
      <w:pPr>
        <w:bidi/>
        <w:spacing w:before="0" w:after="120"/>
      </w:pPr>
      <w:r>
        <w:rPr>
          <w:rFonts w:ascii="Tahoma" w:hAnsi="Tahoma" w:cs="Tahoma"/>
          <w:b/>
          <w:bCs/>
          <w:color w:val="1A3461"/>
          <w:sz w:val="44"/>
          <w:szCs w:val="44"/>
          <w:rtl/>
        </w:rPr>
        <w:t>פרק 5: אוכלוסייה, יישובים וענפי כלכלה באזורי הארץ</w:t>
      </w:r>
    </w:p>
    <w:p>
      <w:pPr>
        <w:bidi/>
        <w:spacing w:before="0" w:after="80"/>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geo_g6_t05.jpg"/>
                    <pic:cNvPicPr/>
                  </pic:nvPicPr>
                  <pic:blipFill>
                    <a:blip r:embed="rId16"/>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צפוף ודליל</w:t>
      </w:r>
    </w:p>
    <w:p>
      <w:pPr>
        <w:bidi/>
        <w:spacing w:before="0" w:after="40"/>
      </w:pPr>
      <w:r>
        <w:rPr>
          <w:rtl/>
        </w:rPr>
        <w:t>רוב התושבים גרים במישור החוף, בעיקר במרכז – האוכלוסייה שם צפופה. בנגב ובערבה האוכלוסייה דלילה. במקומות שיש בהם מים, עבודה ודרכים גרים יותר אנשים.</w:t>
      </w:r>
    </w:p>
    <w:p>
      <w:pPr>
        <w:bidi/>
        <w:spacing w:before="120" w:after="40"/>
      </w:pPr>
      <w:r>
        <w:rPr>
          <w:rFonts w:ascii="Tahoma" w:hAnsi="Tahoma" w:cs="Tahoma"/>
          <w:b/>
          <w:bCs/>
          <w:color w:val="1A3461"/>
          <w:sz w:val="28"/>
          <w:szCs w:val="28"/>
          <w:rtl/>
        </w:rPr>
        <w:t>◆ סוגי יישובים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יישוב</w:t>
            </w:r>
          </w:p>
        </w:tc>
        <w:tc>
          <w:tcPr>
            <w:tcW w:type="dxa" w:w="4989"/>
            <w:shd w:val="clear" w:color="auto" w:fill="1a3461"/>
          </w:tcPr>
          <w:p>
            <w:pPr>
              <w:bidi/>
              <w:spacing w:before="0" w:after="40"/>
            </w:pPr>
            <w:r>
              <w:rPr>
                <w:b/>
                <w:bCs/>
                <w:color w:val="FFFFFF"/>
                <w:rtl/>
              </w:rPr>
              <w:t>מה מיוחד בו?</w:t>
            </w:r>
          </w:p>
        </w:tc>
      </w:tr>
      <w:tr>
        <w:tc>
          <w:tcPr>
            <w:tcW w:type="dxa" w:w="4989"/>
          </w:tcPr>
          <w:p>
            <w:pPr>
              <w:bidi/>
              <w:spacing w:before="0" w:after="40"/>
            </w:pPr>
            <w:r>
              <w:rPr>
                <w:rtl/>
              </w:rPr>
              <w:t>עיר</w:t>
            </w:r>
          </w:p>
        </w:tc>
        <w:tc>
          <w:tcPr>
            <w:tcW w:type="dxa" w:w="4989"/>
          </w:tcPr>
          <w:p>
            <w:pPr>
              <w:bidi/>
              <w:spacing w:before="0" w:after="40"/>
            </w:pPr>
            <w:r>
              <w:rPr>
                <w:rtl/>
              </w:rPr>
              <w:t>יישוב גדול, הרבה עבודה ושירותים</w:t>
            </w:r>
          </w:p>
        </w:tc>
      </w:tr>
      <w:tr>
        <w:tc>
          <w:tcPr>
            <w:tcW w:type="dxa" w:w="4989"/>
          </w:tcPr>
          <w:p>
            <w:pPr>
              <w:bidi/>
              <w:spacing w:before="0" w:after="40"/>
            </w:pPr>
            <w:r>
              <w:rPr>
                <w:rtl/>
              </w:rPr>
              <w:t>קיבוץ</w:t>
            </w:r>
          </w:p>
        </w:tc>
        <w:tc>
          <w:tcPr>
            <w:tcW w:type="dxa" w:w="4989"/>
          </w:tcPr>
          <w:p>
            <w:pPr>
              <w:bidi/>
              <w:spacing w:before="0" w:after="40"/>
            </w:pPr>
            <w:r>
              <w:rPr>
                <w:rtl/>
              </w:rPr>
              <w:t>יישוב שיתופי</w:t>
            </w:r>
          </w:p>
        </w:tc>
      </w:tr>
      <w:tr>
        <w:tc>
          <w:tcPr>
            <w:tcW w:type="dxa" w:w="4989"/>
          </w:tcPr>
          <w:p>
            <w:pPr>
              <w:bidi/>
              <w:spacing w:before="0" w:after="40"/>
            </w:pPr>
            <w:r>
              <w:rPr>
                <w:rtl/>
              </w:rPr>
              <w:t>מושב</w:t>
            </w:r>
          </w:p>
        </w:tc>
        <w:tc>
          <w:tcPr>
            <w:tcW w:type="dxa" w:w="4989"/>
          </w:tcPr>
          <w:p>
            <w:pPr>
              <w:bidi/>
              <w:spacing w:before="0" w:after="40"/>
            </w:pPr>
            <w:r>
              <w:rPr>
                <w:rtl/>
              </w:rPr>
              <w:t>לכל משפחה משק משלה</w:t>
            </w:r>
          </w:p>
        </w:tc>
      </w:tr>
      <w:tr>
        <w:tc>
          <w:tcPr>
            <w:tcW w:type="dxa" w:w="4989"/>
          </w:tcPr>
          <w:p>
            <w:pPr>
              <w:bidi/>
              <w:spacing w:before="0" w:after="40"/>
            </w:pPr>
            <w:r>
              <w:rPr>
                <w:rtl/>
              </w:rPr>
              <w:t>יישוב קהילתי</w:t>
            </w:r>
          </w:p>
        </w:tc>
        <w:tc>
          <w:tcPr>
            <w:tcW w:type="dxa" w:w="4989"/>
          </w:tcPr>
          <w:p>
            <w:pPr>
              <w:bidi/>
              <w:spacing w:before="0" w:after="40"/>
            </w:pPr>
            <w:r>
              <w:rPr>
                <w:rtl/>
              </w:rPr>
              <w:t>יישוב קטן שתושביו עובדים בעיקר מחוצה לו</w:t>
            </w:r>
          </w:p>
        </w:tc>
      </w:tr>
    </w:tbl>
    <w:p>
      <w:pPr>
        <w:bidi/>
        <w:spacing w:before="0" w:after="40"/>
      </w:pPr>
    </w:p>
    <w:p>
      <w:pPr>
        <w:bidi/>
        <w:spacing w:before="120" w:after="40"/>
      </w:pPr>
      <w:r>
        <w:rPr>
          <w:rFonts w:ascii="Tahoma" w:hAnsi="Tahoma" w:cs="Tahoma"/>
          <w:b/>
          <w:bCs/>
          <w:color w:val="1A3461"/>
          <w:sz w:val="28"/>
          <w:szCs w:val="28"/>
          <w:rtl/>
        </w:rPr>
        <w:t>◆ ענפי כלכלה לפי אזורים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ענף</w:t>
            </w:r>
          </w:p>
        </w:tc>
        <w:tc>
          <w:tcPr>
            <w:tcW w:type="dxa" w:w="4989"/>
            <w:shd w:val="clear" w:color="auto" w:fill="1a3461"/>
          </w:tcPr>
          <w:p>
            <w:pPr>
              <w:bidi/>
              <w:spacing w:before="0" w:after="40"/>
            </w:pPr>
            <w:r>
              <w:rPr>
                <w:b/>
                <w:bCs/>
                <w:color w:val="FFFFFF"/>
                <w:rtl/>
              </w:rPr>
              <w:t>דוגמה לאזור</w:t>
            </w:r>
          </w:p>
        </w:tc>
      </w:tr>
      <w:tr>
        <w:tc>
          <w:tcPr>
            <w:tcW w:type="dxa" w:w="4989"/>
          </w:tcPr>
          <w:p>
            <w:pPr>
              <w:bidi/>
              <w:spacing w:before="0" w:after="40"/>
            </w:pPr>
            <w:r>
              <w:rPr>
                <w:rtl/>
              </w:rPr>
              <w:t>חקלאות</w:t>
            </w:r>
          </w:p>
        </w:tc>
        <w:tc>
          <w:tcPr>
            <w:tcW w:type="dxa" w:w="4989"/>
          </w:tcPr>
          <w:p>
            <w:pPr>
              <w:bidi/>
              <w:spacing w:before="0" w:after="40"/>
            </w:pPr>
            <w:r>
              <w:rPr>
                <w:rtl/>
              </w:rPr>
              <w:t>עמק יזרעאל, הערבה</w:t>
            </w:r>
          </w:p>
        </w:tc>
      </w:tr>
      <w:tr>
        <w:tc>
          <w:tcPr>
            <w:tcW w:type="dxa" w:w="4989"/>
          </w:tcPr>
          <w:p>
            <w:pPr>
              <w:bidi/>
              <w:spacing w:before="0" w:after="40"/>
            </w:pPr>
            <w:r>
              <w:rPr>
                <w:rtl/>
              </w:rPr>
              <w:t>תעשייה</w:t>
            </w:r>
          </w:p>
        </w:tc>
        <w:tc>
          <w:tcPr>
            <w:tcW w:type="dxa" w:w="4989"/>
          </w:tcPr>
          <w:p>
            <w:pPr>
              <w:bidi/>
              <w:spacing w:before="0" w:after="40"/>
            </w:pPr>
            <w:r>
              <w:rPr>
                <w:rtl/>
              </w:rPr>
              <w:t>מפרץ חיפה, ים המלח (אשלג ומינרלים)</w:t>
            </w:r>
          </w:p>
        </w:tc>
      </w:tr>
      <w:tr>
        <w:tc>
          <w:tcPr>
            <w:tcW w:type="dxa" w:w="4989"/>
          </w:tcPr>
          <w:p>
            <w:pPr>
              <w:bidi/>
              <w:spacing w:before="0" w:after="40"/>
            </w:pPr>
            <w:r>
              <w:rPr>
                <w:rtl/>
              </w:rPr>
              <w:t>תיירות</w:t>
            </w:r>
          </w:p>
        </w:tc>
        <w:tc>
          <w:tcPr>
            <w:tcW w:type="dxa" w:w="4989"/>
          </w:tcPr>
          <w:p>
            <w:pPr>
              <w:bidi/>
              <w:spacing w:before="0" w:after="40"/>
            </w:pPr>
            <w:r>
              <w:rPr>
                <w:rtl/>
              </w:rPr>
              <w:t>אילת, ירושלים, הכנרת</w:t>
            </w:r>
          </w:p>
        </w:tc>
      </w:tr>
      <w:tr>
        <w:tc>
          <w:tcPr>
            <w:tcW w:type="dxa" w:w="4989"/>
          </w:tcPr>
          <w:p>
            <w:pPr>
              <w:bidi/>
              <w:spacing w:before="0" w:after="40"/>
            </w:pPr>
            <w:r>
              <w:rPr>
                <w:rtl/>
              </w:rPr>
              <w:t>הייטק</w:t>
            </w:r>
          </w:p>
        </w:tc>
        <w:tc>
          <w:tcPr>
            <w:tcW w:type="dxa" w:w="4989"/>
          </w:tcPr>
          <w:p>
            <w:pPr>
              <w:bidi/>
              <w:spacing w:before="0" w:after="40"/>
            </w:pPr>
            <w:r>
              <w:rPr>
                <w:rtl/>
              </w:rPr>
              <w:t>מרכז הארץ, חיפה, באר שבע</w:t>
            </w:r>
          </w:p>
        </w:tc>
      </w:tr>
    </w:tbl>
    <w:p>
      <w:pPr>
        <w:bidi/>
        <w:spacing w:before="0" w:after="40"/>
      </w:pPr>
    </w:p>
    <w:p>
      <w:pPr>
        <w:bidi/>
        <w:spacing w:before="160" w:after="60"/>
      </w:pPr>
      <w:r>
        <w:rPr>
          <w:b/>
          <w:bCs/>
          <w:sz w:val="26"/>
          <w:szCs w:val="26"/>
          <w:rtl/>
        </w:rPr>
        <w:t>1. השלימו.</w:t>
      </w:r>
    </w:p>
    <w:p>
      <w:pPr>
        <w:bidi/>
        <w:spacing w:before="0" w:after="80"/>
      </w:pPr>
      <w:r>
        <w:rPr>
          <w:color w:val="1A3461"/>
          <w:sz w:val="24"/>
          <w:szCs w:val="24"/>
          <w:rtl/>
        </w:rPr>
        <w:t>מחסן מילים: צפוף  |  צ'רקסיים  |  כלכלה  |  שירותים</w:t>
      </w:r>
    </w:p>
    <w:p>
      <w:pPr>
        <w:bidi/>
        <w:spacing w:before="0" w:after="60"/>
      </w:pPr>
      <w:r>
        <w:rPr>
          <w:rtl/>
        </w:rPr>
        <w:t>א. אזור שגרים בו הרבה אנשים בשטח קטן הוא אזור __________.</w:t>
      </w:r>
    </w:p>
    <w:p>
      <w:pPr>
        <w:bidi/>
        <w:spacing w:before="0" w:after="60"/>
      </w:pPr>
      <w:r>
        <w:rPr>
          <w:rtl/>
        </w:rPr>
        <w:t>ב. כפר כמא וריחאניה הם כפרים __________ בגליל.</w:t>
      </w:r>
    </w:p>
    <w:p>
      <w:pPr>
        <w:bidi/>
        <w:spacing w:before="0" w:after="60"/>
      </w:pPr>
      <w:r>
        <w:rPr>
          <w:rtl/>
        </w:rPr>
        <w:t>ג. תחום עבודה נקרא ענף __________.</w:t>
      </w:r>
    </w:p>
    <w:p>
      <w:pPr>
        <w:bidi/>
        <w:spacing w:before="0" w:after="60"/>
      </w:pPr>
      <w:r>
        <w:rPr>
          <w:rtl/>
        </w:rPr>
        <w:t>ד. ענף שבו עובדים במסחר, בחינוך ובבריאות: __________.</w:t>
      </w: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במושב לכל משפחה יש משק משלה.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בנגב גרים יותר אנשים מאשר במישור החוף.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דלית אל־כרמל היא יישוב דרוזי.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תיירות היא חלק מענף החקלאות.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בין היישוב לאזור שבו הוא נמצא.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רהט</w:t>
            </w:r>
          </w:p>
        </w:tc>
        <w:tc>
          <w:tcPr>
            <w:tcW w:type="dxa" w:w="4989"/>
          </w:tcPr>
          <w:p>
            <w:pPr>
              <w:bidi/>
              <w:spacing w:before="0" w:after="40"/>
            </w:pPr>
            <w:r>
              <w:rPr>
                <w:rtl/>
              </w:rPr>
              <w:t>[   ] קצה הערבה, ליד מפרץ אילת</w:t>
            </w:r>
          </w:p>
        </w:tc>
      </w:tr>
      <w:tr>
        <w:tc>
          <w:tcPr>
            <w:tcW w:type="dxa" w:w="4989"/>
          </w:tcPr>
          <w:p>
            <w:pPr>
              <w:bidi/>
              <w:spacing w:before="0" w:after="40"/>
            </w:pPr>
            <w:r>
              <w:rPr>
                <w:rtl/>
              </w:rPr>
              <w:t>2. דלית אל־כרמל</w:t>
            </w:r>
          </w:p>
        </w:tc>
        <w:tc>
          <w:tcPr>
            <w:tcW w:type="dxa" w:w="4989"/>
          </w:tcPr>
          <w:p>
            <w:pPr>
              <w:bidi/>
              <w:spacing w:before="0" w:after="40"/>
            </w:pPr>
            <w:r>
              <w:rPr>
                <w:rtl/>
              </w:rPr>
              <w:t>[   ] השפלה</w:t>
            </w:r>
          </w:p>
        </w:tc>
      </w:tr>
      <w:tr>
        <w:tc>
          <w:tcPr>
            <w:tcW w:type="dxa" w:w="4989"/>
          </w:tcPr>
          <w:p>
            <w:pPr>
              <w:bidi/>
              <w:spacing w:before="0" w:after="40"/>
            </w:pPr>
            <w:r>
              <w:rPr>
                <w:rtl/>
              </w:rPr>
              <w:t>3. נצרת</w:t>
            </w:r>
          </w:p>
        </w:tc>
        <w:tc>
          <w:tcPr>
            <w:tcW w:type="dxa" w:w="4989"/>
          </w:tcPr>
          <w:p>
            <w:pPr>
              <w:bidi/>
              <w:spacing w:before="0" w:after="40"/>
            </w:pPr>
            <w:r>
              <w:rPr>
                <w:rtl/>
              </w:rPr>
              <w:t>[   ] הכרמל</w:t>
            </w:r>
          </w:p>
        </w:tc>
      </w:tr>
      <w:tr>
        <w:tc>
          <w:tcPr>
            <w:tcW w:type="dxa" w:w="4989"/>
          </w:tcPr>
          <w:p>
            <w:pPr>
              <w:bidi/>
              <w:spacing w:before="0" w:after="40"/>
            </w:pPr>
            <w:r>
              <w:rPr>
                <w:rtl/>
              </w:rPr>
              <w:t>4. אילת</w:t>
            </w:r>
          </w:p>
        </w:tc>
        <w:tc>
          <w:tcPr>
            <w:tcW w:type="dxa" w:w="4989"/>
          </w:tcPr>
          <w:p>
            <w:pPr>
              <w:bidi/>
              <w:spacing w:before="0" w:after="40"/>
            </w:pPr>
            <w:r>
              <w:rPr>
                <w:rtl/>
              </w:rPr>
              <w:t>[   ] הנגב</w:t>
            </w:r>
          </w:p>
        </w:tc>
      </w:tr>
      <w:tr>
        <w:tc>
          <w:tcPr>
            <w:tcW w:type="dxa" w:w="4989"/>
          </w:tcPr>
          <w:p>
            <w:pPr>
              <w:bidi/>
              <w:spacing w:before="0" w:after="40"/>
            </w:pPr>
            <w:r>
              <w:rPr>
                <w:rtl/>
              </w:rPr>
              <w:t>5. בית שמש</w:t>
            </w:r>
          </w:p>
        </w:tc>
        <w:tc>
          <w:tcPr>
            <w:tcW w:type="dxa" w:w="4989"/>
          </w:tcPr>
          <w:p>
            <w:pPr>
              <w:bidi/>
              <w:spacing w:before="0" w:after="40"/>
            </w:pPr>
            <w:r>
              <w:rPr>
                <w:rtl/>
              </w:rPr>
              <w:t>[   ] הגליל</w:t>
            </w:r>
          </w:p>
        </w:tc>
      </w:tr>
    </w:tbl>
    <w:p>
      <w:pPr>
        <w:bidi/>
        <w:spacing w:before="0" w:after="40"/>
      </w:pPr>
    </w:p>
    <w:p>
      <w:pPr>
        <w:bidi/>
        <w:spacing w:before="160" w:after="60"/>
      </w:pPr>
      <w:r>
        <w:rPr>
          <w:b/>
          <w:bCs/>
          <w:sz w:val="26"/>
          <w:szCs w:val="26"/>
          <w:rtl/>
        </w:rPr>
        <w:t>4. מיינו את היישובים: עירוני או כפרי?</w:t>
      </w:r>
    </w:p>
    <w:p>
      <w:pPr>
        <w:bidi/>
        <w:spacing w:before="0" w:after="80"/>
      </w:pPr>
      <w:r>
        <w:rPr>
          <w:color w:val="1A3461"/>
          <w:sz w:val="24"/>
          <w:szCs w:val="24"/>
          <w:rtl/>
        </w:rPr>
        <w:t>המילים: באר שבע  |  קיבוץ בעמק  |  מושב בשפלה  |  חיפה  |  כפר בגליל  |  נצרת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יישוב עירוני</w:t>
            </w:r>
          </w:p>
        </w:tc>
        <w:tc>
          <w:tcPr>
            <w:tcW w:type="dxa" w:w="4989"/>
            <w:shd w:val="clear" w:color="auto" w:fill="1a3461"/>
          </w:tcPr>
          <w:p>
            <w:pPr>
              <w:bidi/>
              <w:spacing w:before="0" w:after="40"/>
            </w:pPr>
            <w:r>
              <w:rPr>
                <w:b/>
                <w:bCs/>
                <w:color w:val="FFFFFF"/>
                <w:rtl/>
              </w:rPr>
              <w:t>יישוב כפרי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w:t>
      </w:r>
    </w:p>
    <w:p>
      <w:pPr>
        <w:bidi/>
        <w:spacing w:before="0" w:after="20"/>
      </w:pPr>
      <w:r>
        <w:rPr>
          <w:rtl/>
        </w:rPr>
        <w:t>א. מה הופך אזור לצפוף?</w:t>
      </w:r>
    </w:p>
    <w:p>
      <w:pPr>
        <w:bidi/>
        <w:spacing w:before="0" w:after="80"/>
      </w:pPr>
      <w:r>
        <w:rPr>
          <w:rtl/>
        </w:rPr>
        <w:t xml:space="preserve">   ○ שגרים בו הרבה אנשים בשטח קטן      ○ שיש בו הרבה הרים      ○ שיורד בו הרבה גשם</w:t>
      </w:r>
    </w:p>
    <w:p>
      <w:pPr>
        <w:bidi/>
        <w:spacing w:before="0" w:after="20"/>
      </w:pPr>
      <w:r>
        <w:rPr>
          <w:rtl/>
        </w:rPr>
        <w:t>ב. איזה ענף חשוב במיוחד באילת?</w:t>
      </w:r>
    </w:p>
    <w:p>
      <w:pPr>
        <w:bidi/>
        <w:spacing w:before="0" w:after="80"/>
      </w:pPr>
      <w:r>
        <w:rPr>
          <w:rtl/>
        </w:rPr>
        <w:t xml:space="preserve">   ○ תיירות      ○ גידול כותנה      ○ כרייה</w:t>
      </w:r>
    </w:p>
    <w:p>
      <w:pPr>
        <w:bidi/>
        <w:spacing w:before="0" w:after="20"/>
      </w:pPr>
      <w:r>
        <w:rPr>
          <w:rtl/>
        </w:rPr>
        <w:t>ג. איפה מרוכזים רוב מפעלי ההייטק?</w:t>
      </w:r>
    </w:p>
    <w:p>
      <w:pPr>
        <w:bidi/>
        <w:spacing w:before="0" w:after="80"/>
      </w:pPr>
      <w:r>
        <w:rPr>
          <w:rtl/>
        </w:rPr>
        <w:t xml:space="preserve">   ○ בערבה      ○ במרכז הארץ      ○ ברמת הגולן</w:t>
      </w:r>
    </w:p>
    <w:p>
      <w:pPr>
        <w:bidi/>
        <w:spacing w:before="160" w:after="60"/>
      </w:pPr>
      <w:r>
        <w:rPr>
          <w:b/>
          <w:bCs/>
          <w:sz w:val="26"/>
          <w:szCs w:val="26"/>
          <w:rtl/>
        </w:rPr>
        <w:t>6. ביישוב דמיוני בשם «עין טל» חילקו את העובדים לפי ענפים. השלימו (סך הכול 100 עובדים).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ענף</w:t>
            </w:r>
          </w:p>
        </w:tc>
        <w:tc>
          <w:tcPr>
            <w:tcW w:type="dxa" w:w="4989"/>
            <w:shd w:val="clear" w:color="auto" w:fill="1a3461"/>
          </w:tcPr>
          <w:p>
            <w:pPr>
              <w:bidi/>
              <w:spacing w:before="0" w:after="40"/>
            </w:pPr>
            <w:r>
              <w:rPr>
                <w:b/>
                <w:bCs/>
                <w:color w:val="FFFFFF"/>
                <w:rtl/>
              </w:rPr>
              <w:t>מספר עובדים</w:t>
            </w:r>
          </w:p>
        </w:tc>
      </w:tr>
      <w:tr>
        <w:tc>
          <w:tcPr>
            <w:tcW w:type="dxa" w:w="4989"/>
          </w:tcPr>
          <w:p>
            <w:pPr>
              <w:bidi/>
              <w:spacing w:before="0" w:after="40"/>
            </w:pPr>
            <w:r>
              <w:rPr>
                <w:rtl/>
              </w:rPr>
              <w:t>חקלאות</w:t>
            </w:r>
          </w:p>
        </w:tc>
        <w:tc>
          <w:tcPr>
            <w:tcW w:type="dxa" w:w="4989"/>
          </w:tcPr>
          <w:p>
            <w:pPr>
              <w:bidi/>
              <w:spacing w:before="0" w:after="40"/>
            </w:pPr>
            <w:r>
              <w:rPr>
                <w:rtl/>
              </w:rPr>
              <w:t>30</w:t>
            </w:r>
          </w:p>
        </w:tc>
      </w:tr>
      <w:tr>
        <w:tc>
          <w:tcPr>
            <w:tcW w:type="dxa" w:w="4989"/>
          </w:tcPr>
          <w:p>
            <w:pPr>
              <w:bidi/>
              <w:spacing w:before="0" w:after="40"/>
            </w:pPr>
            <w:r>
              <w:rPr>
                <w:rtl/>
              </w:rPr>
              <w:t>תעשייה</w:t>
            </w:r>
          </w:p>
        </w:tc>
        <w:tc>
          <w:tcPr>
            <w:tcW w:type="dxa" w:w="4989"/>
          </w:tcPr>
          <w:p>
            <w:pPr>
              <w:bidi/>
              <w:spacing w:before="0" w:after="40"/>
            </w:pPr>
            <w:r>
              <w:rPr>
                <w:rtl/>
              </w:rPr>
              <w:t>25</w:t>
            </w:r>
          </w:p>
        </w:tc>
      </w:tr>
      <w:tr>
        <w:tc>
          <w:tcPr>
            <w:tcW w:type="dxa" w:w="4989"/>
          </w:tcPr>
          <w:p>
            <w:pPr>
              <w:bidi/>
              <w:spacing w:before="0" w:after="40"/>
            </w:pPr>
            <w:r>
              <w:rPr>
                <w:rtl/>
              </w:rPr>
              <w:t>שירותים</w:t>
            </w:r>
          </w:p>
        </w:tc>
        <w:tc>
          <w:tcPr>
            <w:tcW w:type="dxa" w:w="4989"/>
          </w:tcPr>
          <w:p>
            <w:pPr>
              <w:bidi/>
              <w:spacing w:before="0" w:after="40"/>
            </w:pPr>
            <w:r>
              <w:rPr>
                <w:rtl/>
              </w:rPr>
            </w:r>
          </w:p>
        </w:tc>
      </w:tr>
      <w:tr>
        <w:tc>
          <w:tcPr>
            <w:tcW w:type="dxa" w:w="4989"/>
          </w:tcPr>
          <w:p>
            <w:pPr>
              <w:bidi/>
              <w:spacing w:before="0" w:after="40"/>
            </w:pPr>
            <w:r>
              <w:rPr>
                <w:rtl/>
              </w:rPr>
              <w:t>סך הכול</w:t>
            </w:r>
          </w:p>
        </w:tc>
        <w:tc>
          <w:tcPr>
            <w:tcW w:type="dxa" w:w="4989"/>
          </w:tcPr>
          <w:p>
            <w:pPr>
              <w:bidi/>
              <w:spacing w:before="0" w:after="40"/>
            </w:pPr>
            <w:r>
              <w:rPr>
                <w:rtl/>
              </w:rPr>
              <w:t>100</w:t>
            </w:r>
          </w:p>
        </w:tc>
      </w:tr>
    </w:tbl>
    <w:p>
      <w:pPr>
        <w:bidi/>
        <w:spacing w:before="0" w:after="40"/>
      </w:pPr>
    </w:p>
    <w:p>
      <w:pPr>
        <w:bidi/>
        <w:spacing w:before="160" w:after="60"/>
      </w:pPr>
      <w:r>
        <w:rPr>
          <w:b/>
          <w:bCs/>
          <w:sz w:val="26"/>
          <w:szCs w:val="26"/>
          <w:rtl/>
        </w:rPr>
        <w:t>7. ענו לפי הטבלה של «עין טל».</w:t>
      </w:r>
    </w:p>
    <w:p>
      <w:pPr>
        <w:bidi/>
        <w:spacing w:before="0" w:after="60"/>
      </w:pPr>
      <w:r>
        <w:rPr>
          <w:rtl/>
        </w:rPr>
        <w:t>א. הענף שבו עובדים הכי הרבה אנשים: __________.</w:t>
      </w:r>
    </w:p>
    <w:p>
      <w:pPr>
        <w:bidi/>
        <w:spacing w:before="0" w:after="60"/>
      </w:pPr>
      <w:r>
        <w:rPr>
          <w:rtl/>
        </w:rPr>
        <w:t>ב. בחקלאות עובדים __________ אנשים יותר מאשר בתעשייה.</w:t>
      </w:r>
    </w:p>
    <w:p>
      <w:pPr>
        <w:bidi/>
        <w:spacing w:before="0" w:after="60"/>
      </w:pPr>
      <w:r>
        <w:rPr>
          <w:rtl/>
        </w:rPr>
        <w:t>ג. מתוך 100 העובדים, __________ אינם עובדים בחקלאות.</w:t>
      </w:r>
    </w:p>
    <w:p>
      <w:pPr>
        <w:bidi/>
        <w:spacing w:before="120" w:after="40"/>
      </w:pPr>
      <w:r>
        <w:rPr>
          <w:rFonts w:ascii="Tahoma" w:hAnsi="Tahoma" w:cs="Tahoma"/>
          <w:b/>
          <w:bCs/>
          <w:color w:val="1A3461"/>
          <w:sz w:val="30"/>
          <w:szCs w:val="30"/>
          <w:rtl/>
        </w:rPr>
        <w:t>שתי ערים, שני סיפורים</w:t>
      </w:r>
    </w:p>
    <w:p>
      <w:pPr>
        <w:bidi/>
        <w:spacing w:before="0" w:after="80"/>
      </w:pPr>
      <w:r>
        <w:rPr>
          <w:rtl/>
        </w:rPr>
        <w:t>תמר גרה בעיר גדולה במישור החוף. בשכונה שלה הבניינים גבוהים וצמודים זה לזה, ויש בה גנים קטנים, חנויות רבות ותחנת רכבת. «הכול קרוב», היא אומרת, «אבל קשה למצוא חניה, ותמיד יש רעש».</w:t>
      </w:r>
    </w:p>
    <w:p>
      <w:pPr>
        <w:bidi/>
        <w:spacing w:before="0" w:after="80"/>
      </w:pPr>
      <w:r>
        <w:rPr>
          <w:rtl/>
        </w:rPr>
        <w:t>עומר גר בעיר קטנה בנגב. הבתים נמוכים, והרחובות רחבים ושקטים. סביב העיר יש מרחבים פתוחים של מדבר. «יש לנו הרבה מקום», הוא מספר, «אבל כדי להגיע לבית חולים גדול או לאוניברסיטה צריך לנסוע לבאר שבע».</w:t>
      </w:r>
    </w:p>
    <w:p>
      <w:pPr>
        <w:bidi/>
        <w:spacing w:before="0" w:after="80"/>
      </w:pPr>
      <w:r>
        <w:rPr>
          <w:rtl/>
        </w:rPr>
        <w:t>בשנים האחרונות נפתח ליד העיר של עומר אזור תעשייה חדש, ומשפחות צעירות התחילו להגיע אליה.</w:t>
      </w:r>
    </w:p>
    <w:p>
      <w:pPr>
        <w:bidi/>
        <w:spacing w:before="160" w:after="60"/>
      </w:pPr>
      <w:r>
        <w:rPr>
          <w:b/>
          <w:bCs/>
          <w:sz w:val="26"/>
          <w:szCs w:val="26"/>
          <w:rtl/>
        </w:rPr>
        <w:t>8. לפי הקטע: השוו בין שתי הערים.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נושא</w:t>
            </w:r>
          </w:p>
        </w:tc>
        <w:tc>
          <w:tcPr>
            <w:tcW w:type="dxa" w:w="3326"/>
            <w:shd w:val="clear" w:color="auto" w:fill="1a3461"/>
          </w:tcPr>
          <w:p>
            <w:pPr>
              <w:bidi/>
              <w:spacing w:before="0" w:after="40"/>
            </w:pPr>
            <w:r>
              <w:rPr>
                <w:b/>
                <w:bCs/>
                <w:color w:val="FFFFFF"/>
                <w:rtl/>
              </w:rPr>
              <w:t>העיר של תמר</w:t>
            </w:r>
          </w:p>
        </w:tc>
        <w:tc>
          <w:tcPr>
            <w:tcW w:type="dxa" w:w="3326"/>
            <w:shd w:val="clear" w:color="auto" w:fill="1a3461"/>
          </w:tcPr>
          <w:p>
            <w:pPr>
              <w:bidi/>
              <w:spacing w:before="0" w:after="40"/>
            </w:pPr>
            <w:r>
              <w:rPr>
                <w:b/>
                <w:bCs/>
                <w:color w:val="FFFFFF"/>
                <w:rtl/>
              </w:rPr>
              <w:t>העיר של עומר</w:t>
            </w:r>
          </w:p>
        </w:tc>
      </w:tr>
      <w:tr>
        <w:tc>
          <w:tcPr>
            <w:tcW w:type="dxa" w:w="3326"/>
          </w:tcPr>
          <w:p>
            <w:pPr>
              <w:bidi/>
              <w:spacing w:before="0" w:after="40"/>
            </w:pPr>
            <w:r>
              <w:rPr>
                <w:rtl/>
              </w:rPr>
              <w:t>סוג הבנייה</w:t>
            </w:r>
          </w:p>
        </w:tc>
        <w:tc>
          <w:tcPr>
            <w:tcW w:type="dxa" w:w="3326"/>
          </w:tcPr>
          <w:p>
            <w:pPr>
              <w:bidi/>
              <w:spacing w:before="0" w:after="40"/>
            </w:pPr>
            <w:r>
              <w:rPr>
                <w:rtl/>
              </w:rPr>
              <w:t>בניינים גבוהים וצמודים</w:t>
            </w:r>
          </w:p>
        </w:tc>
        <w:tc>
          <w:tcPr>
            <w:tcW w:type="dxa" w:w="3326"/>
          </w:tcPr>
          <w:p>
            <w:pPr>
              <w:bidi/>
              <w:spacing w:before="0" w:after="40"/>
            </w:pPr>
            <w:r>
              <w:rPr>
                <w:rtl/>
              </w:rPr>
            </w:r>
          </w:p>
        </w:tc>
      </w:tr>
      <w:tr>
        <w:tc>
          <w:tcPr>
            <w:tcW w:type="dxa" w:w="3326"/>
          </w:tcPr>
          <w:p>
            <w:pPr>
              <w:bidi/>
              <w:spacing w:before="0" w:after="40"/>
            </w:pPr>
            <w:r>
              <w:rPr>
                <w:rtl/>
              </w:rPr>
              <w:t>יתרון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חיסרון</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9. לפי הקטע, מדוע התחילו משפחות צעירות להגיע לעיר של עומר?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ציירו סמלים למקרא של מפת יישובים: עיר, קיבוץ או מושב, אזור תעשייה, אתר תיירות. ליד כל סמל כתבו את משמעותו.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מפעלים רבים נבנו ליד נמלים, כמו במפרץ חיפה.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מה היתרונות של יישוב שבו גרים יחד בני קבוצות שונות (למשל יהודים וערבים)? כתבו שני יתרונות.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השוו בין עיר לקיבוץ: דבר אחד דומה ושני דברים שונים.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ו'   |   פרק 6</w:t>
      </w:r>
    </w:p>
    <w:p>
      <w:pPr>
        <w:bidi/>
        <w:spacing w:before="0" w:after="120"/>
      </w:pPr>
      <w:r>
        <w:rPr>
          <w:rFonts w:ascii="Tahoma" w:hAnsi="Tahoma" w:cs="Tahoma"/>
          <w:b/>
          <w:bCs/>
          <w:color w:val="1A3461"/>
          <w:sz w:val="44"/>
          <w:szCs w:val="44"/>
          <w:rtl/>
        </w:rPr>
        <w:t>פרק 6: האזור שלי: מאפיינים פיזיים, אנושיים, כלכליים וסביבתיים</w:t>
      </w:r>
    </w:p>
    <w:p>
      <w:pPr>
        <w:bidi/>
        <w:spacing w:before="0" w:after="80"/>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geo_g6_t06.jpg"/>
                    <pic:cNvPicPr/>
                  </pic:nvPicPr>
                  <pic:blipFill>
                    <a:blip r:embed="rId17"/>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שבעה שלבים בחקר אזור</w:t>
      </w:r>
    </w:p>
    <w:p>
      <w:pPr>
        <w:bidi/>
        <w:spacing w:before="0" w:after="20"/>
      </w:pPr>
      <w:r>
        <w:rPr>
          <w:rtl/>
        </w:rPr>
        <w:t>1. מיקום וגבולות.</w:t>
      </w:r>
    </w:p>
    <w:p>
      <w:pPr>
        <w:bidi/>
        <w:spacing w:before="0" w:after="20"/>
      </w:pPr>
      <w:r>
        <w:rPr>
          <w:rtl/>
        </w:rPr>
        <w:t>2. מאפיינים פיזיים ואקלים: נוף, סלע, מים, גשם.</w:t>
      </w:r>
    </w:p>
    <w:p>
      <w:pPr>
        <w:bidi/>
        <w:spacing w:before="0" w:after="20"/>
      </w:pPr>
      <w:r>
        <w:rPr>
          <w:rtl/>
        </w:rPr>
        <w:t>3. היסטוריה ומורשת.</w:t>
      </w:r>
    </w:p>
    <w:p>
      <w:pPr>
        <w:bidi/>
        <w:spacing w:before="0" w:after="20"/>
      </w:pPr>
      <w:r>
        <w:rPr>
          <w:rtl/>
        </w:rPr>
        <w:t>4. אוכלוסייה, יישובים ותרבות.</w:t>
      </w:r>
    </w:p>
    <w:p>
      <w:pPr>
        <w:bidi/>
        <w:spacing w:before="0" w:after="20"/>
      </w:pPr>
      <w:r>
        <w:rPr>
          <w:rtl/>
        </w:rPr>
        <w:t>5. כלכלה: במה עובדים.</w:t>
      </w:r>
    </w:p>
    <w:p>
      <w:pPr>
        <w:bidi/>
        <w:spacing w:before="0" w:after="20"/>
      </w:pPr>
      <w:r>
        <w:rPr>
          <w:rtl/>
        </w:rPr>
        <w:t>6. סביבה: בעיות ופתרונות.</w:t>
      </w:r>
    </w:p>
    <w:p>
      <w:pPr>
        <w:bidi/>
        <w:spacing w:before="0" w:after="20"/>
      </w:pPr>
      <w:r>
        <w:rPr>
          <w:rtl/>
        </w:rPr>
        <w:t>7. מיזוג: איך המאפיינים קשורים זה לזה.</w:t>
      </w:r>
    </w:p>
    <w:p>
      <w:pPr>
        <w:bidi/>
        <w:spacing w:before="120" w:after="40"/>
      </w:pPr>
      <w:r>
        <w:rPr>
          <w:rFonts w:ascii="Tahoma" w:hAnsi="Tahoma" w:cs="Tahoma"/>
          <w:b/>
          <w:bCs/>
          <w:color w:val="1A3461"/>
          <w:sz w:val="28"/>
          <w:szCs w:val="28"/>
          <w:rtl/>
        </w:rPr>
        <w:t>◆ דוגמה: השפלה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מאפיין</w:t>
            </w:r>
          </w:p>
        </w:tc>
        <w:tc>
          <w:tcPr>
            <w:tcW w:type="dxa" w:w="4989"/>
            <w:shd w:val="clear" w:color="auto" w:fill="1a3461"/>
          </w:tcPr>
          <w:p>
            <w:pPr>
              <w:bidi/>
              <w:spacing w:before="0" w:after="40"/>
            </w:pPr>
            <w:r>
              <w:rPr>
                <w:b/>
                <w:bCs/>
                <w:color w:val="FFFFFF"/>
                <w:rtl/>
              </w:rPr>
              <w:t>בשפלה</w:t>
            </w:r>
          </w:p>
        </w:tc>
      </w:tr>
      <w:tr>
        <w:tc>
          <w:tcPr>
            <w:tcW w:type="dxa" w:w="4989"/>
          </w:tcPr>
          <w:p>
            <w:pPr>
              <w:bidi/>
              <w:spacing w:before="0" w:after="40"/>
            </w:pPr>
            <w:r>
              <w:rPr>
                <w:rtl/>
              </w:rPr>
              <w:t>מיקום</w:t>
            </w:r>
          </w:p>
        </w:tc>
        <w:tc>
          <w:tcPr>
            <w:tcW w:type="dxa" w:w="4989"/>
          </w:tcPr>
          <w:p>
            <w:pPr>
              <w:bidi/>
              <w:spacing w:before="0" w:after="40"/>
            </w:pPr>
            <w:r>
              <w:rPr>
                <w:rtl/>
              </w:rPr>
              <w:t>בין מישור החוף להרי יהודה</w:t>
            </w:r>
          </w:p>
        </w:tc>
      </w:tr>
      <w:tr>
        <w:tc>
          <w:tcPr>
            <w:tcW w:type="dxa" w:w="4989"/>
          </w:tcPr>
          <w:p>
            <w:pPr>
              <w:bidi/>
              <w:spacing w:before="0" w:after="40"/>
            </w:pPr>
            <w:r>
              <w:rPr>
                <w:rtl/>
              </w:rPr>
              <w:t>פיזי</w:t>
            </w:r>
          </w:p>
        </w:tc>
        <w:tc>
          <w:tcPr>
            <w:tcW w:type="dxa" w:w="4989"/>
          </w:tcPr>
          <w:p>
            <w:pPr>
              <w:bidi/>
              <w:spacing w:before="0" w:after="40"/>
            </w:pPr>
            <w:r>
              <w:rPr>
                <w:rtl/>
              </w:rPr>
              <w:t>גבעות נמוכות מסלע רך, עמקים רחבים, אקלים ים־תיכוני</w:t>
            </w:r>
          </w:p>
        </w:tc>
      </w:tr>
      <w:tr>
        <w:tc>
          <w:tcPr>
            <w:tcW w:type="dxa" w:w="4989"/>
          </w:tcPr>
          <w:p>
            <w:pPr>
              <w:bidi/>
              <w:spacing w:before="0" w:after="40"/>
            </w:pPr>
            <w:r>
              <w:rPr>
                <w:rtl/>
              </w:rPr>
              <w:t>היסטורי</w:t>
            </w:r>
          </w:p>
        </w:tc>
        <w:tc>
          <w:tcPr>
            <w:tcW w:type="dxa" w:w="4989"/>
          </w:tcPr>
          <w:p>
            <w:pPr>
              <w:bidi/>
              <w:spacing w:before="0" w:after="40"/>
            </w:pPr>
            <w:r>
              <w:rPr>
                <w:rtl/>
              </w:rPr>
              <w:t>תל לכיש, מערות בית גוברין, עמק האלה</w:t>
            </w:r>
          </w:p>
        </w:tc>
      </w:tr>
      <w:tr>
        <w:tc>
          <w:tcPr>
            <w:tcW w:type="dxa" w:w="4989"/>
          </w:tcPr>
          <w:p>
            <w:pPr>
              <w:bidi/>
              <w:spacing w:before="0" w:after="40"/>
            </w:pPr>
            <w:r>
              <w:rPr>
                <w:rtl/>
              </w:rPr>
              <w:t>אנושי</w:t>
            </w:r>
          </w:p>
        </w:tc>
        <w:tc>
          <w:tcPr>
            <w:tcW w:type="dxa" w:w="4989"/>
          </w:tcPr>
          <w:p>
            <w:pPr>
              <w:bidi/>
              <w:spacing w:before="0" w:after="40"/>
            </w:pPr>
            <w:r>
              <w:rPr>
                <w:rtl/>
              </w:rPr>
              <w:t>בית שמש, קריית גת, מושבים וקיבוצים</w:t>
            </w:r>
          </w:p>
        </w:tc>
      </w:tr>
      <w:tr>
        <w:tc>
          <w:tcPr>
            <w:tcW w:type="dxa" w:w="4989"/>
          </w:tcPr>
          <w:p>
            <w:pPr>
              <w:bidi/>
              <w:spacing w:before="0" w:after="40"/>
            </w:pPr>
            <w:r>
              <w:rPr>
                <w:rtl/>
              </w:rPr>
              <w:t>כלכלה</w:t>
            </w:r>
          </w:p>
        </w:tc>
        <w:tc>
          <w:tcPr>
            <w:tcW w:type="dxa" w:w="4989"/>
          </w:tcPr>
          <w:p>
            <w:pPr>
              <w:bidi/>
              <w:spacing w:before="0" w:after="40"/>
            </w:pPr>
            <w:r>
              <w:rPr>
                <w:rtl/>
              </w:rPr>
              <w:t>חיטה, כרמים, תעשייה, תיירות</w:t>
            </w:r>
          </w:p>
        </w:tc>
      </w:tr>
      <w:tr>
        <w:tc>
          <w:tcPr>
            <w:tcW w:type="dxa" w:w="4989"/>
          </w:tcPr>
          <w:p>
            <w:pPr>
              <w:bidi/>
              <w:spacing w:before="0" w:after="40"/>
            </w:pPr>
            <w:r>
              <w:rPr>
                <w:rtl/>
              </w:rPr>
              <w:t>סביבה</w:t>
            </w:r>
          </w:p>
        </w:tc>
        <w:tc>
          <w:tcPr>
            <w:tcW w:type="dxa" w:w="4989"/>
          </w:tcPr>
          <w:p>
            <w:pPr>
              <w:bidi/>
              <w:spacing w:before="0" w:after="40"/>
            </w:pPr>
            <w:r>
              <w:rPr>
                <w:rtl/>
              </w:rPr>
              <w:t>בנייה על שטחים פתוחים</w:t>
            </w:r>
          </w:p>
        </w:tc>
      </w:tr>
    </w:tbl>
    <w:p>
      <w:pPr>
        <w:bidi/>
        <w:spacing w:before="0" w:after="40"/>
      </w:pPr>
    </w:p>
    <w:p>
      <w:pPr>
        <w:bidi/>
        <w:spacing w:before="120" w:after="40"/>
      </w:pPr>
      <w:r>
        <w:rPr>
          <w:rFonts w:ascii="Tahoma" w:hAnsi="Tahoma" w:cs="Tahoma"/>
          <w:b/>
          <w:bCs/>
          <w:color w:val="1A3461"/>
          <w:sz w:val="28"/>
          <w:szCs w:val="28"/>
          <w:rtl/>
        </w:rPr>
        <w:t>◆ מיזוג</w:t>
      </w:r>
    </w:p>
    <w:p>
      <w:pPr>
        <w:bidi/>
        <w:spacing w:before="0" w:after="40"/>
      </w:pPr>
      <w:r>
        <w:rPr>
          <w:rtl/>
        </w:rPr>
        <w:t>סלע רך ← חצבו בו מערות. גשם ואדמה טובה ← חקלאות ← יישובים כבר אלפי שנים.</w:t>
      </w:r>
    </w:p>
    <w:p>
      <w:pPr>
        <w:bidi/>
        <w:spacing w:before="160" w:after="60"/>
      </w:pPr>
      <w:r>
        <w:rPr>
          <w:b/>
          <w:bCs/>
          <w:sz w:val="26"/>
          <w:szCs w:val="26"/>
          <w:rtl/>
        </w:rPr>
        <w:t>1. השלימו את שלבי חקר האזור.</w:t>
      </w:r>
    </w:p>
    <w:p>
      <w:pPr>
        <w:bidi/>
        <w:spacing w:before="0" w:after="80"/>
      </w:pPr>
      <w:r>
        <w:rPr>
          <w:color w:val="1A3461"/>
          <w:sz w:val="24"/>
          <w:szCs w:val="24"/>
          <w:rtl/>
        </w:rPr>
        <w:t>מחסן מילים: מיקום  |  פיזיים  |  אנושיים  |  מיזוג</w:t>
      </w:r>
    </w:p>
    <w:p>
      <w:pPr>
        <w:bidi/>
        <w:spacing w:before="0" w:after="60"/>
      </w:pPr>
      <w:r>
        <w:rPr>
          <w:rtl/>
        </w:rPr>
        <w:t>א. בשלב הראשון קובעים את ה__________ ואת הגבולות של האזור.</w:t>
      </w:r>
    </w:p>
    <w:p>
      <w:pPr>
        <w:bidi/>
        <w:spacing w:before="0" w:after="60"/>
      </w:pPr>
      <w:r>
        <w:rPr>
          <w:rtl/>
        </w:rPr>
        <w:t>ב. נוף, סלע, מים ואקלים הם מאפיינים __________.</w:t>
      </w:r>
    </w:p>
    <w:p>
      <w:pPr>
        <w:bidi/>
        <w:spacing w:before="0" w:after="60"/>
      </w:pPr>
      <w:r>
        <w:rPr>
          <w:rtl/>
        </w:rPr>
        <w:t>ג. מי גר באזור ובאילו יישובים – אלה מאפיינים __________.</w:t>
      </w:r>
    </w:p>
    <w:p>
      <w:pPr>
        <w:bidi/>
        <w:spacing w:before="0" w:after="60"/>
      </w:pPr>
      <w:r>
        <w:rPr>
          <w:rtl/>
        </w:rPr>
        <w:t>ד. בשלב האחרון מחברים את כל המאפיינים – __________.</w:t>
      </w: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מאפיין כלכלי עוסק בעבודה ובפרנסה של התושבים.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תל עתיק הוא מאפיין פיזי של אזור.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זיהום נחל הוא היבט סביבתי.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כמות הגשם היא מאפיין אנושי.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מיינו את המאפיינים של אזור דמיוני בשם «עמק הנחלים».</w:t>
      </w:r>
    </w:p>
    <w:p>
      <w:pPr>
        <w:bidi/>
        <w:spacing w:before="0" w:after="80"/>
      </w:pPr>
      <w:r>
        <w:rPr>
          <w:color w:val="1A3461"/>
          <w:sz w:val="24"/>
          <w:szCs w:val="24"/>
          <w:rtl/>
        </w:rPr>
        <w:t>המילים: אדמה כהה ופורייה  |  שלושה מושבים וכפר  |  פסולת על גדות הנחל  |  נחל זורם כל השנה  |  מחצבה שפוגעת בנוף  |  פסטיבל קציר שנתי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פיזי</w:t>
            </w:r>
          </w:p>
        </w:tc>
        <w:tc>
          <w:tcPr>
            <w:tcW w:type="dxa" w:w="3326"/>
            <w:shd w:val="clear" w:color="auto" w:fill="1a3461"/>
          </w:tcPr>
          <w:p>
            <w:pPr>
              <w:bidi/>
              <w:spacing w:before="0" w:after="40"/>
            </w:pPr>
            <w:r>
              <w:rPr>
                <w:b/>
                <w:bCs/>
                <w:color w:val="FFFFFF"/>
                <w:rtl/>
              </w:rPr>
              <w:t>אנושי ותרבותי</w:t>
            </w:r>
          </w:p>
        </w:tc>
        <w:tc>
          <w:tcPr>
            <w:tcW w:type="dxa" w:w="3326"/>
            <w:shd w:val="clear" w:color="auto" w:fill="1a3461"/>
          </w:tcPr>
          <w:p>
            <w:pPr>
              <w:bidi/>
              <w:spacing w:before="0" w:after="40"/>
            </w:pPr>
            <w:r>
              <w:rPr>
                <w:b/>
                <w:bCs/>
                <w:color w:val="FFFFFF"/>
                <w:rtl/>
              </w:rPr>
              <w:t>סביבתי</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4. התאימו בין המאפיין בשפלה להסבר שלו (מיזוג).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הסלע רך</w:t>
            </w:r>
          </w:p>
        </w:tc>
        <w:tc>
          <w:tcPr>
            <w:tcW w:type="dxa" w:w="4989"/>
          </w:tcPr>
          <w:p>
            <w:pPr>
              <w:bidi/>
              <w:spacing w:before="0" w:after="40"/>
            </w:pPr>
            <w:r>
              <w:rPr>
                <w:rtl/>
              </w:rPr>
              <w:t>[   ] מגדלים חיטה בחורף</w:t>
            </w:r>
          </w:p>
        </w:tc>
      </w:tr>
      <w:tr>
        <w:tc>
          <w:tcPr>
            <w:tcW w:type="dxa" w:w="4989"/>
          </w:tcPr>
          <w:p>
            <w:pPr>
              <w:bidi/>
              <w:spacing w:before="0" w:after="40"/>
            </w:pPr>
            <w:r>
              <w:rPr>
                <w:rtl/>
              </w:rPr>
              <w:t>2. יורד מספיק גשם</w:t>
            </w:r>
          </w:p>
        </w:tc>
        <w:tc>
          <w:tcPr>
            <w:tcW w:type="dxa" w:w="4989"/>
          </w:tcPr>
          <w:p>
            <w:pPr>
              <w:bidi/>
              <w:spacing w:before="0" w:after="40"/>
            </w:pPr>
            <w:r>
              <w:rPr>
                <w:rtl/>
              </w:rPr>
              <w:t>[   ] היה קל לחצוב מערות</w:t>
            </w:r>
          </w:p>
        </w:tc>
      </w:tr>
      <w:tr>
        <w:tc>
          <w:tcPr>
            <w:tcW w:type="dxa" w:w="4989"/>
          </w:tcPr>
          <w:p>
            <w:pPr>
              <w:bidi/>
              <w:spacing w:before="0" w:after="40"/>
            </w:pPr>
            <w:r>
              <w:rPr>
                <w:rtl/>
              </w:rPr>
              <w:t>3. השפלה קרובה למרכז הארץ</w:t>
            </w:r>
          </w:p>
        </w:tc>
        <w:tc>
          <w:tcPr>
            <w:tcW w:type="dxa" w:w="4989"/>
          </w:tcPr>
          <w:p>
            <w:pPr>
              <w:bidi/>
              <w:spacing w:before="0" w:after="40"/>
            </w:pPr>
            <w:r>
              <w:rPr>
                <w:rtl/>
              </w:rPr>
              <w:t>[   ] השטחים הפתוחים מצטמצמים</w:t>
            </w:r>
          </w:p>
        </w:tc>
      </w:tr>
      <w:tr>
        <w:tc>
          <w:tcPr>
            <w:tcW w:type="dxa" w:w="4989"/>
          </w:tcPr>
          <w:p>
            <w:pPr>
              <w:bidi/>
              <w:spacing w:before="0" w:after="40"/>
            </w:pPr>
            <w:r>
              <w:rPr>
                <w:rtl/>
              </w:rPr>
              <w:t>4. בונים שכונות חדשות</w:t>
            </w:r>
          </w:p>
        </w:tc>
        <w:tc>
          <w:tcPr>
            <w:tcW w:type="dxa" w:w="4989"/>
          </w:tcPr>
          <w:p>
            <w:pPr>
              <w:bidi/>
              <w:spacing w:before="0" w:after="40"/>
            </w:pPr>
            <w:r>
              <w:rPr>
                <w:rtl/>
              </w:rPr>
              <w:t>[   ] אנשים רבים עוברים לגור בה</w:t>
            </w:r>
          </w:p>
        </w:tc>
      </w:tr>
    </w:tbl>
    <w:p>
      <w:pPr>
        <w:bidi/>
        <w:spacing w:before="0" w:after="40"/>
      </w:pPr>
    </w:p>
    <w:p>
      <w:pPr>
        <w:bidi/>
        <w:spacing w:before="160" w:after="60"/>
      </w:pPr>
      <w:r>
        <w:rPr>
          <w:b/>
          <w:bCs/>
          <w:sz w:val="26"/>
          <w:szCs w:val="26"/>
          <w:rtl/>
        </w:rPr>
        <w:t>5. בחרו.</w:t>
      </w:r>
    </w:p>
    <w:p>
      <w:pPr>
        <w:bidi/>
        <w:spacing w:before="0" w:after="20"/>
      </w:pPr>
      <w:r>
        <w:rPr>
          <w:rtl/>
        </w:rPr>
        <w:t>א. איזו מילה מתאימה למשפט מיזוג?</w:t>
      </w:r>
    </w:p>
    <w:p>
      <w:pPr>
        <w:bidi/>
        <w:spacing w:before="0" w:after="80"/>
      </w:pPr>
      <w:r>
        <w:rPr>
          <w:rtl/>
        </w:rPr>
        <w:t xml:space="preserve">   ○ ולכן      ○ אבל לא      ○ פעם</w:t>
      </w:r>
    </w:p>
    <w:p>
      <w:pPr>
        <w:bidi/>
        <w:spacing w:before="0" w:after="20"/>
      </w:pPr>
      <w:r>
        <w:rPr>
          <w:rtl/>
        </w:rPr>
        <w:t>ב. איזה מאפיין הוא היסטורי?</w:t>
      </w:r>
    </w:p>
    <w:p>
      <w:pPr>
        <w:bidi/>
        <w:spacing w:before="0" w:after="80"/>
      </w:pPr>
      <w:r>
        <w:rPr>
          <w:rtl/>
        </w:rPr>
        <w:t xml:space="preserve">   ○ מערה שנחצבה לפני מאות שנים      ○ כמות הגשם השנה      ○ מספר התושבים היום</w:t>
      </w:r>
    </w:p>
    <w:p>
      <w:pPr>
        <w:bidi/>
        <w:spacing w:before="160" w:after="60"/>
      </w:pPr>
      <w:r>
        <w:rPr>
          <w:b/>
          <w:bCs/>
          <w:sz w:val="26"/>
          <w:szCs w:val="26"/>
          <w:rtl/>
        </w:rPr>
        <w:t>6. השלימו את הטבלה על האזור שבו אתם גרים (תשובה אישית בעמודה השלישית).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מאפיין</w:t>
            </w:r>
          </w:p>
        </w:tc>
        <w:tc>
          <w:tcPr>
            <w:tcW w:type="dxa" w:w="3326"/>
            <w:shd w:val="clear" w:color="auto" w:fill="1a3461"/>
          </w:tcPr>
          <w:p>
            <w:pPr>
              <w:bidi/>
              <w:spacing w:before="0" w:after="40"/>
            </w:pPr>
            <w:r>
              <w:rPr>
                <w:b/>
                <w:bCs/>
                <w:color w:val="FFFFFF"/>
                <w:rtl/>
              </w:rPr>
              <w:t>שאלה</w:t>
            </w:r>
          </w:p>
        </w:tc>
        <w:tc>
          <w:tcPr>
            <w:tcW w:type="dxa" w:w="3326"/>
            <w:shd w:val="clear" w:color="auto" w:fill="1a3461"/>
          </w:tcPr>
          <w:p>
            <w:pPr>
              <w:bidi/>
              <w:spacing w:before="0" w:after="40"/>
            </w:pPr>
            <w:r>
              <w:rPr>
                <w:b/>
                <w:bCs/>
                <w:color w:val="FFFFFF"/>
                <w:rtl/>
              </w:rPr>
              <w:t>האזור שלי</w:t>
            </w:r>
          </w:p>
        </w:tc>
      </w:tr>
      <w:tr>
        <w:tc>
          <w:tcPr>
            <w:tcW w:type="dxa" w:w="3326"/>
          </w:tcPr>
          <w:p>
            <w:pPr>
              <w:bidi/>
              <w:spacing w:before="0" w:after="40"/>
            </w:pPr>
            <w:r>
              <w:rPr>
                <w:rtl/>
              </w:rPr>
              <w:t>מיקום</w:t>
            </w:r>
          </w:p>
        </w:tc>
        <w:tc>
          <w:tcPr>
            <w:tcW w:type="dxa" w:w="3326"/>
          </w:tcPr>
          <w:p>
            <w:pPr>
              <w:bidi/>
              <w:spacing w:before="0" w:after="40"/>
            </w:pPr>
            <w:r>
              <w:rPr>
                <w:rtl/>
              </w:rPr>
              <w:t>איפה האזור ומה גבולותיו?</w:t>
            </w:r>
          </w:p>
        </w:tc>
        <w:tc>
          <w:tcPr>
            <w:tcW w:type="dxa" w:w="3326"/>
          </w:tcPr>
          <w:p>
            <w:pPr>
              <w:bidi/>
              <w:spacing w:before="0" w:after="40"/>
            </w:pPr>
            <w:r>
              <w:rPr>
                <w:rtl/>
              </w:rPr>
            </w:r>
          </w:p>
        </w:tc>
      </w:tr>
      <w:tr>
        <w:tc>
          <w:tcPr>
            <w:tcW w:type="dxa" w:w="3326"/>
          </w:tcPr>
          <w:p>
            <w:pPr>
              <w:bidi/>
              <w:spacing w:before="0" w:after="40"/>
            </w:pPr>
            <w:r>
              <w:rPr>
                <w:rtl/>
              </w:rPr>
              <w:t>פיזי</w:t>
            </w:r>
          </w:p>
        </w:tc>
        <w:tc>
          <w:tcPr>
            <w:tcW w:type="dxa" w:w="3326"/>
          </w:tcPr>
          <w:p>
            <w:pPr>
              <w:bidi/>
              <w:spacing w:before="0" w:after="40"/>
            </w:pPr>
            <w:r>
              <w:rPr>
                <w:rtl/>
              </w:rPr>
              <w:t>איך הנוף והאקלים?</w:t>
            </w:r>
          </w:p>
        </w:tc>
        <w:tc>
          <w:tcPr>
            <w:tcW w:type="dxa" w:w="3326"/>
          </w:tcPr>
          <w:p>
            <w:pPr>
              <w:bidi/>
              <w:spacing w:before="0" w:after="40"/>
            </w:pPr>
            <w:r>
              <w:rPr>
                <w:rtl/>
              </w:rPr>
            </w:r>
          </w:p>
        </w:tc>
      </w:tr>
      <w:tr>
        <w:tc>
          <w:tcPr>
            <w:tcW w:type="dxa" w:w="3326"/>
          </w:tcPr>
          <w:p>
            <w:pPr>
              <w:bidi/>
              <w:spacing w:before="0" w:after="40"/>
            </w:pPr>
            <w:r>
              <w:rPr>
                <w:rtl/>
              </w:rPr>
              <w:t>אנושי</w:t>
            </w:r>
          </w:p>
        </w:tc>
        <w:tc>
          <w:tcPr>
            <w:tcW w:type="dxa" w:w="3326"/>
          </w:tcPr>
          <w:p>
            <w:pPr>
              <w:bidi/>
              <w:spacing w:before="0" w:after="40"/>
            </w:pPr>
            <w:r>
              <w:rPr>
                <w:rtl/>
              </w:rPr>
              <w:t>אילו יישובים וקהילות יש בו?</w:t>
            </w:r>
          </w:p>
        </w:tc>
        <w:tc>
          <w:tcPr>
            <w:tcW w:type="dxa" w:w="3326"/>
          </w:tcPr>
          <w:p>
            <w:pPr>
              <w:bidi/>
              <w:spacing w:before="0" w:after="40"/>
            </w:pPr>
            <w:r>
              <w:rPr>
                <w:rtl/>
              </w:rPr>
            </w:r>
          </w:p>
        </w:tc>
      </w:tr>
      <w:tr>
        <w:tc>
          <w:tcPr>
            <w:tcW w:type="dxa" w:w="3326"/>
          </w:tcPr>
          <w:p>
            <w:pPr>
              <w:bidi/>
              <w:spacing w:before="0" w:after="40"/>
            </w:pPr>
            <w:r>
              <w:rPr>
                <w:rtl/>
              </w:rPr>
              <w:t>כלכלה</w:t>
            </w:r>
          </w:p>
        </w:tc>
        <w:tc>
          <w:tcPr>
            <w:tcW w:type="dxa" w:w="3326"/>
          </w:tcPr>
          <w:p>
            <w:pPr>
              <w:bidi/>
              <w:spacing w:before="0" w:after="40"/>
            </w:pPr>
            <w:r>
              <w:rPr>
                <w:rtl/>
              </w:rPr>
              <w:t>במה עובדים בו?</w:t>
            </w:r>
          </w:p>
        </w:tc>
        <w:tc>
          <w:tcPr>
            <w:tcW w:type="dxa" w:w="3326"/>
          </w:tcPr>
          <w:p>
            <w:pPr>
              <w:bidi/>
              <w:spacing w:before="0" w:after="40"/>
            </w:pPr>
            <w:r>
              <w:rPr>
                <w:rtl/>
              </w:rPr>
            </w:r>
          </w:p>
        </w:tc>
      </w:tr>
      <w:tr>
        <w:tc>
          <w:tcPr>
            <w:tcW w:type="dxa" w:w="3326"/>
          </w:tcPr>
          <w:p>
            <w:pPr>
              <w:bidi/>
              <w:spacing w:before="0" w:after="40"/>
            </w:pPr>
            <w:r>
              <w:rPr>
                <w:rtl/>
              </w:rPr>
              <w:t>סביבה</w:t>
            </w:r>
          </w:p>
        </w:tc>
        <w:tc>
          <w:tcPr>
            <w:tcW w:type="dxa" w:w="3326"/>
          </w:tcPr>
          <w:p>
            <w:pPr>
              <w:bidi/>
              <w:spacing w:before="0" w:after="40"/>
            </w:pPr>
            <w:r>
              <w:rPr>
                <w:rtl/>
              </w:rPr>
              <w:t>איזו בעיה סביבתית יש בו?</w:t>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1A3461"/>
          <w:sz w:val="30"/>
          <w:szCs w:val="30"/>
          <w:rtl/>
        </w:rPr>
        <w:t>עמק הנחלים – אזור דמיוני</w:t>
      </w:r>
    </w:p>
    <w:p>
      <w:pPr>
        <w:bidi/>
        <w:spacing w:before="0" w:after="80"/>
      </w:pPr>
      <w:r>
        <w:rPr>
          <w:rtl/>
        </w:rPr>
        <w:t>«עמק הנחלים» הוא אזור דמיוני בצפון הארץ. במרכזו עמק שטוח, ומשני צדדיו גבעות מכוסות חורש. נחל קטן זורם בעמק כל השנה, ובחורף יורד בו הרבה גשם.</w:t>
      </w:r>
    </w:p>
    <w:p>
      <w:pPr>
        <w:bidi/>
        <w:spacing w:before="0" w:after="80"/>
      </w:pPr>
      <w:r>
        <w:rPr>
          <w:rtl/>
        </w:rPr>
        <w:t>לפני כמאה שנה הגיעו לעמק המתיישבים הראשונים. הם ייבשו ביצות ושתלו מטעים. היום יש בעמק שלושה מושבים וכפר אחד, ותושביהם עובדים בחקלאות, במפעל לשימורי פירות ובצימרים לתיירים.</w:t>
      </w:r>
    </w:p>
    <w:p>
      <w:pPr>
        <w:bidi/>
        <w:spacing w:before="0" w:after="80"/>
      </w:pPr>
      <w:r>
        <w:rPr>
          <w:rtl/>
        </w:rPr>
        <w:t>בשנים האחרונות התחילו להשליך פסולת לגדות הנחל, והדגים בו מתמעטים. תלמידי בית הספר האזורי יזמו יום ניקיון והציבו שלטים שמבקשים לשמור על הנחל.</w:t>
      </w:r>
    </w:p>
    <w:p>
      <w:pPr>
        <w:bidi/>
        <w:spacing w:before="160" w:after="60"/>
      </w:pPr>
      <w:r>
        <w:rPr>
          <w:b/>
          <w:bCs/>
          <w:sz w:val="26"/>
          <w:szCs w:val="26"/>
          <w:rtl/>
        </w:rPr>
        <w:t>7. לפי הקטע: מיינו את המידע לפי סוגי המאפיינים.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סוג המאפיין</w:t>
            </w:r>
          </w:p>
        </w:tc>
        <w:tc>
          <w:tcPr>
            <w:tcW w:type="dxa" w:w="4989"/>
            <w:shd w:val="clear" w:color="auto" w:fill="1a3461"/>
          </w:tcPr>
          <w:p>
            <w:pPr>
              <w:bidi/>
              <w:spacing w:before="0" w:after="40"/>
            </w:pPr>
            <w:r>
              <w:rPr>
                <w:b/>
                <w:bCs/>
                <w:color w:val="FFFFFF"/>
                <w:rtl/>
              </w:rPr>
              <w:t>המידע מהקטע</w:t>
            </w:r>
          </w:p>
        </w:tc>
      </w:tr>
      <w:tr>
        <w:tc>
          <w:tcPr>
            <w:tcW w:type="dxa" w:w="4989"/>
          </w:tcPr>
          <w:p>
            <w:pPr>
              <w:bidi/>
              <w:spacing w:before="0" w:after="40"/>
            </w:pPr>
            <w:r>
              <w:rPr>
                <w:rtl/>
              </w:rPr>
              <w:t>פיזי</w:t>
            </w:r>
          </w:p>
        </w:tc>
        <w:tc>
          <w:tcPr>
            <w:tcW w:type="dxa" w:w="4989"/>
          </w:tcPr>
          <w:p>
            <w:pPr>
              <w:bidi/>
              <w:spacing w:before="0" w:after="40"/>
            </w:pPr>
            <w:r>
              <w:rPr>
                <w:rtl/>
              </w:rPr>
            </w:r>
          </w:p>
        </w:tc>
      </w:tr>
      <w:tr>
        <w:tc>
          <w:tcPr>
            <w:tcW w:type="dxa" w:w="4989"/>
          </w:tcPr>
          <w:p>
            <w:pPr>
              <w:bidi/>
              <w:spacing w:before="0" w:after="40"/>
            </w:pPr>
            <w:r>
              <w:rPr>
                <w:rtl/>
              </w:rPr>
              <w:t>היסטורי</w:t>
            </w:r>
          </w:p>
        </w:tc>
        <w:tc>
          <w:tcPr>
            <w:tcW w:type="dxa" w:w="4989"/>
          </w:tcPr>
          <w:p>
            <w:pPr>
              <w:bidi/>
              <w:spacing w:before="0" w:after="40"/>
            </w:pPr>
            <w:r>
              <w:rPr>
                <w:rtl/>
              </w:rPr>
            </w:r>
          </w:p>
        </w:tc>
      </w:tr>
      <w:tr>
        <w:tc>
          <w:tcPr>
            <w:tcW w:type="dxa" w:w="4989"/>
          </w:tcPr>
          <w:p>
            <w:pPr>
              <w:bidi/>
              <w:spacing w:before="0" w:after="40"/>
            </w:pPr>
            <w:r>
              <w:rPr>
                <w:rtl/>
              </w:rPr>
              <w:t>כלכלי</w:t>
            </w:r>
          </w:p>
        </w:tc>
        <w:tc>
          <w:tcPr>
            <w:tcW w:type="dxa" w:w="4989"/>
          </w:tcPr>
          <w:p>
            <w:pPr>
              <w:bidi/>
              <w:spacing w:before="0" w:after="40"/>
            </w:pPr>
            <w:r>
              <w:rPr>
                <w:rtl/>
              </w:rPr>
            </w:r>
          </w:p>
        </w:tc>
      </w:tr>
      <w:tr>
        <w:tc>
          <w:tcPr>
            <w:tcW w:type="dxa" w:w="4989"/>
          </w:tcPr>
          <w:p>
            <w:pPr>
              <w:bidi/>
              <w:spacing w:before="0" w:after="40"/>
            </w:pPr>
            <w:r>
              <w:rPr>
                <w:rtl/>
              </w:rPr>
              <w:t>סביבתי</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8. כתבו משפט מיזוג על «עמק הנחלים» שמחבר בין מאפיין פיזי למאפיין כלכלי.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לפי הקטע, מה עשו התלמידים כדי לשמור על הנחל? הציעו עוד פעולה אחת.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ציירו את «עמק הנחלים» לפי התיאור: עמק, גבעות משני הצדדים, הנחל, שלושה מושבים וכפר.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ראיינו בבית בן משפחה: מה השתנה באזור שלכם מאז שהיה ילד? כתבו שני שינויים.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בחרו בעיה סביבתית אחת באזור שלכם. כתבו מה הבעיה, מה גורם לה, ומה אפשר לעשות.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ו'   |   פרק 7</w:t>
      </w:r>
    </w:p>
    <w:p>
      <w:pPr>
        <w:bidi/>
        <w:spacing w:before="0" w:after="120"/>
      </w:pPr>
      <w:r>
        <w:rPr>
          <w:rFonts w:ascii="Tahoma" w:hAnsi="Tahoma" w:cs="Tahoma"/>
          <w:b/>
          <w:bCs/>
          <w:color w:val="1A3461"/>
          <w:sz w:val="44"/>
          <w:szCs w:val="44"/>
          <w:rtl/>
        </w:rPr>
        <w:t>פרק 7: ירושלים בירת ישראל: מיקום, נוף, אוכלוסייה ומרכז לאומי ורוחני</w:t>
      </w:r>
    </w:p>
    <w:p>
      <w:pPr>
        <w:bidi/>
        <w:spacing w:before="0" w:after="80"/>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geo_g6_t07.jpg"/>
                    <pic:cNvPicPr/>
                  </pic:nvPicPr>
                  <pic:blipFill>
                    <a:blip r:embed="rId18"/>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1A3461"/>
          <w:sz w:val="28"/>
          <w:szCs w:val="28"/>
          <w:rtl/>
        </w:rPr>
        <w:t>◆ עיר בהרים</w:t>
      </w:r>
    </w:p>
    <w:p>
      <w:pPr>
        <w:bidi/>
        <w:spacing w:before="0" w:after="20"/>
      </w:pPr>
      <w:r>
        <w:rPr>
          <w:rtl/>
        </w:rPr>
        <w:t>1. בהרי יהודה, גבוה מעל פני הים, על קו פרשת המים.</w:t>
      </w:r>
    </w:p>
    <w:p>
      <w:pPr>
        <w:bidi/>
        <w:spacing w:before="0" w:after="20"/>
      </w:pPr>
      <w:r>
        <w:rPr>
          <w:rtl/>
        </w:rPr>
        <w:t>2. ממערב: מדרונות ירוקים ויערות; ממזרח: מדבר יהודה (צל גשם).</w:t>
      </w:r>
    </w:p>
    <w:p>
      <w:pPr>
        <w:bidi/>
        <w:spacing w:before="0" w:after="20"/>
      </w:pPr>
      <w:r>
        <w:rPr>
          <w:rtl/>
        </w:rPr>
        <w:t>3. אקלים ים־תיכוני הררי: חורף קר וגשום, ולעיתים שלג.</w:t>
      </w:r>
    </w:p>
    <w:p>
      <w:pPr>
        <w:bidi/>
        <w:spacing w:before="120" w:after="40"/>
      </w:pPr>
      <w:r>
        <w:rPr>
          <w:rFonts w:ascii="Tahoma" w:hAnsi="Tahoma" w:cs="Tahoma"/>
          <w:b/>
          <w:bCs/>
          <w:color w:val="1A3461"/>
          <w:sz w:val="28"/>
          <w:szCs w:val="28"/>
          <w:rtl/>
        </w:rPr>
        <w:t>◆ עיר קדושה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דת</w:t>
            </w:r>
          </w:p>
        </w:tc>
        <w:tc>
          <w:tcPr>
            <w:tcW w:type="dxa" w:w="4989"/>
            <w:shd w:val="clear" w:color="auto" w:fill="1a3461"/>
          </w:tcPr>
          <w:p>
            <w:pPr>
              <w:bidi/>
              <w:spacing w:before="0" w:after="40"/>
            </w:pPr>
            <w:r>
              <w:rPr>
                <w:b/>
                <w:bCs/>
                <w:color w:val="FFFFFF"/>
                <w:rtl/>
              </w:rPr>
              <w:t>מקום קדוש</w:t>
            </w:r>
          </w:p>
        </w:tc>
      </w:tr>
      <w:tr>
        <w:tc>
          <w:tcPr>
            <w:tcW w:type="dxa" w:w="4989"/>
          </w:tcPr>
          <w:p>
            <w:pPr>
              <w:bidi/>
              <w:spacing w:before="0" w:after="40"/>
            </w:pPr>
            <w:r>
              <w:rPr>
                <w:rtl/>
              </w:rPr>
              <w:t>יהדות</w:t>
            </w:r>
          </w:p>
        </w:tc>
        <w:tc>
          <w:tcPr>
            <w:tcW w:type="dxa" w:w="4989"/>
          </w:tcPr>
          <w:p>
            <w:pPr>
              <w:bidi/>
              <w:spacing w:before="0" w:after="40"/>
            </w:pPr>
            <w:r>
              <w:rPr>
                <w:rtl/>
              </w:rPr>
              <w:t>הכותל המערבי והר הבית</w:t>
            </w:r>
          </w:p>
        </w:tc>
      </w:tr>
      <w:tr>
        <w:tc>
          <w:tcPr>
            <w:tcW w:type="dxa" w:w="4989"/>
          </w:tcPr>
          <w:p>
            <w:pPr>
              <w:bidi/>
              <w:spacing w:before="0" w:after="40"/>
            </w:pPr>
            <w:r>
              <w:rPr>
                <w:rtl/>
              </w:rPr>
              <w:t>נצרות</w:t>
            </w:r>
          </w:p>
        </w:tc>
        <w:tc>
          <w:tcPr>
            <w:tcW w:type="dxa" w:w="4989"/>
          </w:tcPr>
          <w:p>
            <w:pPr>
              <w:bidi/>
              <w:spacing w:before="0" w:after="40"/>
            </w:pPr>
            <w:r>
              <w:rPr>
                <w:rtl/>
              </w:rPr>
              <w:t>כנסיית הקבר</w:t>
            </w:r>
          </w:p>
        </w:tc>
      </w:tr>
      <w:tr>
        <w:tc>
          <w:tcPr>
            <w:tcW w:type="dxa" w:w="4989"/>
          </w:tcPr>
          <w:p>
            <w:pPr>
              <w:bidi/>
              <w:spacing w:before="0" w:after="40"/>
            </w:pPr>
            <w:r>
              <w:rPr>
                <w:rtl/>
              </w:rPr>
              <w:t>אסלאם</w:t>
            </w:r>
          </w:p>
        </w:tc>
        <w:tc>
          <w:tcPr>
            <w:tcW w:type="dxa" w:w="4989"/>
          </w:tcPr>
          <w:p>
            <w:pPr>
              <w:bidi/>
              <w:spacing w:before="0" w:after="40"/>
            </w:pPr>
            <w:r>
              <w:rPr>
                <w:rtl/>
              </w:rPr>
              <w:t>מסגד אל־אקצא</w:t>
            </w:r>
          </w:p>
        </w:tc>
      </w:tr>
    </w:tbl>
    <w:p>
      <w:pPr>
        <w:bidi/>
        <w:spacing w:before="0" w:after="40"/>
      </w:pPr>
    </w:p>
    <w:p>
      <w:pPr>
        <w:bidi/>
        <w:spacing w:before="120" w:after="40"/>
      </w:pPr>
      <w:r>
        <w:rPr>
          <w:rFonts w:ascii="Tahoma" w:hAnsi="Tahoma" w:cs="Tahoma"/>
          <w:b/>
          <w:bCs/>
          <w:color w:val="1A3461"/>
          <w:sz w:val="28"/>
          <w:szCs w:val="28"/>
          <w:rtl/>
        </w:rPr>
        <w:t>◆ עיר בירה ועיר חיה</w:t>
      </w:r>
    </w:p>
    <w:p>
      <w:pPr>
        <w:bidi/>
        <w:spacing w:before="0" w:after="40"/>
      </w:pPr>
      <w:r>
        <w:rPr>
          <w:rtl/>
        </w:rPr>
        <w:t>בירושלים: הכנסת, הממשלה, בית המשפט העליון ובית הנשיא. זו העיר הגדולה בישראל במספר התושבים, וגרות בה קהילות רבות. העיר העתיקה – ארבעה רבעים: יהודי, מוסלמי, נוצרי וארמני.</w:t>
      </w:r>
    </w:p>
    <w:p>
      <w:pPr>
        <w:bidi/>
        <w:spacing w:before="160" w:after="60"/>
      </w:pPr>
      <w:r>
        <w:rPr>
          <w:b/>
          <w:bCs/>
          <w:sz w:val="26"/>
          <w:szCs w:val="26"/>
          <w:rtl/>
        </w:rPr>
        <w:t>1. השלימו.</w:t>
      </w:r>
    </w:p>
    <w:p>
      <w:pPr>
        <w:bidi/>
        <w:spacing w:before="0" w:after="80"/>
      </w:pPr>
      <w:r>
        <w:rPr>
          <w:color w:val="1A3461"/>
          <w:sz w:val="24"/>
          <w:szCs w:val="24"/>
          <w:rtl/>
        </w:rPr>
        <w:t>מחסן מילים: ירושלים  |  עות'מאנית  |  אל־אקצא  |  קלה</w:t>
      </w:r>
    </w:p>
    <w:p>
      <w:pPr>
        <w:bidi/>
        <w:spacing w:before="0" w:after="60"/>
      </w:pPr>
      <w:r>
        <w:rPr>
          <w:rtl/>
        </w:rPr>
        <w:t>א. העיר הגדולה בישראל במספר התושבים היא __________.</w:t>
      </w:r>
    </w:p>
    <w:p>
      <w:pPr>
        <w:bidi/>
        <w:spacing w:before="0" w:after="60"/>
      </w:pPr>
      <w:r>
        <w:rPr>
          <w:rtl/>
        </w:rPr>
        <w:t>ב. החומה סביב העיר העתיקה נבנתה בתקופה ה__________.</w:t>
      </w:r>
    </w:p>
    <w:p>
      <w:pPr>
        <w:bidi/>
        <w:spacing w:before="0" w:after="60"/>
      </w:pPr>
      <w:r>
        <w:rPr>
          <w:rtl/>
        </w:rPr>
        <w:t>ג. המקום הקדוש לאסלאם בירושלים: מסגד __________.</w:t>
      </w:r>
    </w:p>
    <w:p>
      <w:pPr>
        <w:bidi/>
        <w:spacing w:before="0" w:after="60"/>
      </w:pPr>
      <w:r>
        <w:rPr>
          <w:rtl/>
        </w:rPr>
        <w:t>ד. הרכבת ה__________ מחברת בין שכונות רבות בעיר.</w:t>
      </w:r>
    </w:p>
    <w:p>
      <w:pPr>
        <w:bidi/>
        <w:spacing w:before="160" w:after="60"/>
      </w:pPr>
      <w:r>
        <w:rPr>
          <w:b/>
          <w:bCs/>
          <w:sz w:val="26"/>
          <w:szCs w:val="26"/>
          <w:rtl/>
        </w:rPr>
        <w:t>2.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הכנסת נמצאת בירושלים.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ממערב לירושלים נמצא מדבר יהודה.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בירושלים יורד לעיתים שלג בחורף.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בירושלים גרה קהילה אחת בלבד.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בין ה«כובע» של ירושלים לדוגמה.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עיר בהרים</w:t>
            </w:r>
          </w:p>
        </w:tc>
        <w:tc>
          <w:tcPr>
            <w:tcW w:type="dxa" w:w="4989"/>
          </w:tcPr>
          <w:p>
            <w:pPr>
              <w:bidi/>
              <w:spacing w:before="0" w:after="40"/>
            </w:pPr>
            <w:r>
              <w:rPr>
                <w:rtl/>
              </w:rPr>
              <w:t>[   ] מוזיאון ישראל והאוניברסיטה העברית</w:t>
            </w:r>
          </w:p>
        </w:tc>
      </w:tr>
      <w:tr>
        <w:tc>
          <w:tcPr>
            <w:tcW w:type="dxa" w:w="4989"/>
          </w:tcPr>
          <w:p>
            <w:pPr>
              <w:bidi/>
              <w:spacing w:before="0" w:after="40"/>
            </w:pPr>
            <w:r>
              <w:rPr>
                <w:rtl/>
              </w:rPr>
              <w:t>2. עיר קדושה</w:t>
            </w:r>
          </w:p>
        </w:tc>
        <w:tc>
          <w:tcPr>
            <w:tcW w:type="dxa" w:w="4989"/>
          </w:tcPr>
          <w:p>
            <w:pPr>
              <w:bidi/>
              <w:spacing w:before="0" w:after="40"/>
            </w:pPr>
            <w:r>
              <w:rPr>
                <w:rtl/>
              </w:rPr>
              <w:t>[   ] הכנסת ומשרדי הממשלה</w:t>
            </w:r>
          </w:p>
        </w:tc>
      </w:tr>
      <w:tr>
        <w:tc>
          <w:tcPr>
            <w:tcW w:type="dxa" w:w="4989"/>
          </w:tcPr>
          <w:p>
            <w:pPr>
              <w:bidi/>
              <w:spacing w:before="0" w:after="40"/>
            </w:pPr>
            <w:r>
              <w:rPr>
                <w:rtl/>
              </w:rPr>
              <w:t>3. עיר בירה</w:t>
            </w:r>
          </w:p>
        </w:tc>
        <w:tc>
          <w:tcPr>
            <w:tcW w:type="dxa" w:w="4989"/>
          </w:tcPr>
          <w:p>
            <w:pPr>
              <w:bidi/>
              <w:spacing w:before="0" w:after="40"/>
            </w:pPr>
            <w:r>
              <w:rPr>
                <w:rtl/>
              </w:rPr>
              <w:t>[   ] שוכנת בהרי יהודה, על קו פרשת המים</w:t>
            </w:r>
          </w:p>
        </w:tc>
      </w:tr>
      <w:tr>
        <w:tc>
          <w:tcPr>
            <w:tcW w:type="dxa" w:w="4989"/>
          </w:tcPr>
          <w:p>
            <w:pPr>
              <w:bidi/>
              <w:spacing w:before="0" w:after="40"/>
            </w:pPr>
            <w:r>
              <w:rPr>
                <w:rtl/>
              </w:rPr>
              <w:t>4. עיר של תרבות ומדע</w:t>
            </w:r>
          </w:p>
        </w:tc>
        <w:tc>
          <w:tcPr>
            <w:tcW w:type="dxa" w:w="4989"/>
          </w:tcPr>
          <w:p>
            <w:pPr>
              <w:bidi/>
              <w:spacing w:before="0" w:after="40"/>
            </w:pPr>
            <w:r>
              <w:rPr>
                <w:rtl/>
              </w:rPr>
              <w:t>[   ] הכותל, כנסיית הקבר ומסגד אל־אקצא</w:t>
            </w:r>
          </w:p>
        </w:tc>
      </w:tr>
    </w:tbl>
    <w:p>
      <w:pPr>
        <w:bidi/>
        <w:spacing w:before="0" w:after="40"/>
      </w:pPr>
    </w:p>
    <w:p>
      <w:pPr>
        <w:bidi/>
        <w:spacing w:before="160" w:after="60"/>
      </w:pPr>
      <w:r>
        <w:rPr>
          <w:b/>
          <w:bCs/>
          <w:sz w:val="26"/>
          <w:szCs w:val="26"/>
          <w:rtl/>
        </w:rPr>
        <w:t>4. מיינו את המשפטים: מאפיין פיזי או מאפיין אנושי של ירושלים?</w:t>
      </w:r>
    </w:p>
    <w:p>
      <w:pPr>
        <w:bidi/>
        <w:spacing w:before="0" w:after="80"/>
      </w:pPr>
      <w:r>
        <w:rPr>
          <w:color w:val="1A3461"/>
          <w:sz w:val="24"/>
          <w:szCs w:val="24"/>
          <w:rtl/>
        </w:rPr>
        <w:t>המילים: חורף קר וגשום  |  רכבת קלה  |  בתים מאבן בהירה  |  גרות בה קהילות רבות  |  ממזרח לה מדבר  |  שוכנת בהרים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פיזי</w:t>
            </w:r>
          </w:p>
        </w:tc>
        <w:tc>
          <w:tcPr>
            <w:tcW w:type="dxa" w:w="4989"/>
            <w:shd w:val="clear" w:color="auto" w:fill="1a3461"/>
          </w:tcPr>
          <w:p>
            <w:pPr>
              <w:bidi/>
              <w:spacing w:before="0" w:after="40"/>
            </w:pPr>
            <w:r>
              <w:rPr>
                <w:b/>
                <w:bCs/>
                <w:color w:val="FFFFFF"/>
                <w:rtl/>
              </w:rPr>
              <w:t>אנושי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w:t>
      </w:r>
    </w:p>
    <w:p>
      <w:pPr>
        <w:bidi/>
        <w:spacing w:before="0" w:after="20"/>
      </w:pPr>
      <w:r>
        <w:rPr>
          <w:rtl/>
        </w:rPr>
        <w:t>א. מדוע בירושלים קר יותר מאשר בתל אביב?</w:t>
      </w:r>
    </w:p>
    <w:p>
      <w:pPr>
        <w:bidi/>
        <w:spacing w:before="0" w:after="80"/>
      </w:pPr>
      <w:r>
        <w:rPr>
          <w:rtl/>
        </w:rPr>
        <w:t xml:space="preserve">   ○ כי היא גבוהה בהרים      ○ כי היא ליד הים      ○ כי היא בנגב</w:t>
      </w:r>
    </w:p>
    <w:p>
      <w:pPr>
        <w:bidi/>
        <w:spacing w:before="0" w:after="20"/>
      </w:pPr>
      <w:r>
        <w:rPr>
          <w:rtl/>
        </w:rPr>
        <w:t>ב. לפי התנ"ך, מי עשה את ירושלים לבירתו?</w:t>
      </w:r>
    </w:p>
    <w:p>
      <w:pPr>
        <w:bidi/>
        <w:spacing w:before="0" w:after="80"/>
      </w:pPr>
      <w:r>
        <w:rPr>
          <w:rtl/>
        </w:rPr>
        <w:t xml:space="preserve">   ○ דוד המלך      ○ יהושע      ○ אברהם</w:t>
      </w:r>
    </w:p>
    <w:p>
      <w:pPr>
        <w:bidi/>
        <w:spacing w:before="0" w:after="20"/>
      </w:pPr>
      <w:r>
        <w:rPr>
          <w:rtl/>
        </w:rPr>
        <w:t>ג. כמה רבעים יש בעיר העתיקה?</w:t>
      </w:r>
    </w:p>
    <w:p>
      <w:pPr>
        <w:bidi/>
        <w:spacing w:before="0" w:after="80"/>
      </w:pPr>
      <w:r>
        <w:rPr>
          <w:rtl/>
        </w:rPr>
        <w:t xml:space="preserve">   ○ שלושה      ○ ארבעה      ○ חמישה</w:t>
      </w:r>
    </w:p>
    <w:p>
      <w:pPr>
        <w:bidi/>
        <w:spacing w:before="160" w:after="60"/>
      </w:pPr>
      <w:r>
        <w:rPr>
          <w:b/>
          <w:bCs/>
          <w:sz w:val="26"/>
          <w:szCs w:val="26"/>
          <w:rtl/>
        </w:rPr>
        <w:t>6. כיתה ו' מתכננת יום סיור בירושלים. השלימו את המטרה של כל תחנה.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תחנה</w:t>
            </w:r>
          </w:p>
        </w:tc>
        <w:tc>
          <w:tcPr>
            <w:tcW w:type="dxa" w:w="4989"/>
            <w:shd w:val="clear" w:color="auto" w:fill="1a3461"/>
          </w:tcPr>
          <w:p>
            <w:pPr>
              <w:bidi/>
              <w:spacing w:before="0" w:after="40"/>
            </w:pPr>
            <w:r>
              <w:rPr>
                <w:b/>
                <w:bCs/>
                <w:color w:val="FFFFFF"/>
                <w:rtl/>
              </w:rPr>
              <w:t>מה נלמד שם?</w:t>
            </w:r>
          </w:p>
        </w:tc>
      </w:tr>
      <w:tr>
        <w:tc>
          <w:tcPr>
            <w:tcW w:type="dxa" w:w="4989"/>
          </w:tcPr>
          <w:p>
            <w:pPr>
              <w:bidi/>
              <w:spacing w:before="0" w:after="40"/>
            </w:pPr>
            <w:r>
              <w:rPr>
                <w:rtl/>
              </w:rPr>
              <w:t>הכנסת</w:t>
            </w:r>
          </w:p>
        </w:tc>
        <w:tc>
          <w:tcPr>
            <w:tcW w:type="dxa" w:w="4989"/>
          </w:tcPr>
          <w:p>
            <w:pPr>
              <w:bidi/>
              <w:spacing w:before="0" w:after="40"/>
            </w:pPr>
            <w:r>
              <w:rPr>
                <w:rtl/>
              </w:rPr>
            </w:r>
          </w:p>
        </w:tc>
      </w:tr>
      <w:tr>
        <w:tc>
          <w:tcPr>
            <w:tcW w:type="dxa" w:w="4989"/>
          </w:tcPr>
          <w:p>
            <w:pPr>
              <w:bidi/>
              <w:spacing w:before="0" w:after="40"/>
            </w:pPr>
            <w:r>
              <w:rPr>
                <w:rtl/>
              </w:rPr>
              <w:t>יד ושם</w:t>
            </w:r>
          </w:p>
        </w:tc>
        <w:tc>
          <w:tcPr>
            <w:tcW w:type="dxa" w:w="4989"/>
          </w:tcPr>
          <w:p>
            <w:pPr>
              <w:bidi/>
              <w:spacing w:before="0" w:after="40"/>
            </w:pPr>
            <w:r>
              <w:rPr>
                <w:rtl/>
              </w:rPr>
            </w:r>
          </w:p>
        </w:tc>
      </w:tr>
      <w:tr>
        <w:tc>
          <w:tcPr>
            <w:tcW w:type="dxa" w:w="4989"/>
          </w:tcPr>
          <w:p>
            <w:pPr>
              <w:bidi/>
              <w:spacing w:before="0" w:after="40"/>
            </w:pPr>
            <w:r>
              <w:rPr>
                <w:rtl/>
              </w:rPr>
              <w:t>מצפה מעל מדבר יהודה</w:t>
            </w:r>
          </w:p>
        </w:tc>
        <w:tc>
          <w:tcPr>
            <w:tcW w:type="dxa" w:w="4989"/>
          </w:tcPr>
          <w:p>
            <w:pPr>
              <w:bidi/>
              <w:spacing w:before="0" w:after="40"/>
            </w:pPr>
            <w:r>
              <w:rPr>
                <w:rtl/>
              </w:rPr>
            </w:r>
          </w:p>
        </w:tc>
      </w:tr>
      <w:tr>
        <w:tc>
          <w:tcPr>
            <w:tcW w:type="dxa" w:w="4989"/>
          </w:tcPr>
          <w:p>
            <w:pPr>
              <w:bidi/>
              <w:spacing w:before="0" w:after="40"/>
            </w:pPr>
            <w:r>
              <w:rPr>
                <w:rtl/>
              </w:rPr>
              <w:t>העיר העתיקה</w:t>
            </w:r>
          </w:p>
        </w:tc>
        <w:tc>
          <w:tcPr>
            <w:tcW w:type="dxa" w:w="4989"/>
          </w:tcPr>
          <w:p>
            <w:pPr>
              <w:bidi/>
              <w:spacing w:before="0" w:after="40"/>
            </w:pPr>
            <w:r>
              <w:rPr>
                <w:rtl/>
              </w:rPr>
            </w:r>
          </w:p>
        </w:tc>
      </w:tr>
    </w:tbl>
    <w:p>
      <w:pPr>
        <w:bidi/>
        <w:spacing w:before="0" w:after="40"/>
      </w:pPr>
    </w:p>
    <w:p>
      <w:pPr>
        <w:bidi/>
        <w:spacing w:before="120" w:after="40"/>
      </w:pPr>
      <w:r>
        <w:rPr>
          <w:rFonts w:ascii="Tahoma" w:hAnsi="Tahoma" w:cs="Tahoma"/>
          <w:b/>
          <w:bCs/>
          <w:color w:val="1A3461"/>
          <w:sz w:val="30"/>
          <w:szCs w:val="30"/>
          <w:rtl/>
        </w:rPr>
        <w:t>עיר של אבן</w:t>
      </w:r>
    </w:p>
    <w:p>
      <w:pPr>
        <w:bidi/>
        <w:spacing w:before="0" w:after="80"/>
      </w:pPr>
      <w:r>
        <w:rPr>
          <w:rtl/>
        </w:rPr>
        <w:t>מי שמגיע לירושלים שם לב מיד שכמעט כל הבתים בה דומים בצבעם. הסיבה היא חוק עירוני ישן, שלפיו בונים את חזיתות הבתים באבן בהירה, שנקראת «אבן ירושלמית». כך נשמר המראה המיוחד של העיר, והשכונות החדשות מתאימות לעיר העתיקה.</w:t>
      </w:r>
    </w:p>
    <w:p>
      <w:pPr>
        <w:bidi/>
        <w:spacing w:before="0" w:after="80"/>
      </w:pPr>
      <w:r>
        <w:rPr>
          <w:rtl/>
        </w:rPr>
        <w:t>בשעות אחר הצהריים, כשהשמש נמוכה, האבן מקבלת גוון זהוב. משום כך יש מי שקוראים לעיר «ירושלים של זהב».</w:t>
      </w:r>
    </w:p>
    <w:p>
      <w:pPr>
        <w:bidi/>
        <w:spacing w:before="0" w:after="80"/>
      </w:pPr>
      <w:r>
        <w:rPr>
          <w:rtl/>
        </w:rPr>
        <w:t>אבל לאבן יש גם מחיר: בנייה באבן יקרה יותר מבנייה רגילה. יש מי שחושבים שכדאי לוותר על החוק כדי להוזיל דירות, ויש מי שאומרים שהמראה של העיר חשוב יותר.</w:t>
      </w:r>
    </w:p>
    <w:p>
      <w:pPr>
        <w:bidi/>
        <w:spacing w:before="160" w:after="60"/>
      </w:pPr>
      <w:r>
        <w:rPr>
          <w:b/>
          <w:bCs/>
          <w:sz w:val="26"/>
          <w:szCs w:val="26"/>
          <w:rtl/>
        </w:rPr>
        <w:t>7. השלימו לפי הקטע «עיר של אבן».</w:t>
      </w:r>
    </w:p>
    <w:p>
      <w:pPr>
        <w:bidi/>
        <w:spacing w:before="0" w:after="60"/>
      </w:pPr>
      <w:r>
        <w:rPr>
          <w:rtl/>
        </w:rPr>
        <w:t>א. את חזיתות הבתים בונים באבן __________.</w:t>
      </w:r>
    </w:p>
    <w:p>
      <w:pPr>
        <w:bidi/>
        <w:spacing w:before="0" w:after="60"/>
      </w:pPr>
      <w:r>
        <w:rPr>
          <w:rtl/>
        </w:rPr>
        <w:t>ב. כשהשמש נמוכה, האבן מקבלת גוון __________.</w:t>
      </w:r>
    </w:p>
    <w:p>
      <w:pPr>
        <w:bidi/>
        <w:spacing w:before="0" w:after="60"/>
      </w:pPr>
      <w:r>
        <w:rPr>
          <w:rtl/>
        </w:rPr>
        <w:t>ג. בנייה באבן __________ יותר מבנייה רגילה.</w:t>
      </w:r>
    </w:p>
    <w:p>
      <w:pPr>
        <w:bidi/>
        <w:spacing w:before="160" w:after="60"/>
      </w:pPr>
      <w:r>
        <w:rPr>
          <w:b/>
          <w:bCs/>
          <w:sz w:val="26"/>
          <w:szCs w:val="26"/>
          <w:rtl/>
        </w:rPr>
        <w:t>8. לפי הקטע, מה היתרון ומה החיסרון של החוק לבנות באבן?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ציירו את קו הרקיע של ירושלים כפי שאתם מדמיינים אותו: חומה, מגדל, כיפה ובניינים מאבן. הוסיפו כותרת.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הסבירו מדוע תיירים רבים מכל העולם מגיעים לירושלים. כתבו שתי סיבות.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אתגר: מה דעתכם – האם כדאי לשמור על חוק האבן הירושלמית? כתבו את עמדתכם ושני נימוקים.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גלויה קצרה (3–4 משפטים) לחבר מחו"ל שמזמינה אותו לבקר בירושלים, וציינו שני מקומות שכדאי לראות.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Tahoma" w:hAnsi="Tahoma" w:cs="Tahoma"/>
          <w:b/>
          <w:bCs/>
          <w:color w:val="1A3461"/>
          <w:sz w:val="44"/>
          <w:szCs w:val="44"/>
          <w:rtl/>
        </w:rPr>
        <w:t>חזרה – מה למדנו?</w:t>
      </w:r>
    </w:p>
    <w:p>
      <w:pPr>
        <w:bidi/>
        <w:spacing w:before="160" w:after="60"/>
      </w:pPr>
      <w:r>
        <w:rPr>
          <w:b/>
          <w:bCs/>
          <w:sz w:val="26"/>
          <w:szCs w:val="26"/>
          <w:rtl/>
        </w:rPr>
        <w:t>1. השלימו.</w:t>
      </w:r>
    </w:p>
    <w:p>
      <w:pPr>
        <w:bidi/>
        <w:spacing w:before="0" w:after="60"/>
      </w:pPr>
      <w:r>
        <w:rPr>
          <w:rtl/>
        </w:rPr>
        <w:t>א. ישראל גובלת במזרח ב__________.</w:t>
      </w:r>
    </w:p>
    <w:p>
      <w:pPr>
        <w:bidi/>
        <w:spacing w:before="0" w:after="60"/>
      </w:pPr>
      <w:r>
        <w:rPr>
          <w:rtl/>
        </w:rPr>
        <w:t>ב. האזור המדברי בדרום הארץ: __________.</w:t>
      </w:r>
    </w:p>
    <w:p>
      <w:pPr>
        <w:bidi/>
        <w:spacing w:before="0" w:after="60"/>
      </w:pPr>
      <w:r>
        <w:rPr>
          <w:rtl/>
        </w:rPr>
        <w:t>ג. העננים מגיעים לארץ מהים ה__________.</w:t>
      </w:r>
    </w:p>
    <w:p>
      <w:pPr>
        <w:bidi/>
        <w:spacing w:before="0" w:after="60"/>
      </w:pPr>
      <w:r>
        <w:rPr>
          <w:rtl/>
        </w:rPr>
        <w:t>ד. מי ים שהוצא מהם המלח – מי 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3461"/>
          </w:tcPr>
          <w:p>
            <w:pPr>
              <w:bidi/>
              <w:spacing w:before="0" w:after="40"/>
            </w:pPr>
            <w:r>
              <w:rPr>
                <w:b/>
                <w:bCs/>
                <w:color w:val="FFFFFF"/>
                <w:rtl/>
              </w:rPr>
              <w:t>טור א</w:t>
            </w:r>
          </w:p>
        </w:tc>
        <w:tc>
          <w:tcPr>
            <w:tcW w:type="dxa" w:w="4989"/>
            <w:shd w:val="clear" w:color="auto" w:fill="1a3461"/>
          </w:tcPr>
          <w:p>
            <w:pPr>
              <w:bidi/>
              <w:spacing w:before="0" w:after="40"/>
            </w:pPr>
            <w:r>
              <w:rPr>
                <w:b/>
                <w:bCs/>
                <w:color w:val="FFFFFF"/>
                <w:rtl/>
              </w:rPr>
              <w:t>טור ב</w:t>
            </w:r>
          </w:p>
        </w:tc>
      </w:tr>
      <w:tr>
        <w:tc>
          <w:tcPr>
            <w:tcW w:type="dxa" w:w="4989"/>
          </w:tcPr>
          <w:p>
            <w:pPr>
              <w:bidi/>
              <w:spacing w:before="0" w:after="40"/>
            </w:pPr>
            <w:r>
              <w:rPr>
                <w:rtl/>
              </w:rPr>
              <w:t>1. תבחין</w:t>
            </w:r>
          </w:p>
        </w:tc>
        <w:tc>
          <w:tcPr>
            <w:tcW w:type="dxa" w:w="4989"/>
          </w:tcPr>
          <w:p>
            <w:pPr>
              <w:bidi/>
              <w:spacing w:before="0" w:after="40"/>
            </w:pPr>
            <w:r>
              <w:rPr>
                <w:rtl/>
              </w:rPr>
              <w:t>[   ] אזור ממזרח להרים שכמעט אין בו גשם</w:t>
            </w:r>
          </w:p>
        </w:tc>
      </w:tr>
      <w:tr>
        <w:tc>
          <w:tcPr>
            <w:tcW w:type="dxa" w:w="4989"/>
          </w:tcPr>
          <w:p>
            <w:pPr>
              <w:bidi/>
              <w:spacing w:before="0" w:after="40"/>
            </w:pPr>
            <w:r>
              <w:rPr>
                <w:rtl/>
              </w:rPr>
              <w:t>2. צל גשם</w:t>
            </w:r>
          </w:p>
        </w:tc>
        <w:tc>
          <w:tcPr>
            <w:tcW w:type="dxa" w:w="4989"/>
          </w:tcPr>
          <w:p>
            <w:pPr>
              <w:bidi/>
              <w:spacing w:before="0" w:after="40"/>
            </w:pPr>
            <w:r>
              <w:rPr>
                <w:rtl/>
              </w:rPr>
              <w:t>[   ] המאפיין שלפיו מחלקים לאזורים</w:t>
            </w:r>
          </w:p>
        </w:tc>
      </w:tr>
      <w:tr>
        <w:tc>
          <w:tcPr>
            <w:tcW w:type="dxa" w:w="4989"/>
          </w:tcPr>
          <w:p>
            <w:pPr>
              <w:bidi/>
              <w:spacing w:before="0" w:after="40"/>
            </w:pPr>
            <w:r>
              <w:rPr>
                <w:rtl/>
              </w:rPr>
              <w:t>3. המוביל הארצי</w:t>
            </w:r>
          </w:p>
        </w:tc>
        <w:tc>
          <w:tcPr>
            <w:tcW w:type="dxa" w:w="4989"/>
          </w:tcPr>
          <w:p>
            <w:pPr>
              <w:bidi/>
              <w:spacing w:before="0" w:after="40"/>
            </w:pPr>
            <w:r>
              <w:rPr>
                <w:rtl/>
              </w:rPr>
              <w:t>[   ] הקו שמפריד בין מים שזורמים לכיוונים שונים</w:t>
            </w:r>
          </w:p>
        </w:tc>
      </w:tr>
      <w:tr>
        <w:tc>
          <w:tcPr>
            <w:tcW w:type="dxa" w:w="4989"/>
          </w:tcPr>
          <w:p>
            <w:pPr>
              <w:bidi/>
              <w:spacing w:before="0" w:after="40"/>
            </w:pPr>
            <w:r>
              <w:rPr>
                <w:rtl/>
              </w:rPr>
              <w:t>4. אוכלוסייה צפופה</w:t>
            </w:r>
          </w:p>
        </w:tc>
        <w:tc>
          <w:tcPr>
            <w:tcW w:type="dxa" w:w="4989"/>
          </w:tcPr>
          <w:p>
            <w:pPr>
              <w:bidi/>
              <w:spacing w:before="0" w:after="40"/>
            </w:pPr>
            <w:r>
              <w:rPr>
                <w:rtl/>
              </w:rPr>
              <w:t>[   ] הרבה אנשים בשטח קטן</w:t>
            </w:r>
          </w:p>
        </w:tc>
      </w:tr>
      <w:tr>
        <w:tc>
          <w:tcPr>
            <w:tcW w:type="dxa" w:w="4989"/>
          </w:tcPr>
          <w:p>
            <w:pPr>
              <w:bidi/>
              <w:spacing w:before="0" w:after="40"/>
            </w:pPr>
            <w:r>
              <w:rPr>
                <w:rtl/>
              </w:rPr>
              <w:t>5. קו פרשת המים</w:t>
            </w:r>
          </w:p>
        </w:tc>
        <w:tc>
          <w:tcPr>
            <w:tcW w:type="dxa" w:w="4989"/>
          </w:tcPr>
          <w:p>
            <w:pPr>
              <w:bidi/>
              <w:spacing w:before="0" w:after="40"/>
            </w:pPr>
            <w:r>
              <w:rPr>
                <w:rtl/>
              </w:rPr>
              <w:t>[   ] מערכת שהעבירה מים מהכנרת דרומה</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3461"/>
          </w:tcPr>
          <w:p>
            <w:pPr>
              <w:bidi/>
              <w:spacing w:before="0" w:after="40"/>
            </w:pPr>
            <w:r>
              <w:rPr>
                <w:b/>
                <w:bCs/>
                <w:color w:val="FFFFFF"/>
                <w:rtl/>
              </w:rPr>
              <w:t>משפט</w:t>
            </w:r>
          </w:p>
        </w:tc>
        <w:tc>
          <w:tcPr>
            <w:tcW w:type="dxa" w:w="2494"/>
            <w:shd w:val="clear" w:color="auto" w:fill="1a3461"/>
          </w:tcPr>
          <w:p>
            <w:pPr>
              <w:bidi/>
              <w:spacing w:before="0" w:after="40"/>
            </w:pPr>
            <w:r>
              <w:rPr>
                <w:b/>
                <w:bCs/>
                <w:color w:val="FFFFFF"/>
                <w:rtl/>
              </w:rPr>
              <w:t>נכון</w:t>
            </w:r>
          </w:p>
        </w:tc>
        <w:tc>
          <w:tcPr>
            <w:tcW w:type="dxa" w:w="2494"/>
            <w:shd w:val="clear" w:color="auto" w:fill="1a3461"/>
          </w:tcPr>
          <w:p>
            <w:pPr>
              <w:bidi/>
              <w:spacing w:before="0" w:after="40"/>
            </w:pPr>
            <w:r>
              <w:rPr>
                <w:b/>
                <w:bCs/>
                <w:color w:val="FFFFFF"/>
                <w:rtl/>
              </w:rPr>
              <w:t>לא נכון</w:t>
            </w:r>
          </w:p>
        </w:tc>
        <w:tc>
          <w:tcPr>
            <w:tcW w:type="dxa" w:w="2494"/>
            <w:shd w:val="clear" w:color="auto" w:fill="1a3461"/>
          </w:tcPr>
          <w:p>
            <w:pPr>
              <w:bidi/>
              <w:spacing w:before="0" w:after="40"/>
            </w:pPr>
            <w:r>
              <w:rPr>
                <w:b/>
                <w:bCs/>
                <w:color w:val="FFFFFF"/>
                <w:rtl/>
              </w:rPr>
              <w:t>תיקון</w:t>
            </w:r>
          </w:p>
        </w:tc>
      </w:tr>
      <w:tr>
        <w:tc>
          <w:tcPr>
            <w:tcW w:type="dxa" w:w="2494"/>
          </w:tcPr>
          <w:p>
            <w:pPr>
              <w:bidi/>
              <w:spacing w:before="0" w:after="40"/>
            </w:pPr>
            <w:r>
              <w:rPr>
                <w:rtl/>
              </w:rPr>
              <w:t>א. ים המלח הוא המקום הנמוך ביותר על פני היבשה.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כמות הגשם גדלה מצפון לדרום.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רוב תושבי ישראל גרים בנגב.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ירושלים קדושה ליהדות, לנצרות ולאסלאם.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המקומות לפי האזור.</w:t>
      </w:r>
    </w:p>
    <w:p>
      <w:pPr>
        <w:bidi/>
        <w:spacing w:before="0" w:after="80"/>
      </w:pPr>
      <w:r>
        <w:rPr>
          <w:color w:val="1A3461"/>
          <w:sz w:val="24"/>
          <w:szCs w:val="24"/>
          <w:rtl/>
        </w:rPr>
        <w:t>המילים: מכתש רמון  |  חברון  |  באר שבע  |  צפת  |  הר מירון  |  ירושלים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a3461"/>
          </w:tcPr>
          <w:p>
            <w:pPr>
              <w:bidi/>
              <w:spacing w:before="0" w:after="40"/>
            </w:pPr>
            <w:r>
              <w:rPr>
                <w:b/>
                <w:bCs/>
                <w:color w:val="FFFFFF"/>
                <w:rtl/>
              </w:rPr>
              <w:t>הגליל</w:t>
            </w:r>
          </w:p>
        </w:tc>
        <w:tc>
          <w:tcPr>
            <w:tcW w:type="dxa" w:w="3326"/>
            <w:shd w:val="clear" w:color="auto" w:fill="1a3461"/>
          </w:tcPr>
          <w:p>
            <w:pPr>
              <w:bidi/>
              <w:spacing w:before="0" w:after="40"/>
            </w:pPr>
            <w:r>
              <w:rPr>
                <w:b/>
                <w:bCs/>
                <w:color w:val="FFFFFF"/>
                <w:rtl/>
              </w:rPr>
              <w:t>הנגב</w:t>
            </w:r>
          </w:p>
        </w:tc>
        <w:tc>
          <w:tcPr>
            <w:tcW w:type="dxa" w:w="3326"/>
            <w:shd w:val="clear" w:color="auto" w:fill="1a3461"/>
          </w:tcPr>
          <w:p>
            <w:pPr>
              <w:bidi/>
              <w:spacing w:before="0" w:after="40"/>
            </w:pPr>
            <w:r>
              <w:rPr>
                <w:b/>
                <w:bCs/>
                <w:color w:val="FFFFFF"/>
                <w:rtl/>
              </w:rPr>
              <w:t>הרי יהודה</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בחרו שני אזורים בארץ, והשוו ביניהם לפי שני תבחינים (למשל נוף, אקלים, אוכלוסייה או כלכלה).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ahoma" w:hAnsi="Tahoma" w:cs="Tahoma"/>
          <w:b/>
          <w:bCs/>
          <w:color w:val="1A3461"/>
          <w:sz w:val="60"/>
          <w:szCs w:val="60"/>
          <w:rtl/>
        </w:rPr>
        <w:t>כל הכבוד!</w:t>
      </w:r>
    </w:p>
    <w:p>
      <w:pPr>
        <w:bidi/>
        <w:spacing w:before="0" w:after="80"/>
      </w:pPr>
      <w:r>
        <w:rPr>
          <w:sz w:val="32"/>
          <w:szCs w:val="32"/>
          <w:rtl/>
        </w:rPr>
        <w:t>סיימתי את חוברת העבודה בגאוגרפיה לכיתה ו'.</w:t>
      </w:r>
    </w:p>
    <w:sectPr w:rsidR="00FC693F" w:rsidRPr="0006063C" w:rsidSect="00034616">
      <w:footerReference w:type="default" r:id="rId9"/>
      <w:pgSz w:w="11906" w:h="16838"/>
      <w:pgMar w:top="850" w:right="964" w:bottom="907" w:left="964" w:header="720" w:footer="720" w:gutter="0"/>
      <w:pgBorders w:offsetFrom="page">
        <w:top w:val="single" w:sz="18" w:space="22" w:color="1D3B6E"/>
        <w:left w:val="single" w:sz="18" w:space="22" w:color="1D3B6E"/>
        <w:bottom w:val="single" w:sz="18" w:space="22" w:color="1D3B6E"/>
        <w:right w:val="single" w:sz="18" w:space="22" w:color="1D3B6E"/>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