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Tahoma" w:hAnsi="Tahoma" w:cs="Tahoma"/>
          <w:b/>
          <w:bCs/>
          <w:color w:val="0F7A4F"/>
          <w:sz w:val="44"/>
          <w:szCs w:val="44"/>
          <w:rtl/>
        </w:rPr>
        <w:t>🔑 מחוון – חוברת העבודה בגאוגרפיה לכיתה ו'</w:t>
      </w: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1A3461"/>
          <w:sz w:val="30"/>
          <w:szCs w:val="30"/>
          <w:rtl/>
        </w:rPr>
        <w:t>פרק 1: ישראל במפת העולם והמזרח התיכון: גבולות, אזור ו«תבחין»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את כיווני הרוח.</w:t>
      </w:r>
    </w:p>
    <w:p>
      <w:pPr>
        <w:bidi/>
        <w:spacing w:before="0" w:after="40"/>
      </w:pPr>
      <w:r>
        <w:rPr>
          <w:rtl/>
        </w:rPr>
        <w:t>א. השמש זורחת במזרח ושוקעת במערב.</w:t>
      </w:r>
    </w:p>
    <w:p>
      <w:pPr>
        <w:bidi/>
        <w:spacing w:before="0" w:after="40"/>
      </w:pPr>
      <w:r>
        <w:rPr>
          <w:rtl/>
        </w:rPr>
        <w:t>ב. במפה, הצפון נמצא בדרך כלל בראש הדף.</w:t>
      </w:r>
    </w:p>
    <w:p>
      <w:pPr>
        <w:bidi/>
        <w:spacing w:before="0" w:after="40"/>
      </w:pPr>
      <w:r>
        <w:rPr>
          <w:rtl/>
        </w:rPr>
        <w:t>ג. הכיוון שבין צפון למזרח נקרא צפון־מזרח.</w:t>
      </w:r>
    </w:p>
    <w:p>
      <w:pPr>
        <w:bidi/>
        <w:spacing w:before="0" w:after="40"/>
      </w:pPr>
      <w:r>
        <w:rPr>
          <w:rtl/>
        </w:rPr>
        <w:t>ד. הכיוון שבין דרום למערב נקרא דרום־מערב.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התאימו בין המושג להסבר.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גבול טבעי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המאפיין שלפיו מחלקים לאזורים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גבול פוליטי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שטח עם מאפיין משותף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אזור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[5] היחס בין המרחק במפה למרחק במציאות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תבחין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קו שנקבע בין מדינות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5. קנה מידה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גבול לאורך נהר, ים או הרים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ירדן גובלת בישראל במזרח.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הים התיכון נמצא ממזרח לישראל.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הים התיכון נמצא ממערב לישראל.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גבול פוליטי תמיד עובר לאורך נהר.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גבול פוליטי נקבע בהסכם ויכול להיות גם קו ישר.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ד. את אותו שטח אפשר לחלק לאזורים בכמה דרכים שונות.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מיינו את המקומות: יבשת, מדינה או 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יבשת</w:t>
            </w:r>
          </w:p>
        </w:tc>
        <w:tc>
          <w:tcPr>
            <w:tcW w:type="dxa" w:w="3326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מדינה</w:t>
            </w:r>
          </w:p>
        </w:tc>
        <w:tc>
          <w:tcPr>
            <w:tcW w:type="dxa" w:w="3326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אסיה, אפריקה, אירופה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לבנון, ירדן, מצרים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הים התיכון, ים סוף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בחרו.</w:t>
      </w:r>
    </w:p>
    <w:p>
      <w:pPr>
        <w:bidi/>
        <w:spacing w:before="0" w:after="20"/>
      </w:pPr>
      <w:r>
        <w:rPr>
          <w:rtl/>
        </w:rPr>
        <w:t>א. איזו מדינה גובלת בישראל בצפון־מזרח?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סוריה</w:t>
      </w:r>
    </w:p>
    <w:p>
      <w:pPr>
        <w:bidi/>
        <w:spacing w:before="0" w:after="20"/>
      </w:pPr>
      <w:r>
        <w:rPr>
          <w:rtl/>
        </w:rPr>
        <w:t>ב. ישראל שוכנת על החוף ה___ של הים התיכון.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המזרחי</w:t>
      </w:r>
    </w:p>
    <w:p>
      <w:pPr>
        <w:bidi/>
        <w:spacing w:before="0" w:after="20"/>
      </w:pPr>
      <w:r>
        <w:rPr>
          <w:rtl/>
        </w:rPr>
        <w:t>ג. בקנה מידה ‪1:100,000‬, ס"מ אחד במפה הוא: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1 קילומטר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בעיר דמיונית שרטטו מפה בקנה מידה ‪1:20,000‬ (1 ס"מ = 200 מטר). השלימו.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מסלול</w:t>
            </w:r>
          </w:p>
        </w:tc>
        <w:tc>
          <w:tcPr>
            <w:tcW w:type="dxa" w:w="3326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מרחק במפה</w:t>
            </w:r>
          </w:p>
        </w:tc>
        <w:tc>
          <w:tcPr>
            <w:tcW w:type="dxa" w:w="3326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מרחק במציאות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מהבית לגן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1 ס"מ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200 מטר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מהבית לבית הספר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3 ס"מ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600 מטר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מבית הספר לספרייה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5 ס"מ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1,000 מטר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מהבית לבריכה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10 ס"מ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2 ק"מ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7. תארו את המיקום בעזרת כיווני הרוח.</w:t>
      </w:r>
    </w:p>
    <w:p>
      <w:pPr>
        <w:bidi/>
        <w:spacing w:before="0" w:after="40"/>
      </w:pPr>
      <w:r>
        <w:rPr>
          <w:rtl/>
        </w:rPr>
        <w:t>א. לבנון נמצאת צפונית לישראל.</w:t>
      </w:r>
    </w:p>
    <w:p>
      <w:pPr>
        <w:bidi/>
        <w:spacing w:before="0" w:after="40"/>
      </w:pPr>
      <w:r>
        <w:rPr>
          <w:rtl/>
        </w:rPr>
        <w:t>ב. מצרים נמצאת דרום־מערבית לישראל.</w:t>
      </w:r>
    </w:p>
    <w:p>
      <w:pPr>
        <w:bidi/>
        <w:spacing w:before="0" w:after="40"/>
      </w:pPr>
      <w:r>
        <w:rPr>
          <w:rtl/>
        </w:rPr>
        <w:t>ג. הים התיכון נמצא מערבית לישראל.</w:t>
      </w:r>
    </w:p>
    <w:p>
      <w:pPr>
        <w:bidi/>
        <w:spacing w:before="0" w:after="40"/>
      </w:pPr>
      <w:r>
        <w:rPr>
          <w:rtl/>
        </w:rPr>
        <w:t>ד. ירדן נמצאת מזרחית לישראל.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8. השלימו לפי הקטע «שלוש מפות לאותה ארץ»: מה היה התבחין של כל קבוצה?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קבוצה</w:t>
            </w:r>
          </w:p>
        </w:tc>
        <w:tc>
          <w:tcPr>
            <w:tcW w:type="dxa" w:w="3326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התבחין</w:t>
            </w:r>
          </w:p>
        </w:tc>
        <w:tc>
          <w:tcPr>
            <w:tcW w:type="dxa" w:w="3326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האזורים שסימנה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ראשונה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כמות הגשם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גשומים ויבשים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שנייה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צורת הנוף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הר, מישור ובקע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שלישית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צפיפות היישובים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הרבה ערים ומעט יישובים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9. לפי הקטע, מדוע הקווים בשלוש המפות עברו במקומות שונים?</w:t>
      </w:r>
    </w:p>
    <w:p>
      <w:pPr>
        <w:bidi/>
        <w:spacing w:before="0" w:after="80"/>
      </w:pPr>
      <w:r>
        <w:rPr>
          <w:color w:val="0F7A4F"/>
          <w:rtl/>
        </w:rPr>
        <w:t>תשובה אפשרית: כי כל קבוצה חילקה לפי תבחין אחר, וכל תבחין יוצר גבולות אחרים בין האזורים.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10. הציעו תבחין רביעי לחלוקת הארץ לאזורים, והסבירו אילו אזורים יתקבלו.</w:t>
      </w:r>
    </w:p>
    <w:p>
      <w:pPr>
        <w:bidi/>
        <w:spacing w:before="0" w:after="80"/>
      </w:pPr>
      <w:r>
        <w:rPr>
          <w:color w:val="0F7A4F"/>
          <w:rtl/>
        </w:rPr>
        <w:t>תשובה אפשרית: למשל הטמפרטורה בקיץ: אזורים חמים מאוד (הנגב, בקעת הירדן) ואזורים מתונים יותר (ההרים, החוף).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11. שרטטו מפה של שכונה דמיונית בקנה מידה 1 ס"מ = 100 מטר: בית הספר נמצא 3 ס"מ מצפון לבית, והגן נמצא 2 ס"מ ממזרח לבית. הוסיפו חץ צפון ומקרא.</w:t>
      </w:r>
    </w:p>
    <w:p>
      <w:pPr>
        <w:bidi/>
        <w:spacing w:before="0" w:after="80"/>
      </w:pPr>
      <w:r>
        <w:rPr>
          <w:color w:val="0F7A4F"/>
          <w:rtl/>
        </w:rPr>
        <w:t>תשובה אפשרית: חץ צפון; הבית; בית הספר 3 ס"מ מעליו (300 מטר); הגן 2 ס"מ מימינו (200 מטר); מקרא עם סמלים לבית, לבית הספר ולגן.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12. הסבירו מדוע לאורך ההיסטוריה עברו בארץ דרכי מסחר רבות.</w:t>
      </w:r>
    </w:p>
    <w:p>
      <w:pPr>
        <w:bidi/>
        <w:spacing w:before="0" w:after="80"/>
      </w:pPr>
      <w:r>
        <w:rPr>
          <w:color w:val="0F7A4F"/>
          <w:rtl/>
        </w:rPr>
        <w:t>תשובה אפשרית: כי הארץ נמצאת קרוב למפגש של אסיה, אפריקה ואירופה, בין מצרים לארצות שבצפון ובמזרח, ולכן הדרכים ביניהן עברו בה.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13. אתגר: עומר מדד במפה 7 ס"מ בין שתי ערים, ואמר: «זה 7 ק"מ». מה עוד צריך לדעת כדי לבדוק אם צדק? הסבירו.</w:t>
      </w:r>
    </w:p>
    <w:p>
      <w:pPr>
        <w:bidi/>
        <w:spacing w:before="0" w:after="80"/>
      </w:pPr>
      <w:r>
        <w:rPr>
          <w:color w:val="0F7A4F"/>
          <w:rtl/>
        </w:rPr>
        <w:t>תשובה אפשרית: צריך לדעת את קנה המידה של המפה. רק אם קנה המידה הוא ‪1:100,000‬ (1 ס"מ = 1 ק"מ) המרחק הוא 7 ק"מ.</w:t>
      </w: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1A3461"/>
          <w:sz w:val="30"/>
          <w:szCs w:val="30"/>
          <w:rtl/>
        </w:rPr>
        <w:t>פרק 2: אזורי הארץ הראשיים: הגליל, העמקים, מישור החוף, השפלה, הרי יהודה ושומרון, בקעת הירדן והנגב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השלימו.</w:t>
      </w:r>
    </w:p>
    <w:p>
      <w:pPr>
        <w:bidi/>
        <w:spacing w:before="0" w:after="40"/>
      </w:pPr>
      <w:r>
        <w:rPr>
          <w:rtl/>
        </w:rPr>
        <w:t>א. הר מירון הוא ההר הגבוה בגליל.</w:t>
      </w:r>
    </w:p>
    <w:p>
      <w:pPr>
        <w:bidi/>
        <w:spacing w:before="0" w:after="40"/>
      </w:pPr>
      <w:r>
        <w:rPr>
          <w:rtl/>
        </w:rPr>
        <w:t>ב. העיר העתיקה יריחו שוכנת באזור בקעת הירדן.</w:t>
      </w:r>
    </w:p>
    <w:p>
      <w:pPr>
        <w:bidi/>
        <w:spacing w:before="0" w:after="40"/>
      </w:pPr>
      <w:r>
        <w:rPr>
          <w:rtl/>
        </w:rPr>
        <w:t>ג. מכתש רמון נמצא בנגב.</w:t>
      </w:r>
    </w:p>
    <w:p>
      <w:pPr>
        <w:bidi/>
        <w:spacing w:before="0" w:after="40"/>
      </w:pPr>
      <w:r>
        <w:rPr>
          <w:rtl/>
        </w:rPr>
        <w:t>ד. רמת הגולן נמצאת ממזרח לכנרת.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התאימו בין המקום לאזור שבו הוא נמצא.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עמק החולה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[5] הבקע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בית שמש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הרי יהודה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חברון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[6] הנגב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נתניה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השפלה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5. הערבה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מישור החוף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6. באר שבע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העמקים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כשנוסעים ממערב למזרח, הבקע הוא הרצועה האחרונה.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ים המלח נמצא כ-430 מטר מעל פני הים.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ים המלח נמצא כ-430 מטר מתחת לפני הים.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במישור החוף יש גבעות כורכר וחולות.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ד. הגליל הוא האזור המדברי של הארץ.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האזור המדברי הוא הנגב; הגליל הוא אזור הררי בצפון.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מיינו את המאפיינים לפי האזור.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הנגב</w:t>
            </w:r>
          </w:p>
        </w:tc>
        <w:tc>
          <w:tcPr>
            <w:tcW w:type="dxa" w:w="4989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הגליל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מעט גשם, מכתשים, יישובים מעטים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הרים ירוקים, מעיינות ונחלים, הר מירון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בחרו.</w:t>
      </w:r>
    </w:p>
    <w:p>
      <w:pPr>
        <w:bidi/>
        <w:spacing w:before="0" w:after="20"/>
      </w:pPr>
      <w:r>
        <w:rPr>
          <w:rtl/>
        </w:rPr>
        <w:t>א. איזה מהאזורים הבאים הוא חלק מהשבר הסורי־אפריקני?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הערבה</w:t>
      </w:r>
    </w:p>
    <w:p>
      <w:pPr>
        <w:bidi/>
        <w:spacing w:before="0" w:after="20"/>
      </w:pPr>
      <w:r>
        <w:rPr>
          <w:rtl/>
        </w:rPr>
        <w:t>ב. לפי איזה תבחין חולקה הארץ לרצועות מישור, הר ובקע?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צורת הנוף</w:t>
      </w:r>
    </w:p>
    <w:p>
      <w:pPr>
        <w:bidi/>
        <w:spacing w:before="0" w:after="20"/>
      </w:pPr>
      <w:r>
        <w:rPr>
          <w:rtl/>
        </w:rPr>
        <w:t>ג. איזה אזור תופס יותר ממחצית שטח המדינה?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הנגב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קראו כל תיאור, וכתבו לידו את שם האזור.</w:t>
      </w:r>
    </w:p>
    <w:p>
      <w:pPr>
        <w:bidi/>
        <w:spacing w:before="0" w:after="100"/>
      </w:pPr>
      <w:r>
        <w:rPr>
          <w:rtl/>
        </w:rPr>
        <w:t>א. אזור שטוח ונמוך בין הרי הגליל להרי שומרון, ובו שדות רבים.  ← עמק יזרעאל</w:t>
      </w:r>
    </w:p>
    <w:p>
      <w:pPr>
        <w:bidi/>
        <w:spacing w:before="0" w:after="100"/>
      </w:pPr>
      <w:r>
        <w:rPr>
          <w:rtl/>
        </w:rPr>
        <w:t>ב. רמה גבוהה ממזרח לכנרת, בנויה מסלעים געשיים.  ← רמת הגולן</w:t>
      </w:r>
    </w:p>
    <w:p>
      <w:pPr>
        <w:bidi/>
        <w:spacing w:before="0" w:after="100"/>
      </w:pPr>
      <w:r>
        <w:rPr>
          <w:rtl/>
        </w:rPr>
        <w:t>ג. רצועה חמה ונמוכה מדרום לים המלח ועד אילת.  ← הערבה</w:t>
      </w:r>
    </w:p>
    <w:p>
      <w:pPr>
        <w:bidi/>
        <w:spacing w:before="0" w:after="100"/>
      </w:pPr>
      <w:r>
        <w:rPr>
          <w:rtl/>
        </w:rPr>
        <w:t>ד. גבעות נמוכות בין מישור החוף להרים.  ← השפלה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7. לפי הקטע: היכן גר כל אחד, ומה רמז לכך?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שם</w:t>
            </w:r>
          </w:p>
        </w:tc>
        <w:tc>
          <w:tcPr>
            <w:tcW w:type="dxa" w:w="3326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האזור</w:t>
            </w:r>
          </w:p>
        </w:tc>
        <w:tc>
          <w:tcPr>
            <w:tcW w:type="dxa" w:w="3326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רמז מהקטע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אורי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העמקים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שדות שטוחים עד ההרים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סאמר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הגליל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בית על מדרון, עלייה תלולה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מיכל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מישור החוף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הים קרוב, אוויר לח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דניאל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הנגב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כמעט לא יורד גשם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8. לפי הקטע, מדוע לדעתכם רואים בנגב הרבה כוכבים בלילה? כתבו סיבה אחת לפחות.</w:t>
      </w:r>
    </w:p>
    <w:p>
      <w:pPr>
        <w:bidi/>
        <w:spacing w:before="0" w:after="80"/>
      </w:pPr>
      <w:r>
        <w:rPr>
          <w:color w:val="0F7A4F"/>
          <w:rtl/>
        </w:rPr>
        <w:t>תשובה אפשרית: כי השמיים בהירים ויש מעט עננים, ובנגב יש מעט יישובים ולכן מעט אורות שמסתירים את הכוכבים.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9. שרטטו מפה פשוטה של הארץ (צורה מוארכת). סמנו בה את הגליל, מישור החוף, ההר במרכז, בקעת הירדן והנגב, והוסיפו חץ צפון.</w:t>
      </w:r>
    </w:p>
    <w:p>
      <w:pPr>
        <w:bidi/>
        <w:spacing w:before="0" w:after="80"/>
      </w:pPr>
      <w:r>
        <w:rPr>
          <w:color w:val="0F7A4F"/>
          <w:rtl/>
        </w:rPr>
        <w:t>תשובה אפשרית: הגליל בצפון; מישור החוף לאורך הצד המערבי; ההר במרכז; בקעת הירדן במזרח; הנגב בדרום; חץ צפון כלפי מעלה.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10. הסבירו מדוע כביש מירושלים לים המלח יורד בתלילות.</w:t>
      </w:r>
    </w:p>
    <w:p>
      <w:pPr>
        <w:bidi/>
        <w:spacing w:before="0" w:after="80"/>
      </w:pPr>
      <w:r>
        <w:rPr>
          <w:color w:val="0F7A4F"/>
          <w:rtl/>
        </w:rPr>
        <w:t>תשובה אפשרית: ירושלים יושבת גבוה בהרי יהודה, וים המלח נמצא בבקע, נמוך מאוד מתחת לפני הים. בדרך קצרה יורדים מאות רבות של מטרים.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11. אתגר: מה יכולים להיות היתרונות והחסרונות של מגורים באזור הררי כמו הגליל? כתבו יתרון אחד וחיסרון אחד, והסבירו.</w:t>
      </w:r>
    </w:p>
    <w:p>
      <w:pPr>
        <w:bidi/>
        <w:spacing w:before="0" w:after="80"/>
      </w:pPr>
      <w:r>
        <w:rPr>
          <w:color w:val="0F7A4F"/>
          <w:rtl/>
        </w:rPr>
        <w:t>תשובה אפשרית: יתרון: נוף ירוק, אוויר צח ומעיינות. חיסרון: קשה לסלול כבישים ולבנות על מדרונות תלולים, והדרך למרכז הארץ ארוכה.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12. כתבו שלושה משפטים שמתארים את הנוף בדרך שאתם מכירים (מהבית לבית הספר או בטיול). ציינו לאיזה אזור הוא שייך.</w:t>
      </w:r>
    </w:p>
    <w:p>
      <w:pPr>
        <w:bidi/>
        <w:spacing w:before="0" w:after="80"/>
      </w:pPr>
      <w:r>
        <w:rPr>
          <w:color w:val="0F7A4F"/>
          <w:rtl/>
        </w:rPr>
        <w:t>תשובה אפשרית: תשובה אישית שמתארת נוף ומתאימה אותו לאזור (מישור, גבעות, הרים, עמק או מדבר).</w:t>
      </w: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1A3461"/>
          <w:sz w:val="30"/>
          <w:szCs w:val="30"/>
          <w:rtl/>
        </w:rPr>
        <w:t>פרק 3: האקלים באזורי הארץ: גשם, טמפרטורה וההבדל בין צפון לדרום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השלימו.</w:t>
      </w:r>
    </w:p>
    <w:p>
      <w:pPr>
        <w:bidi/>
        <w:spacing w:before="0" w:after="40"/>
      </w:pPr>
      <w:r>
        <w:rPr>
          <w:rtl/>
        </w:rPr>
        <w:t>א. החורף בארץ הוא עונת הגשמים.</w:t>
      </w:r>
    </w:p>
    <w:p>
      <w:pPr>
        <w:bidi/>
        <w:spacing w:before="0" w:after="40"/>
      </w:pPr>
      <w:r>
        <w:rPr>
          <w:rtl/>
        </w:rPr>
        <w:t>ב. באקלים מדברי יורד מעט מאוד גשם.</w:t>
      </w:r>
    </w:p>
    <w:p>
      <w:pPr>
        <w:bidi/>
        <w:spacing w:before="0" w:after="40"/>
      </w:pPr>
      <w:r>
        <w:rPr>
          <w:rtl/>
        </w:rPr>
        <w:t>ג. בצפת ובירושלים קריר יותר כי הן נמצאות בגובה רב.</w:t>
      </w:r>
    </w:p>
    <w:p>
      <w:pPr>
        <w:bidi/>
        <w:spacing w:before="0" w:after="40"/>
      </w:pPr>
      <w:r>
        <w:rPr>
          <w:rtl/>
        </w:rPr>
        <w:t>ד. ימים חמים ויבשים עם רוח מהמדבר נקראים שרב.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נכון או לא נכון? תקנו את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אקלים הוא מה שקורה במזג האוויר ביום אחד.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אקלים הוא מזג האוויר הרגיל במשך שנים רבות.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בנגב יורד פחות גשם מאשר בגליל.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העננים מגיעים לארץ בחורף בעיקר מהמזרח.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העננים מגיעים בעיקר מהמערב, מהים התיכון.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ד. באזורים נמוכים כמו בקעת הירדן חם מאוד.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מיינו את המקומות לפי סוג האקלים.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אקלים ים־תיכוני</w:t>
            </w:r>
          </w:p>
        </w:tc>
        <w:tc>
          <w:tcPr>
            <w:tcW w:type="dxa" w:w="4989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אקלים מדברי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הגליל העליון, השפלה, הכרמל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הערבה, מכתש רמון, אילת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בחרו.</w:t>
      </w:r>
    </w:p>
    <w:p>
      <w:pPr>
        <w:bidi/>
        <w:spacing w:before="0" w:after="20"/>
      </w:pPr>
      <w:r>
        <w:rPr>
          <w:rtl/>
        </w:rPr>
        <w:t>א. מה קורה לעננים כשהם עולים על ההרים?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הם מתקררים ומורידים גשם</w:t>
      </w:r>
    </w:p>
    <w:p>
      <w:pPr>
        <w:bidi/>
        <w:spacing w:before="0" w:after="20"/>
      </w:pPr>
      <w:r>
        <w:rPr>
          <w:rtl/>
        </w:rPr>
        <w:t>ב. באיזה מקום יש סיכוי גדול יותר לשלג?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הרי הגליל</w:t>
      </w:r>
    </w:p>
    <w:p>
      <w:pPr>
        <w:bidi/>
        <w:spacing w:before="0" w:after="20"/>
      </w:pPr>
      <w:r>
        <w:rPr>
          <w:rtl/>
        </w:rPr>
        <w:t>ג. מדבר יהודה יבש כי: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הוא נמצא בצל הגשם, ממזרח להרים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בעיר דמיונית בשם «גבעון־חדשה» מדדו את הגשם בכל חודש בחורף אחד. השלימו את העמודה האחרונה (גשום / מעט גשם / יבש).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חודש</w:t>
            </w:r>
          </w:p>
        </w:tc>
        <w:tc>
          <w:tcPr>
            <w:tcW w:type="dxa" w:w="3326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גשם (מ"מ)</w:t>
            </w:r>
          </w:p>
        </w:tc>
        <w:tc>
          <w:tcPr>
            <w:tcW w:type="dxa" w:w="3326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תיאור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אוקטובר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10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מעט גשם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דצמבר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130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גשום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ינואר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150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גשום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מרץ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מעט גשם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יוני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יבש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ענו לפי הטבלה של «גבעון־חדשה».</w:t>
      </w:r>
    </w:p>
    <w:p>
      <w:pPr>
        <w:bidi/>
        <w:spacing w:before="0" w:after="40"/>
      </w:pPr>
      <w:r>
        <w:rPr>
          <w:rtl/>
        </w:rPr>
        <w:t>א. החודש הגשום ביותר: ינואר.</w:t>
      </w:r>
    </w:p>
    <w:p>
      <w:pPr>
        <w:bidi/>
        <w:spacing w:before="0" w:after="40"/>
      </w:pPr>
      <w:r>
        <w:rPr>
          <w:rtl/>
        </w:rPr>
        <w:t>ב. בחודש יוני לא ירד גשם בכלל.</w:t>
      </w:r>
    </w:p>
    <w:p>
      <w:pPr>
        <w:bidi/>
        <w:spacing w:before="0" w:after="40"/>
      </w:pPr>
      <w:r>
        <w:rPr>
          <w:rtl/>
        </w:rPr>
        <w:t>ג. בדצמבר ירדו 90 מ"מ יותר מאשר במרץ.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7. לפי הקטע, מדוע העביר סבא את הכרם לגבעה בגליל? כתבו שתי סיבות מהקטע.</w:t>
      </w:r>
    </w:p>
    <w:p>
      <w:pPr>
        <w:bidi/>
        <w:spacing w:before="0" w:after="80"/>
      </w:pPr>
      <w:r>
        <w:rPr>
          <w:color w:val="0F7A4F"/>
          <w:rtl/>
        </w:rPr>
        <w:t>תשובה אפשרית: בגליל הלילות קרירים יותר והענבים מבשילים לאט; יורד שם יותר גשם בחורף והאדמה שומרת מים.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8. הסבירו בעזרת מה שלמדתם על אקלים את התשובה של סבא על הנגב.</w:t>
      </w:r>
    </w:p>
    <w:p>
      <w:pPr>
        <w:bidi/>
        <w:spacing w:before="0" w:after="80"/>
      </w:pPr>
      <w:r>
        <w:rPr>
          <w:color w:val="0F7A4F"/>
          <w:rtl/>
        </w:rPr>
        <w:t>תשובה אפשרית: בנגב שורר אקלים מדברי ויורד בו מעט מאוד גשם, ולכן בלי השקיה רבה הגפנים לא יקבלו מספיק מים.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9. שרטטו מפה פשוטה של הארץ וסמנו בה בחצים את שני הכיוונים שבהם כמות הגשם פוחתת. הוסיפו מקרא.</w:t>
      </w:r>
    </w:p>
    <w:p>
      <w:pPr>
        <w:bidi/>
        <w:spacing w:before="0" w:after="80"/>
      </w:pPr>
      <w:r>
        <w:rPr>
          <w:color w:val="0F7A4F"/>
          <w:rtl/>
        </w:rPr>
        <w:t>תשובה אפשרית: חץ מצפון לדרום וחץ ממערב למזרח, שליד כל אחד כתוב «פחות גשם»; מקרא שמסביר את החצים.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10. השוו בין האקלים בתל אביב לאקלים בירושלים: דבר אחד דומה ודבר אחד שונה, עם הסבר.</w:t>
      </w:r>
    </w:p>
    <w:p>
      <w:pPr>
        <w:bidi/>
        <w:spacing w:before="0" w:after="80"/>
      </w:pPr>
      <w:r>
        <w:rPr>
          <w:color w:val="0F7A4F"/>
          <w:rtl/>
        </w:rPr>
        <w:t>תשובה אפשרית: דומה: בשתיהן אקלים ים־תיכוני – קיץ יבש וחורף גשום. שונה: בירושלים קריר יותר, ולעיתים יורד בה שלג, כי היא גבוהה בהרים; בתל אביב לח יותר כי היא ליד הים.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11. אתגר: הסבירו מדוע ביריחו, הקרובה לירושלים, יורד הרבה פחות גשם מאשר בירושלים. השתמשו במושג «צל גשם».</w:t>
      </w:r>
    </w:p>
    <w:p>
      <w:pPr>
        <w:bidi/>
        <w:spacing w:before="0" w:after="80"/>
      </w:pPr>
      <w:r>
        <w:rPr>
          <w:color w:val="0F7A4F"/>
          <w:rtl/>
        </w:rPr>
        <w:t>תשובה אפשרית: העננים מגיעים ממערב ומורידים את הגשם כשהם עולים על הרי יהודה. יריחו נמצאת ממזרח להרים ונמוכה מאוד, בצל הגשם, ולכן מגיעים אליה עננים שכבר איבדו את רוב הגשם.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12. כתבו תחזית מזג אוויר קצרה (3 משפטים) ליום חורף בארץ: בצפון, בירושלים ובאילת.</w:t>
      </w:r>
    </w:p>
    <w:p>
      <w:pPr>
        <w:bidi/>
        <w:spacing w:before="0" w:after="80"/>
      </w:pPr>
      <w:r>
        <w:rPr>
          <w:color w:val="0F7A4F"/>
          <w:rtl/>
        </w:rPr>
        <w:t>תשובה אפשרית: למשל: בצפון גשם ורוח, ובהרים הגבוהים אולי שלג; בירושלים קר וגשום; באילת נאה ושמשי.</w:t>
      </w: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1A3461"/>
          <w:sz w:val="30"/>
          <w:szCs w:val="30"/>
          <w:rtl/>
        </w:rPr>
        <w:t>פרק 4: המים באזורי ישראל: מקורות, חלוקה ומשק המים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השלימו.</w:t>
      </w:r>
    </w:p>
    <w:p>
      <w:pPr>
        <w:bidi/>
        <w:spacing w:before="0" w:after="40"/>
      </w:pPr>
      <w:r>
        <w:rPr>
          <w:rtl/>
        </w:rPr>
        <w:t>א. המוביל הארצי נחנך בשנת 1964.</w:t>
      </w:r>
    </w:p>
    <w:p>
      <w:pPr>
        <w:bidi/>
        <w:spacing w:before="0" w:after="40"/>
      </w:pPr>
      <w:r>
        <w:rPr>
          <w:rtl/>
        </w:rPr>
        <w:t>ב. מי ביוב שעברו טיהור נקראים קולחין.</w:t>
      </w:r>
    </w:p>
    <w:p>
      <w:pPr>
        <w:bidi/>
        <w:spacing w:before="0" w:after="40"/>
      </w:pPr>
      <w:r>
        <w:rPr>
          <w:rtl/>
        </w:rPr>
        <w:t>ג. שנה שבה יורד מעט גשם נקראת שנה שחונה.</w:t>
      </w:r>
    </w:p>
    <w:p>
      <w:pPr>
        <w:bidi/>
        <w:spacing w:before="0" w:after="40"/>
      </w:pPr>
      <w:r>
        <w:rPr>
          <w:rtl/>
        </w:rPr>
        <w:t>ד. נהר הירדן זורם מהכנרת דרומה אל ים המלח.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נכון או לא נכון? תקנו את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מי התהום נמצאים מתחת לפני הקרקע.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הכנרת היא אגם של מים מלוחים.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הכנרת היא אגם של מים מתוקים.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מתקני התפלה נבנים ליד הים.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ד. בהשקיה בטפטוף משתמשים ביותר מים מאשר בהשקיה רגילה.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בהשקיה בטפטוף משתמשים בפחות מים, כי המים מגיעים ישר לשורשים.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התאימו בין הפעולה לסיבה.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משקים בטפטוף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[5] כדי להעביר מים מהצפון לדרום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מטהרים מי ביוב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כדי להשתמש בהם שוב להשקיה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מתפילים מי 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כדי שהמים לא ימליחו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לא שואבים יותר מדי מי תהום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כי אין מספיק מי גשמים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5. בנו את המוביל הארצי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כדי שפחות מים יתאדו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מיינו את הפעולות: חיסכון במים בבית או בחקלאות.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בבית</w:t>
            </w:r>
          </w:p>
        </w:tc>
        <w:tc>
          <w:tcPr>
            <w:tcW w:type="dxa" w:w="4989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בחקלאות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מקלחת קצרה, סגירת ברז בזמן צחצוח, מדיח כלים מלא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השקיה בטפטוף, השקיה במים מטוהרים, השקיה בשעות הלילה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בחרו.</w:t>
      </w:r>
    </w:p>
    <w:p>
      <w:pPr>
        <w:bidi/>
        <w:spacing w:before="0" w:after="20"/>
      </w:pPr>
      <w:r>
        <w:rPr>
          <w:rtl/>
        </w:rPr>
        <w:t>א. מאיפה מגיעים העננים שמביאים את הגשם הממלא את הכנרת?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מהים התיכון</w:t>
      </w:r>
    </w:p>
    <w:p>
      <w:pPr>
        <w:bidi/>
        <w:spacing w:before="0" w:after="20"/>
      </w:pPr>
      <w:r>
        <w:rPr>
          <w:rtl/>
        </w:rPr>
        <w:t>ב. מה עלול לקרות למי התהום ליד החוף אם שואבים מהם יותר מדי?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מי ים יחדרו אליהם והם ימליחו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בעיר דמיונית בשם «נחלים» בדקו כמה מים כל משפחה חסכה בחודש אחרי מבצע חיסכון. השלימו.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משפחה</w:t>
            </w:r>
          </w:p>
        </w:tc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לפני המבצע (קוב)</w:t>
            </w:r>
          </w:p>
        </w:tc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אחרי המבצע (קוב)</w:t>
            </w:r>
          </w:p>
        </w:tc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כמה חסכה?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כהן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20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15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5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חוסיין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18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12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6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לוי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25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20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5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אבו־ריא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22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16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6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7. השלימו לפי הקטע «הכנרת – הבריכה הגדולה של המדינה».</w:t>
      </w:r>
    </w:p>
    <w:p>
      <w:pPr>
        <w:bidi/>
        <w:spacing w:before="0" w:after="40"/>
      </w:pPr>
      <w:r>
        <w:rPr>
          <w:rtl/>
        </w:rPr>
        <w:t>א. גובה המים בכנרת נקרא המפלס.</w:t>
      </w:r>
    </w:p>
    <w:p>
      <w:pPr>
        <w:bidi/>
        <w:spacing w:before="0" w:after="40"/>
      </w:pPr>
      <w:r>
        <w:rPr>
          <w:rtl/>
        </w:rPr>
        <w:t>ב. בשנים שחונות המפלס ירד מאוד.</w:t>
      </w:r>
    </w:p>
    <w:p>
      <w:pPr>
        <w:bidi/>
        <w:spacing w:before="0" w:after="40"/>
      </w:pPr>
      <w:r>
        <w:rPr>
          <w:rtl/>
        </w:rPr>
        <w:t>ג. הגבול שמתחתיו מגבילים את השאיבה נקרא «הקו האדום».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8. לפי הקטע, מדוע היום שואבים מהכנרת פחות מבעבר? מה היתרון לכנרת?</w:t>
      </w:r>
    </w:p>
    <w:p>
      <w:pPr>
        <w:bidi/>
        <w:spacing w:before="0" w:after="80"/>
      </w:pPr>
      <w:r>
        <w:rPr>
          <w:color w:val="0F7A4F"/>
          <w:rtl/>
        </w:rPr>
        <w:t>תשובה אפשרית: כי חלק גדול ממי השתייה מגיע מההתפלה. כך הכנרת שומרת טוב יותר על מימיה, והמפלס שלה לא יורד כל כך.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9. ציירו טבלה או תרשים זרימה: ממקור המים ועד הברז בבית שלכם (לפחות ארבעה שלבים בחצים).</w:t>
      </w:r>
    </w:p>
    <w:p>
      <w:pPr>
        <w:bidi/>
        <w:spacing w:before="0" w:after="80"/>
      </w:pPr>
      <w:r>
        <w:rPr>
          <w:color w:val="0F7A4F"/>
          <w:rtl/>
        </w:rPr>
        <w:t>תשובה אפשרית: למשל: גשם ← מי תהום או כנרת או ים (התפלה) ← צינורות ומשאבות ← מאגר ליד העיר ← הברז בבית.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10. הסבירו מדוע ירידת מפלס ים המלח קשורה לשימוש במי הירדן.</w:t>
      </w:r>
    </w:p>
    <w:p>
      <w:pPr>
        <w:bidi/>
        <w:spacing w:before="0" w:after="80"/>
      </w:pPr>
      <w:r>
        <w:rPr>
          <w:color w:val="0F7A4F"/>
          <w:rtl/>
        </w:rPr>
        <w:t>תשובה אפשרית: הירדן זורם אל ים המלח, אבל משתמשים ברוב המים שלו (לשתייה ולחקלאות) לפני שהם מגיעים לים. לכן מגיעים לים המלח מעט מים, והוא מתייבש בהדרגה.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11. השוו בין שני מקורות מים: הכנרת ומתקן התפלה. כתבו יתרון אחד וחיסרון אחד לכל אחד.</w:t>
      </w:r>
    </w:p>
    <w:p>
      <w:pPr>
        <w:bidi/>
        <w:spacing w:before="0" w:after="80"/>
      </w:pPr>
      <w:r>
        <w:rPr>
          <w:color w:val="0F7A4F"/>
          <w:rtl/>
        </w:rPr>
        <w:t>תשובה אפשרית: הכנרת: יתרון – מים טבעיים שלא צריך לייצר; חיסרון – תלויה בגשם, ובשנים שחונות המפלס יורד. התפלה: יתרון – לא תלויה בגשם; חיסרון – צורכת הרבה אנרגיה ועולה כסף.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12. אתגר: אתם חברי מועצת התלמידים. כתבו הודעה קצרה (3–4 משפטים) לתלמידי בית הספר שמשכנעת אותם לחסוך במים, עם נימוק אחד מהפרק.</w:t>
      </w:r>
    </w:p>
    <w:p>
      <w:pPr>
        <w:bidi/>
        <w:spacing w:before="0" w:after="80"/>
      </w:pPr>
      <w:r>
        <w:rPr>
          <w:color w:val="0F7A4F"/>
          <w:rtl/>
        </w:rPr>
        <w:t>תשובה אפשרית: הודעה שמסבירה שבישראל יש מעט מים ושנים שחונות, ומציעה פעולות חיסכון מעשיות (סגירת ברזים, דיווח על נזילות).</w:t>
      </w: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1A3461"/>
          <w:sz w:val="30"/>
          <w:szCs w:val="30"/>
          <w:rtl/>
        </w:rPr>
        <w:t>פרק 5: אוכלוסייה, יישובים וענפי כלכלה באזורי הארץ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השלימו.</w:t>
      </w:r>
    </w:p>
    <w:p>
      <w:pPr>
        <w:bidi/>
        <w:spacing w:before="0" w:after="40"/>
      </w:pPr>
      <w:r>
        <w:rPr>
          <w:rtl/>
        </w:rPr>
        <w:t>א. אזור שגרים בו הרבה אנשים בשטח קטן הוא אזור צפוף.</w:t>
      </w:r>
    </w:p>
    <w:p>
      <w:pPr>
        <w:bidi/>
        <w:spacing w:before="0" w:after="40"/>
      </w:pPr>
      <w:r>
        <w:rPr>
          <w:rtl/>
        </w:rPr>
        <w:t>ב. כפר כמא וריחאניה הם כפרים צ'רקסיים בגליל.</w:t>
      </w:r>
    </w:p>
    <w:p>
      <w:pPr>
        <w:bidi/>
        <w:spacing w:before="0" w:after="40"/>
      </w:pPr>
      <w:r>
        <w:rPr>
          <w:rtl/>
        </w:rPr>
        <w:t>ג. תחום עבודה נקרא ענף כלכלה.</w:t>
      </w:r>
    </w:p>
    <w:p>
      <w:pPr>
        <w:bidi/>
        <w:spacing w:before="0" w:after="40"/>
      </w:pPr>
      <w:r>
        <w:rPr>
          <w:rtl/>
        </w:rPr>
        <w:t>ד. ענף שבו עובדים במסחר, בחינוך ובבריאות: שירותים.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נכון או לא נכון? תקנו את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במושב לכל משפחה יש משק משלה.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בנגב גרים יותר אנשים מאשר במישור החוף.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במישור החוף גרים הרבה יותר אנשים; הנגב דליל.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דלית אל־כרמל היא יישוב דרוזי.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ד. תיירות היא חלק מענף החקלאות.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תיירות היא חלק מענף השירותים.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התאימו בין היישוב לאזור שבו הוא נמצא.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רהט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קצה הערבה, ליד מפרץ אילת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דלית אל־כרמל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[5] השפלה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נצרת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הכרמל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אילת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הנגב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5. בית שמש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הגליל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מיינו את היישובים: עירוני או כפרי?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יישוב עירוני</w:t>
            </w:r>
          </w:p>
        </w:tc>
        <w:tc>
          <w:tcPr>
            <w:tcW w:type="dxa" w:w="4989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יישוב כפרי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באר שבע, חיפה, נצרת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קיבוץ בעמק, מושב בשפלה, כפר בגליל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בחרו.</w:t>
      </w:r>
    </w:p>
    <w:p>
      <w:pPr>
        <w:bidi/>
        <w:spacing w:before="0" w:after="20"/>
      </w:pPr>
      <w:r>
        <w:rPr>
          <w:rtl/>
        </w:rPr>
        <w:t>א. מה הופך אזור לצפוף?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שגרים בו הרבה אנשים בשטח קטן</w:t>
      </w:r>
    </w:p>
    <w:p>
      <w:pPr>
        <w:bidi/>
        <w:spacing w:before="0" w:after="20"/>
      </w:pPr>
      <w:r>
        <w:rPr>
          <w:rtl/>
        </w:rPr>
        <w:t>ב. איזה ענף חשוב במיוחד באילת?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תיירות</w:t>
      </w:r>
    </w:p>
    <w:p>
      <w:pPr>
        <w:bidi/>
        <w:spacing w:before="0" w:after="20"/>
      </w:pPr>
      <w:r>
        <w:rPr>
          <w:rtl/>
        </w:rPr>
        <w:t>ג. איפה מרוכזים רוב מפעלי ההייטק?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במרכז הארץ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ביישוב דמיוני בשם «עין טל» חילקו את העובדים לפי ענפים. השלימו (סך הכול 100 עובדים).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ענף</w:t>
            </w:r>
          </w:p>
        </w:tc>
        <w:tc>
          <w:tcPr>
            <w:tcW w:type="dxa" w:w="4989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מספר עובדים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חקלאות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תעשייה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25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שירותים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45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סך הכול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100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7. ענו לפי הטבלה של «עין טל».</w:t>
      </w:r>
    </w:p>
    <w:p>
      <w:pPr>
        <w:bidi/>
        <w:spacing w:before="0" w:after="40"/>
      </w:pPr>
      <w:r>
        <w:rPr>
          <w:rtl/>
        </w:rPr>
        <w:t>א. הענף שבו עובדים הכי הרבה אנשים: שירותים.</w:t>
      </w:r>
    </w:p>
    <w:p>
      <w:pPr>
        <w:bidi/>
        <w:spacing w:before="0" w:after="40"/>
      </w:pPr>
      <w:r>
        <w:rPr>
          <w:rtl/>
        </w:rPr>
        <w:t>ב. בחקלאות עובדים 5 אנשים יותר מאשר בתעשייה.</w:t>
      </w:r>
    </w:p>
    <w:p>
      <w:pPr>
        <w:bidi/>
        <w:spacing w:before="0" w:after="40"/>
      </w:pPr>
      <w:r>
        <w:rPr>
          <w:rtl/>
        </w:rPr>
        <w:t>ג. מתוך 100 העובדים, 70 אינם עובדים בחקלאות.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8. לפי הקטע: השוו בין שתי הערים.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נושא</w:t>
            </w:r>
          </w:p>
        </w:tc>
        <w:tc>
          <w:tcPr>
            <w:tcW w:type="dxa" w:w="3326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העיר של תמר</w:t>
            </w:r>
          </w:p>
        </w:tc>
        <w:tc>
          <w:tcPr>
            <w:tcW w:type="dxa" w:w="3326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העיר של עומר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סוג הבנייה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בניינים גבוהים וצמודים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בתים נמוכים, רחובות רחבים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יתרון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הכול קרוב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הרבה מקום, שקט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חיסרון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חניה קשה ורעש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צריך לנסוע לבאר שבע לשירותים גדולים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9. לפי הקטע, מדוע התחילו משפחות צעירות להגיע לעיר של עומר? הסבירו.</w:t>
      </w:r>
    </w:p>
    <w:p>
      <w:pPr>
        <w:bidi/>
        <w:spacing w:before="0" w:after="80"/>
      </w:pPr>
      <w:r>
        <w:rPr>
          <w:color w:val="0F7A4F"/>
          <w:rtl/>
        </w:rPr>
        <w:t>תשובה אפשרית: כי נפתח ליד העיר אזור תעשייה חדש, ויש בה מקומות עבודה.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10. ציירו סמלים למקרא של מפת יישובים: עיר, קיבוץ או מושב, אזור תעשייה, אתר תיירות. ליד כל סמל כתבו את משמעותו.</w:t>
      </w:r>
    </w:p>
    <w:p>
      <w:pPr>
        <w:bidi/>
        <w:spacing w:before="0" w:after="80"/>
      </w:pPr>
      <w:r>
        <w:rPr>
          <w:color w:val="0F7A4F"/>
          <w:rtl/>
        </w:rPr>
        <w:t>תשובה אפשרית: ארבעה סמלים פשוטים וברורים (למשל ריבוע גדול לעיר, עיגול קטן ליישוב כפרי, מפעל לתעשייה, כוכב לתיירות), וליד כל אחד הסבר.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11. הסבירו מדוע מפעלים רבים נבנו ליד נמלים, כמו במפרץ חיפה.</w:t>
      </w:r>
    </w:p>
    <w:p>
      <w:pPr>
        <w:bidi/>
        <w:spacing w:before="0" w:after="80"/>
      </w:pPr>
      <w:r>
        <w:rPr>
          <w:color w:val="0F7A4F"/>
          <w:rtl/>
        </w:rPr>
        <w:t>תשובה אפשרית: ליד הנמל קל להביא חומרי גלם באוניות ולשלוח את המוצרים לחו"ל, וכך חוסכים בהובלה.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12. אתגר: מה היתרונות של יישוב שבו גרים יחד בני קבוצות שונות (למשל יהודים וערבים)? כתבו שני יתרונות.</w:t>
      </w:r>
    </w:p>
    <w:p>
      <w:pPr>
        <w:bidi/>
        <w:spacing w:before="0" w:after="80"/>
      </w:pPr>
      <w:r>
        <w:rPr>
          <w:color w:val="0F7A4F"/>
          <w:rtl/>
        </w:rPr>
        <w:t>תשובה אפשרית: אפשר להכיר תרבויות ומנהגים שונים, ללמוד שפה נוספת, לעבוד יחד ולחזק את הקשרים בין התושבים.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13. השוו בין עיר לקיבוץ: דבר אחד דומה ושני דברים שונים.</w:t>
      </w:r>
    </w:p>
    <w:p>
      <w:pPr>
        <w:bidi/>
        <w:spacing w:before="0" w:after="80"/>
      </w:pPr>
      <w:r>
        <w:rPr>
          <w:color w:val="0F7A4F"/>
          <w:rtl/>
        </w:rPr>
        <w:t>תשובה אפשרית: דומה: בשניהם גרים אנשים ויש בהם שירותים (גן ילדים, מרפאה). שונה: העיר גדולה וצפופה והקיבוץ קטן; הקיבוץ יישוב שיתופי ורבים בו עובדים בחקלאות או במפעל של הקיבוץ.</w:t>
      </w: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1A3461"/>
          <w:sz w:val="30"/>
          <w:szCs w:val="30"/>
          <w:rtl/>
        </w:rPr>
        <w:t>פרק 6: האזור שלי: מאפיינים פיזיים, אנושיים, כלכליים וסביבתיים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את שלבי חקר האזור.</w:t>
      </w:r>
    </w:p>
    <w:p>
      <w:pPr>
        <w:bidi/>
        <w:spacing w:before="0" w:after="40"/>
      </w:pPr>
      <w:r>
        <w:rPr>
          <w:rtl/>
        </w:rPr>
        <w:t>א. בשלב הראשון קובעים את המיקום ואת הגבולות של האזור.</w:t>
      </w:r>
    </w:p>
    <w:p>
      <w:pPr>
        <w:bidi/>
        <w:spacing w:before="0" w:after="40"/>
      </w:pPr>
      <w:r>
        <w:rPr>
          <w:rtl/>
        </w:rPr>
        <w:t>ב. נוף, סלע, מים ואקלים הם מאפיינים פיזיים.</w:t>
      </w:r>
    </w:p>
    <w:p>
      <w:pPr>
        <w:bidi/>
        <w:spacing w:before="0" w:after="40"/>
      </w:pPr>
      <w:r>
        <w:rPr>
          <w:rtl/>
        </w:rPr>
        <w:t>ג. מי גר באזור ובאילו יישובים – אלה מאפיינים אנושיים.</w:t>
      </w:r>
    </w:p>
    <w:p>
      <w:pPr>
        <w:bidi/>
        <w:spacing w:before="0" w:after="40"/>
      </w:pPr>
      <w:r>
        <w:rPr>
          <w:rtl/>
        </w:rPr>
        <w:t>ד. בשלב האחרון מחברים את כל המאפיינים – מיזוג.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נכון או לא נכון? תקנו את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מאפיין כלכלי עוסק בעבודה ובפרנסה של התושבים.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תל עתיק הוא מאפיין פיזי של אזור.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תל עתיק הוא מאפיין היסטורי.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זיהום נחל הוא היבט סביבתי.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ד. כמות הגשם היא מאפיין אנושי.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כמות הגשם היא מאפיין פיזי (אקלימי).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מיינו את המאפיינים של אזור דמיוני בשם «עמק הנחלים».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פיזי</w:t>
            </w:r>
          </w:p>
        </w:tc>
        <w:tc>
          <w:tcPr>
            <w:tcW w:type="dxa" w:w="3326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אנושי ותרבותי</w:t>
            </w:r>
          </w:p>
        </w:tc>
        <w:tc>
          <w:tcPr>
            <w:tcW w:type="dxa" w:w="3326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סביבתי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נחל זורם כל השנה, אדמה כהה ופורייה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שלושה מושבים וכפר, פסטיבל קציר שנתי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פסולת על גדות הנחל, מחצבה שפוגעת בנוף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התאימו בין המאפיין בשפלה להסבר שלו (מיזוג).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הסלע רך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מגדלים חיטה בחורף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יורד מספיק גשם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היה קל לחצוב מערות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השפלה קרובה למרכז הארץ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השטחים הפתוחים מצטמצמים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בונים שכונות חדשות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אנשים רבים עוברים לגור בה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בחרו.</w:t>
      </w:r>
    </w:p>
    <w:p>
      <w:pPr>
        <w:bidi/>
        <w:spacing w:before="0" w:after="20"/>
      </w:pPr>
      <w:r>
        <w:rPr>
          <w:rtl/>
        </w:rPr>
        <w:t>א. איזו מילה מתאימה למשפט מיזוג?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ולכן</w:t>
      </w:r>
    </w:p>
    <w:p>
      <w:pPr>
        <w:bidi/>
        <w:spacing w:before="0" w:after="20"/>
      </w:pPr>
      <w:r>
        <w:rPr>
          <w:rtl/>
        </w:rPr>
        <w:t>ב. איזה מאפיין הוא היסטורי?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מערה שנחצבה לפני מאות שנים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השלימו את הטבלה על האזור שבו אתם גרים (תשובה אישית בעמודה השלישית).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מאפיין</w:t>
            </w:r>
          </w:p>
        </w:tc>
        <w:tc>
          <w:tcPr>
            <w:tcW w:type="dxa" w:w="3326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שאלה</w:t>
            </w:r>
          </w:p>
        </w:tc>
        <w:tc>
          <w:tcPr>
            <w:tcW w:type="dxa" w:w="3326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האזור שלי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מיקום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איפה האזור ומה גבולותיו?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תשובה אישית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פיזי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איך הנוף והאקלים?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תשובה אישית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אנושי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אילו יישובים וקהילות יש בו?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תשובה אישית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כלכלה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במה עובדים בו?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תשובה אישית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סביבה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איזו בעיה סביבתית יש בו?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תשובה אישית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7. לפי הקטע: מיינו את המידע לפי סוגי המאפיינים.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סוג המאפיין</w:t>
            </w:r>
          </w:p>
        </w:tc>
        <w:tc>
          <w:tcPr>
            <w:tcW w:type="dxa" w:w="4989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המידע מהקטע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פיזי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עמק שטוח, גבעות עם חורש, נחל, הרבה גשם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היסטורי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מתיישבים לפני כמאה שנה, ייבוש ביצות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כלכלי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חקלאות, מפעל שימורים, צימרים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סביבתי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פסולת בגדות הנחל, הדגים מתמעטים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8. כתבו משפט מיזוג על «עמק הנחלים» שמחבר בין מאפיין פיזי למאפיין כלכלי.</w:t>
      </w:r>
    </w:p>
    <w:p>
      <w:pPr>
        <w:bidi/>
        <w:spacing w:before="0" w:after="80"/>
      </w:pPr>
      <w:r>
        <w:rPr>
          <w:color w:val="0F7A4F"/>
          <w:rtl/>
        </w:rPr>
        <w:t>תשובה אפשרית: בעמק יש נחל שזורם כל השנה וגשם רב, ולכן התפתחו בו מטעים וחקלאות.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9. לפי הקטע, מה עשו התלמידים כדי לשמור על הנחל? הציעו עוד פעולה אחת.</w:t>
      </w:r>
    </w:p>
    <w:p>
      <w:pPr>
        <w:bidi/>
        <w:spacing w:before="0" w:after="80"/>
      </w:pPr>
      <w:r>
        <w:rPr>
          <w:color w:val="0F7A4F"/>
          <w:rtl/>
        </w:rPr>
        <w:t>תשובה אפשרית: הם יזמו יום ניקיון והציבו שלטים. אפשר גם להציב פחי אשפה ליד הנחל או לבקש מהמועצה פקח.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10. ציירו את «עמק הנחלים» לפי התיאור: עמק, גבעות משני הצדדים, הנחל, שלושה מושבים וכפר. הוסיפו מקרא.</w:t>
      </w:r>
    </w:p>
    <w:p>
      <w:pPr>
        <w:bidi/>
        <w:spacing w:before="0" w:after="80"/>
      </w:pPr>
      <w:r>
        <w:rPr>
          <w:color w:val="0F7A4F"/>
          <w:rtl/>
        </w:rPr>
        <w:t>תשובה אפשרית: עמק במרכז, גבעות בשני הצדדים, קו כחול לנחל, ארבעה סמלי יישובים ומקרא.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11. ראיינו בבית בן משפחה: מה השתנה באזור שלכם מאז שהיה ילד? כתבו שני שינויים.</w:t>
      </w:r>
    </w:p>
    <w:p>
      <w:pPr>
        <w:bidi/>
        <w:spacing w:before="0" w:after="80"/>
      </w:pPr>
      <w:r>
        <w:rPr>
          <w:color w:val="0F7A4F"/>
          <w:rtl/>
        </w:rPr>
        <w:t>תשובה אפשרית: תשובה אישית: למשל שכונות חדשות, כביש או רכבת, פחות שדות.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12. אתגר: בחרו בעיה סביבתית אחת באזור שלכם. כתבו מה הבעיה, מה גורם לה, ומה אפשר לעשות.</w:t>
      </w:r>
    </w:p>
    <w:p>
      <w:pPr>
        <w:bidi/>
        <w:spacing w:before="0" w:after="80"/>
      </w:pPr>
      <w:r>
        <w:rPr>
          <w:color w:val="0F7A4F"/>
          <w:rtl/>
        </w:rPr>
        <w:t>תשובה אפשרית: תשובה אישית שמתארת בעיה (למשל זיהום, בנייה על שטחים פתוחים, פקקים), את הגורם לה ופתרון מעשי.</w:t>
      </w: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1A3461"/>
          <w:sz w:val="30"/>
          <w:szCs w:val="30"/>
          <w:rtl/>
        </w:rPr>
        <w:t>פרק 7: ירושלים בירת ישראל: מיקום, נוף, אוכלוסייה ומרכז לאומי ורוחני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השלימו.</w:t>
      </w:r>
    </w:p>
    <w:p>
      <w:pPr>
        <w:bidi/>
        <w:spacing w:before="0" w:after="40"/>
      </w:pPr>
      <w:r>
        <w:rPr>
          <w:rtl/>
        </w:rPr>
        <w:t>א. העיר הגדולה בישראל במספר התושבים היא ירושלים.</w:t>
      </w:r>
    </w:p>
    <w:p>
      <w:pPr>
        <w:bidi/>
        <w:spacing w:before="0" w:after="40"/>
      </w:pPr>
      <w:r>
        <w:rPr>
          <w:rtl/>
        </w:rPr>
        <w:t>ב. החומה סביב העיר העתיקה נבנתה בתקופה העות'מאנית.</w:t>
      </w:r>
    </w:p>
    <w:p>
      <w:pPr>
        <w:bidi/>
        <w:spacing w:before="0" w:after="40"/>
      </w:pPr>
      <w:r>
        <w:rPr>
          <w:rtl/>
        </w:rPr>
        <w:t>ג. המקום הקדוש לאסלאם בירושלים: מסגד אל־אקצא.</w:t>
      </w:r>
    </w:p>
    <w:p>
      <w:pPr>
        <w:bidi/>
        <w:spacing w:before="0" w:after="40"/>
      </w:pPr>
      <w:r>
        <w:rPr>
          <w:rtl/>
        </w:rPr>
        <w:t>ד. הרכבת הקלה מחברת בין שכונות רבות בעיר.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נכון או לא נכון? תקנו את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הכנסת נמצאת בירושלים.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ממערב לירושלים נמצא מדבר יהודה.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מדבר יהודה נמצא ממזרח לירושלים.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בירושלים יורד לעיתים שלג בחורף.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ד. בירושלים גרה קהילה אחת בלבד.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בירושלים גרות קהילות רבות: יהודים חילונים, דתיים וחרדים, וערבים מוסלמים ונוצרים.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התאימו בין ה«כובע» של ירושלים לדוגמה.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עיר בהרים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מוזיאון ישראל והאוניברסיטה העברית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עיר קדושה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הכנסת ומשרדי הממשלה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עיר בירה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שוכנת בהרי יהודה, על קו פרשת המים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עיר של תרבות ומדע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הכותל, כנסיית הקבר ומסגד אל־אקצא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מיינו את המשפטים: מאפיין פיזי או מאפיין אנושי של ירושלים?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פיזי</w:t>
            </w:r>
          </w:p>
        </w:tc>
        <w:tc>
          <w:tcPr>
            <w:tcW w:type="dxa" w:w="4989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אנושי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שוכנת בהרים, חורף קר וגשום, ממזרח לה מדבר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גרות בה קהילות רבות, בתים מאבן בהירה, רכבת קלה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בחרו.</w:t>
      </w:r>
    </w:p>
    <w:p>
      <w:pPr>
        <w:bidi/>
        <w:spacing w:before="0" w:after="20"/>
      </w:pPr>
      <w:r>
        <w:rPr>
          <w:rtl/>
        </w:rPr>
        <w:t>א. מדוע בירושלים קר יותר מאשר בתל אביב?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כי היא גבוהה בהרים</w:t>
      </w:r>
    </w:p>
    <w:p>
      <w:pPr>
        <w:bidi/>
        <w:spacing w:before="0" w:after="20"/>
      </w:pPr>
      <w:r>
        <w:rPr>
          <w:rtl/>
        </w:rPr>
        <w:t>ב. לפי התנ"ך, מי עשה את ירושלים לבירתו?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דוד המלך</w:t>
      </w:r>
    </w:p>
    <w:p>
      <w:pPr>
        <w:bidi/>
        <w:spacing w:before="0" w:after="20"/>
      </w:pPr>
      <w:r>
        <w:rPr>
          <w:rtl/>
        </w:rPr>
        <w:t>ג. כמה רבעים יש בעיר העתיקה?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ארבעה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כיתה ו' מתכננת יום סיור בירושלים. השלימו את המטרה של כל תחנה.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תחנה</w:t>
            </w:r>
          </w:p>
        </w:tc>
        <w:tc>
          <w:tcPr>
            <w:tcW w:type="dxa" w:w="4989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מה נלמד שם?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הכנסת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איך פועל בית הנבחרים של המדינה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יד ושם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על השואה ועל הנצחת הנספים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מצפה מעל מדבר יהודה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על צל הגשם והמעבר מהר למדבר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העיר העתיקה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על הרבעים, החומה והמקומות הקדושים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7. השלימו לפי הקטע «עיר של אבן».</w:t>
      </w:r>
    </w:p>
    <w:p>
      <w:pPr>
        <w:bidi/>
        <w:spacing w:before="0" w:after="40"/>
      </w:pPr>
      <w:r>
        <w:rPr>
          <w:rtl/>
        </w:rPr>
        <w:t>א. את חזיתות הבתים בונים באבן ירושלמית.</w:t>
      </w:r>
    </w:p>
    <w:p>
      <w:pPr>
        <w:bidi/>
        <w:spacing w:before="0" w:after="40"/>
      </w:pPr>
      <w:r>
        <w:rPr>
          <w:rtl/>
        </w:rPr>
        <w:t>ב. כשהשמש נמוכה, האבן מקבלת גוון זהוב.</w:t>
      </w:r>
    </w:p>
    <w:p>
      <w:pPr>
        <w:bidi/>
        <w:spacing w:before="0" w:after="40"/>
      </w:pPr>
      <w:r>
        <w:rPr>
          <w:rtl/>
        </w:rPr>
        <w:t>ג. בנייה באבן יקרה יותר מבנייה רגילה.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8. לפי הקטע, מה היתרון ומה החיסרון של החוק לבנות באבן?</w:t>
      </w:r>
    </w:p>
    <w:p>
      <w:pPr>
        <w:bidi/>
        <w:spacing w:before="0" w:after="80"/>
      </w:pPr>
      <w:r>
        <w:rPr>
          <w:color w:val="0F7A4F"/>
          <w:rtl/>
        </w:rPr>
        <w:t>תשובה אפשרית: יתרון: נשמר המראה המיוחד והאחיד של העיר, והשכונות החדשות מתאימות לעיר העתיקה. חיסרון: הבנייה יקרה יותר, והדירות יקרות.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9. ציירו את קו הרקיע של ירושלים כפי שאתם מדמיינים אותו: חומה, מגדל, כיפה ובניינים מאבן. הוסיפו כותרת.</w:t>
      </w:r>
    </w:p>
    <w:p>
      <w:pPr>
        <w:bidi/>
        <w:spacing w:before="0" w:after="80"/>
      </w:pPr>
      <w:r>
        <w:rPr>
          <w:color w:val="0F7A4F"/>
          <w:rtl/>
        </w:rPr>
        <w:t>תשובה אפשרית: ציור אישי שכולל חומה, מבנים עם כיפות ומגדלים ובניינים חדשים, עם כותרת.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10. הסבירו מדוע תיירים רבים מכל העולם מגיעים לירושלים. כתבו שתי סיבות.</w:t>
      </w:r>
    </w:p>
    <w:p>
      <w:pPr>
        <w:bidi/>
        <w:spacing w:before="0" w:after="80"/>
      </w:pPr>
      <w:r>
        <w:rPr>
          <w:color w:val="0F7A4F"/>
          <w:rtl/>
        </w:rPr>
        <w:t>תשובה אפשרית: העיר קדושה לשלוש דתות, ויש בה מקומות קדושים; יש בה עיר עתיקה עם היסטוריה של אלפי שנים, ומוזיאונים כמו מוזיאון ישראל ויד ושם.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11. אתגר: מה דעתכם – האם כדאי לשמור על חוק האבן הירושלמית? כתבו את עמדתכם ושני נימוקים.</w:t>
      </w:r>
    </w:p>
    <w:p>
      <w:pPr>
        <w:bidi/>
        <w:spacing w:before="0" w:after="80"/>
      </w:pPr>
      <w:r>
        <w:rPr>
          <w:color w:val="0F7A4F"/>
          <w:rtl/>
        </w:rPr>
        <w:t>תשובה אפשרית: עמדה ברורה עם שני נימוקים, למשל: כן – כדי לשמור על המראה המיוחד ועל הקשר לעיר העתיקה, וכי זה מושך תיירים; או לא – כדי להוזיל דירות לזוגות צעירים.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12. כתבו גלויה קצרה (3–4 משפטים) לחבר מחו"ל שמזמינה אותו לבקר בירושלים, וציינו שני מקומות שכדאי לראות.</w:t>
      </w:r>
    </w:p>
    <w:p>
      <w:pPr>
        <w:bidi/>
        <w:spacing w:before="0" w:after="80"/>
      </w:pPr>
      <w:r>
        <w:rPr>
          <w:color w:val="0F7A4F"/>
          <w:rtl/>
        </w:rPr>
        <w:t>תשובה אפשרית: גלויה עם פנייה, הזמנה ושני מקומות נכונים (למשל העיר העתיקה, הכותל, מוזיאון ישראל) והסבר קצר.</w:t>
      </w: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1A3461"/>
          <w:sz w:val="30"/>
          <w:szCs w:val="30"/>
          <w:rtl/>
        </w:rPr>
        <w:t>חזרה – מה למדנו?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השלימו.</w:t>
      </w:r>
    </w:p>
    <w:p>
      <w:pPr>
        <w:bidi/>
        <w:spacing w:before="0" w:after="40"/>
      </w:pPr>
      <w:r>
        <w:rPr>
          <w:rtl/>
        </w:rPr>
        <w:t>א. ישראל גובלת במזרח בירדן.</w:t>
      </w:r>
    </w:p>
    <w:p>
      <w:pPr>
        <w:bidi/>
        <w:spacing w:before="0" w:after="40"/>
      </w:pPr>
      <w:r>
        <w:rPr>
          <w:rtl/>
        </w:rPr>
        <w:t>ב. האזור המדברי בדרום הארץ: הנגב.</w:t>
      </w:r>
    </w:p>
    <w:p>
      <w:pPr>
        <w:bidi/>
        <w:spacing w:before="0" w:after="40"/>
      </w:pPr>
      <w:r>
        <w:rPr>
          <w:rtl/>
        </w:rPr>
        <w:t>ג. העננים מגיעים לארץ מהים התיכון.</w:t>
      </w:r>
    </w:p>
    <w:p>
      <w:pPr>
        <w:bidi/>
        <w:spacing w:before="0" w:after="40"/>
      </w:pPr>
      <w:r>
        <w:rPr>
          <w:rtl/>
        </w:rPr>
        <w:t>ד. מי ים שהוצא מהם המלח – מי התפלה.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התאימו בין המושג להסבר.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תבחין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אזור ממזרח להרים שכמעט אין בו גשם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צל גשם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המאפיין שלפיו מחלקים לאזורים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המוביל הארצי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[5] הקו שמפריד בין מים שזורמים לכיוונים שונים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אוכלוסייה צפופה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הרבה אנשים בשטח קטן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5. קו פרשת המים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מערכת שהעבירה מים מהכנרת דרומה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ים המלח הוא המקום הנמוך ביותר על פני היבשה.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כמות הגשם גדלה מצפון לדרום.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כמות הגשם קטנה מצפון לדרום.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רוב תושבי ישראל גרים בנגב.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רוב התושבים גרים במישור החוף.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ד. ירושלים קדושה ליהדות, לנצרות ולאסלאם.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מיינו את המקומות לפי האזור.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הגליל</w:t>
            </w:r>
          </w:p>
        </w:tc>
        <w:tc>
          <w:tcPr>
            <w:tcW w:type="dxa" w:w="3326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הנגב</w:t>
            </w:r>
          </w:p>
        </w:tc>
        <w:tc>
          <w:tcPr>
            <w:tcW w:type="dxa" w:w="3326"/>
            <w:shd w:val="clear" w:color="auto" w:fill="1a3461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הרי יהודה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הר מירון, צפת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מכתש רמון, באר שבע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ירושלים, חברון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בחרו שני אזורים בארץ, והשוו ביניהם לפי שני תבחינים (למשל נוף, אקלים, אוכלוסייה או כלכלה).</w:t>
      </w:r>
    </w:p>
    <w:p>
      <w:pPr>
        <w:bidi/>
        <w:spacing w:before="0" w:after="80"/>
      </w:pPr>
      <w:r>
        <w:rPr>
          <w:color w:val="0F7A4F"/>
          <w:rtl/>
        </w:rPr>
        <w:t>תשובה אפשרית: למשל: הגליל – הררי וגשום, יישובים כפריים רבים; הנגב – מדברי ויבש, אוכלוסייה דלילה, חקלאות בעזרת השקיה ותעשייה.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1D3B6E"/>
        <w:left w:val="single" w:sz="18" w:space="22" w:color="1D3B6E"/>
        <w:bottom w:val="single" w:sz="18" w:space="22" w:color="1D3B6E"/>
        <w:right w:val="single" w:sz="18" w:space="22" w:color="1D3B6E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