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ז'   |   מבחן</w:t>
      </w:r>
    </w:p>
    <w:p>
      <w:pPr>
        <w:bidi/>
        <w:spacing w:before="0" w:after="200"/>
      </w:pPr>
      <w:r>
        <w:rPr>
          <w:rFonts w:ascii="Arial" w:hAnsi="Arial" w:cs="Arial"/>
          <w:sz w:val="22"/>
          <w:szCs w:val="22"/>
          <w:rtl/>
        </w:rPr>
        <w:t>שם פרטי: ______________   שם משפחה: ______________   כיתה: ______</w:t>
      </w:r>
    </w:p>
    <w:p>
      <w:pPr>
        <w:bidi/>
        <w:spacing w:before="0" w:after="120"/>
      </w:pPr>
      <w:r>
        <w:rPr>
          <w:rFonts w:ascii="David" w:hAnsi="David" w:cs="David"/>
          <w:b/>
          <w:bCs/>
          <w:color w:val="9F1239"/>
          <w:sz w:val="44"/>
          <w:szCs w:val="44"/>
          <w:rtl/>
        </w:rPr>
        <w:t>📝 מבחן מסכם – רמה בסיסית</w:t>
      </w:r>
    </w:p>
    <w:p>
      <w:pPr>
        <w:bidi/>
        <w:spacing w:before="0" w:after="120"/>
      </w:pPr>
      <w:r>
        <w:rPr>
          <w:color w:val="5B6476"/>
          <w:sz w:val="22"/>
          <w:szCs w:val="22"/>
          <w:rtl/>
        </w:rPr>
        <w:t>משך המבחן: 90 דקות · סך הכול 100 נקודות.</w:t>
      </w:r>
    </w:p>
    <w:p>
      <w:pPr>
        <w:bidi/>
        <w:spacing w:before="200" w:after="80"/>
      </w:pPr>
      <w:r>
        <w:rPr>
          <w:rFonts w:ascii="David" w:hAnsi="David" w:cs="David"/>
          <w:b/>
          <w:bCs/>
          <w:color w:val="9F1239"/>
          <w:sz w:val="30"/>
          <w:szCs w:val="30"/>
          <w:rtl/>
        </w:rPr>
        <w:t>טבלת ניקוד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ניקוד מרבי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ניקוד שהתקבל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חלק א': הבנת טקסט מידע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חלק ב': ידע ומושגים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35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חלק ג': חשיבה גאוגרפית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25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סה"כ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100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80"/>
      </w:pPr>
      <w:r>
        <w:rPr>
          <w:rFonts w:ascii="David" w:hAnsi="David" w:cs="David"/>
          <w:b/>
          <w:bCs/>
          <w:color w:val="9F1239"/>
          <w:sz w:val="32"/>
          <w:szCs w:val="32"/>
          <w:rtl/>
        </w:rPr>
        <w:t>חלק א': הבנת טקסט מידע (40 נק')</w:t>
      </w:r>
    </w:p>
    <w:p>
      <w:pPr>
        <w:bidi/>
        <w:spacing w:before="120" w:after="40"/>
      </w:pPr>
      <w:r>
        <w:rPr>
          <w:rFonts w:ascii="David" w:hAnsi="David" w:cs="David"/>
          <w:b/>
          <w:bCs/>
          <w:color w:val="9F1239"/>
          <w:sz w:val="30"/>
          <w:szCs w:val="30"/>
          <w:rtl/>
        </w:rPr>
        <w:t>לאגוס – עיר שגדלה מהר מדי</w:t>
      </w:r>
    </w:p>
    <w:p>
      <w:pPr>
        <w:bidi/>
        <w:spacing w:before="0" w:after="80"/>
      </w:pPr>
      <w:r>
        <w:rPr>
          <w:rtl/>
        </w:rPr>
        <w:t>לאגוס שבניגריה היא אחת הערים הגדולות באפריקה. לפני חמישים שנה גרו בה פחות משני מיליון אנשים, והיום גרים בה יותר מחמישה עשר מיליון.</w:t>
      </w:r>
    </w:p>
    <w:p>
      <w:pPr>
        <w:bidi/>
        <w:spacing w:before="0" w:after="80"/>
      </w:pPr>
      <w:r>
        <w:rPr>
          <w:rtl/>
        </w:rPr>
        <w:t>רבים מהתושבים הגיעו מכפרים ברחבי ניגריה. הם עזבו בגלל עוני ומחסור בעבודה, והגיעו לעיר בתקווה למצוא פרנסה ובית ספר לילדים.</w:t>
      </w:r>
    </w:p>
    <w:p>
      <w:pPr>
        <w:bidi/>
        <w:spacing w:before="0" w:after="80"/>
      </w:pPr>
      <w:r>
        <w:rPr>
          <w:rtl/>
        </w:rPr>
        <w:t>העיר לא הספיקה לבנות דירות, כבישים, מים וביוב לכולם. כך נוצרו שכונות עוני גדולות, והפקקים בעיר הם מהקשים בעולם.</w:t>
      </w:r>
    </w:p>
    <w:p>
      <w:pPr>
        <w:bidi/>
        <w:spacing w:before="0" w:after="80"/>
      </w:pPr>
      <w:r>
        <w:rPr>
          <w:rtl/>
        </w:rPr>
        <w:t>בשנים האחרונות העירייה בונה קווי רכבת ואוטובוסים מהירים, ומנסה לשפר את השכונות ולספק בהן מים וחשמל.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בחרו את התשובה הנכונה. (10 נק')</w:t>
      </w:r>
    </w:p>
    <w:p>
      <w:pPr>
        <w:bidi/>
        <w:spacing w:before="0" w:after="20"/>
      </w:pPr>
      <w:r>
        <w:rPr>
          <w:rtl/>
        </w:rPr>
        <w:t>א. מאיפה הגיעו רבים מתושבי לאגוס?</w:t>
      </w:r>
    </w:p>
    <w:p>
      <w:pPr>
        <w:bidi/>
        <w:spacing w:before="0" w:after="80"/>
      </w:pPr>
      <w:r>
        <w:rPr>
          <w:rtl/>
        </w:rPr>
        <w:t xml:space="preserve">   ○ מאירופה      ○ מכפרים ברחבי ניגריה      ○ מאסיה</w:t>
      </w:r>
    </w:p>
    <w:p>
      <w:pPr>
        <w:bidi/>
        <w:spacing w:before="0" w:after="20"/>
      </w:pPr>
      <w:r>
        <w:rPr>
          <w:rtl/>
        </w:rPr>
        <w:t>ב. מה נוצר כי העיר לא הספיקה לבנות דירות ושירותים?</w:t>
      </w:r>
    </w:p>
    <w:p>
      <w:pPr>
        <w:bidi/>
        <w:spacing w:before="0" w:after="80"/>
      </w:pPr>
      <w:r>
        <w:rPr>
          <w:rtl/>
        </w:rPr>
        <w:t xml:space="preserve">   ○ שכונות עוני      ○ שמורות טבע      ○ נמלים חדשים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השלימו לפי הטקסט. (10 נק')</w:t>
      </w:r>
    </w:p>
    <w:p>
      <w:pPr>
        <w:bidi/>
        <w:spacing w:before="0" w:after="80"/>
      </w:pPr>
      <w:r>
        <w:rPr>
          <w:color w:val="9F1239"/>
          <w:sz w:val="24"/>
          <w:szCs w:val="24"/>
          <w:rtl/>
        </w:rPr>
        <w:t>מחסן מילים: דחיפה  |  משיכה</w:t>
      </w:r>
    </w:p>
    <w:p>
      <w:pPr>
        <w:bidi/>
        <w:spacing w:before="0" w:after="60"/>
      </w:pPr>
      <w:r>
        <w:rPr>
          <w:rtl/>
        </w:rPr>
        <w:t>א. העוני בכפרים הוא גורם __________.</w:t>
      </w:r>
    </w:p>
    <w:p>
      <w:pPr>
        <w:bidi/>
        <w:spacing w:before="0" w:after="60"/>
      </w:pPr>
      <w:r>
        <w:rPr>
          <w:rtl/>
        </w:rPr>
        <w:t>ב. התקווה למצוא עבודה בעיר היא גורם __________.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איזה תהליך עירוני מתואר בפסקה השלישית? נמקו. (10 נק')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מה העירייה עושה כדי לפתור את הבעיות? כתבו שני צעדים. (10 נק')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80"/>
      </w:pPr>
      <w:r>
        <w:rPr>
          <w:rFonts w:ascii="David" w:hAnsi="David" w:cs="David"/>
          <w:b/>
          <w:bCs/>
          <w:color w:val="9F1239"/>
          <w:sz w:val="32"/>
          <w:szCs w:val="32"/>
          <w:rtl/>
        </w:rPr>
        <w:t>חלק ב': ידע ומושגים (35 נק')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התאימו מושג להסבר. (10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גלובליזציה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מספר השנים שאדם צפוי לחיות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צפיפות אוכלוסייה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העולם נעשה קשור ותלוי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פירוור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מעבר מהעיר לפרברים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תוחלת חיים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תושבים חלקי שטח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נכון או לא נכון? תקנו את הלא נכונים. (10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בסיס רחב בפירמידת גילים מראה הרבה ילדים.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אילת היא עיר נמל בעיקר.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שינוי האקלים הוא בעיה חוצת גבולות.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חשבו את הצפיפות. (7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אזור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תושבים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שטח (קמ"ר)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צפיפות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א'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6,000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20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ב'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800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200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מיינו: מדינה מפותחת או מתפתחת? (8 נק')</w:t>
      </w:r>
    </w:p>
    <w:p>
      <w:pPr>
        <w:bidi/>
        <w:spacing w:before="0" w:after="80"/>
      </w:pPr>
      <w:r>
        <w:rPr>
          <w:color w:val="9F1239"/>
          <w:sz w:val="24"/>
          <w:szCs w:val="24"/>
          <w:rtl/>
        </w:rPr>
        <w:t>המילים: תמותת תינוקות נמוכה  |  מחסור במים נקיים  |  תמ"ג לנפש גבוה  |  מעט בתי ספר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מפותחת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מתפתחת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80"/>
      </w:pPr>
      <w:r>
        <w:rPr>
          <w:rFonts w:ascii="David" w:hAnsi="David" w:cs="David"/>
          <w:b/>
          <w:bCs/>
          <w:color w:val="9F1239"/>
          <w:sz w:val="32"/>
          <w:szCs w:val="32"/>
          <w:rtl/>
        </w:rPr>
        <w:t>חלק ג': חשיבה גאוגרפית (25 נק')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תנו דוגמה למוצר שמראה גלובליזציה, והסבירו. (8 נק')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הציעו שני צעדים שיהפכו עיר לבת-קיימא יותר. (8 נק')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מדוע זיהום של נהר משותף צריך פתרון של כמה מדינות? (9 נק')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00" w:after="80"/>
      </w:pPr>
      <w:r>
        <w:rPr>
          <w:rFonts w:ascii="David" w:hAnsi="David" w:cs="David"/>
          <w:b/>
          <w:bCs/>
          <w:color w:val="9F1239"/>
          <w:sz w:val="32"/>
          <w:szCs w:val="32"/>
          <w:rtl/>
        </w:rPr>
        <w:t>בהצלחה!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