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מחוון למבחן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📝 מבחן מסכם – רמה בסיסית – מחוון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נקודות.</w:t>
      </w:r>
    </w:p>
    <w:p>
      <w:pPr>
        <w:bidi/>
        <w:spacing w:before="200" w:after="80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הבנת טקסט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חשיבה גאוגרפית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א': הבנת טקסט מידע (40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בחרו את התשובה הנכונה. (10 נק')</w:t>
      </w:r>
    </w:p>
    <w:p>
      <w:pPr>
        <w:bidi/>
        <w:spacing w:before="0" w:after="20"/>
      </w:pPr>
      <w:r>
        <w:rPr>
          <w:rtl/>
        </w:rPr>
        <w:t>א. מאיפה הגיעו רבים מתושבי לאגוס?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מכפרים ברחבי ניגריה</w:t>
      </w:r>
    </w:p>
    <w:p>
      <w:pPr>
        <w:bidi/>
        <w:spacing w:before="0" w:after="20"/>
      </w:pPr>
      <w:r>
        <w:rPr>
          <w:rtl/>
        </w:rPr>
        <w:t>ב. מה נוצר כי העיר לא הספיקה לבנות דירות ושירותים?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שכונות עוני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 לפי הטקסט. (10 נק')</w:t>
      </w:r>
    </w:p>
    <w:p>
      <w:pPr>
        <w:bidi/>
        <w:spacing w:before="0" w:after="40"/>
      </w:pPr>
      <w:r>
        <w:rPr>
          <w:rtl/>
        </w:rPr>
        <w:t>א. העוני בכפרים הוא גורם דחיפה.</w:t>
      </w:r>
    </w:p>
    <w:p>
      <w:pPr>
        <w:bidi/>
        <w:spacing w:before="0" w:after="40"/>
      </w:pPr>
      <w:r>
        <w:rPr>
          <w:rtl/>
        </w:rPr>
        <w:t>ב. התקווה למצוא עבודה בעיר היא גורם משיכה.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איזה תהליך עירוני מתואר בפסקה השלישית? נמקו. (10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עיור יתר – אנשים הגיעו מהר יותר משהעיר הספיקה לבנות דירות ושירותים, ונוצרו שכונות עוני.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מה העירייה עושה כדי לפתור את הבעיות? כתבו שני צעדים. (10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בונה קווי רכבת ואוטובוסים מהירים; משפרת את השכונות ומספקת מים וחשמל.</w:t>
      </w:r>
    </w:p>
    <w:p>
      <w:pPr>
        <w:bidi/>
        <w:spacing w:before="160" w:after="80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גלובליזציה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מספר השנים שאדם צפוי לחיות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צפיפות אוכלוסייה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העולם נעשה קשור ותלוי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פירוור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מעבר מהעיר לפרברים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תוחלת חיים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תושבים חלקי שטח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הלא נכונים.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בסיס רחב בפירמידת גילים מראה הרבה ילדים.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אילת היא עיר נמל בעיקר.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אילת היא בעיקר עיר תיירות.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שינוי האקלים הוא בעיה חוצת גבולות.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חשבו את הצפיפות.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תושבים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שטח (קמ"ר)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צפיפות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6,000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300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800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200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4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מיינו: מדינה מפותחת או מתפתחת?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מפותחת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מתפתחת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תמותת תינוקות נמוכה, תמ"ג לנפש גבוה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מחסור במים נקיים, מעט בתי ספר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ג': חשיבה גאוגרפית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תנו דוגמה למוצר שמראה גלובליזציה, והסבירו.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טלפון: עוצב בארה"ב, הורכב בסין ונמכר בכל העולם.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הציעו שני צעדים שיהפכו עיר לבת-קיימא יותר.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תחבורה ציבורית ושבילי אופניים; מחזור ופארקים.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מדוע זיהום של נהר משותף צריך פתרון של כמה מדינות? (9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כי הזיהום זורם עם המים לכל המדינות שלאורך הנהר; רק הסכם משותף יעצור אותו.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