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מבחן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ניתוח טקסט ונתונים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והבנה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ביקורתית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ניתוח טקסט ונתונים (45 נק')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יפן – מדינה שמזדקנת</w:t>
      </w:r>
    </w:p>
    <w:p>
      <w:pPr>
        <w:bidi/>
        <w:spacing w:before="0" w:after="80"/>
      </w:pPr>
      <w:r>
        <w:rPr>
          <w:rtl/>
        </w:rPr>
        <w:t>ביפן גרים כ-124 מיליון אנשים, ותוחלת החיים בה היא מהגבוהות בעולם – כ-84 שנים. אבל בכל שנה נולדים בה פחות ילדים, ומאז 2010 האוכלוסייה הולכת וקטנה.</w:t>
      </w:r>
    </w:p>
    <w:p>
      <w:pPr>
        <w:bidi/>
        <w:spacing w:before="0" w:after="80"/>
      </w:pPr>
      <w:r>
        <w:rPr>
          <w:rtl/>
        </w:rPr>
        <w:t>כמעט שלושה מכל עשרה יפנים הם בני 65 ומעלה. בכפרים רבים נסגרו בתי ספר, ובערים יש מחסור בעובדים צעירים, בייחוד בסיעוד ובבנייה.</w:t>
      </w:r>
    </w:p>
    <w:p>
      <w:pPr>
        <w:bidi/>
        <w:spacing w:before="0" w:after="80"/>
      </w:pPr>
      <w:r>
        <w:rPr>
          <w:rtl/>
        </w:rPr>
        <w:t>הממשלה מנסה להתמודד בכמה דרכים: עידוד משפחות ללדת עוד ילדים, הארכת גיל הפרישה, שימוש ברובוטים בבתי אבות ופתיחה זהירה של השערים לעובדים זרים.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</w:pPr>
      <w:r>
        <w:rPr>
          <w:rtl/>
        </w:rPr>
        <w:t>א. איך נראית כנראה פירמידת הגילים של יפן?</w:t>
      </w:r>
    </w:p>
    <w:p>
      <w:pPr>
        <w:bidi/>
        <w:spacing w:before="0" w:after="80"/>
      </w:pPr>
      <w:r>
        <w:rPr>
          <w:rtl/>
        </w:rPr>
        <w:t xml:space="preserve">   ○ בסיס רחב וצמרת צרה      ○ בסיס צר וצמרת רחבה יחסית      ○ מלבן מושלם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מדוע האוכלוסייה ביפן קטנה, למרות שתוחלת החיים גבוהה? הסבירו בעזרת המושג «ריבוי טבעי». (12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צעד של הממשלה ואיזו בעיה הוא בא לפתור.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צעד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הבעיה שהוא פותר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עידוד ילודה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הארכת גיל הפרישה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עובדים זרים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איזה מהצעדים נראה לכם יעיל ביותר? נמקו. (13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ידע והבנה (30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נכון או לא נכון? תקנו את הלא נכונים.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פירוור מגביר את היוממות.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מדד הפיתוח האנושי מבוסס רק על הכנסה.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פליטים עוזבים את ביתם מרצונם כדי לטייל.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ערים רבות קמו בצומת דרכים או ליד נהר.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תהליך לתוצאה שלו.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עיור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מפעלים עוברים למדינות עם שכר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שריפת דלקים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שכונות עוני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תאגידים רב-לאומיים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התחממות כדור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יוממות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פקקים בבוקר ובערב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השלימו. (8 נק')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מחסן מילים: בתי ספר  |  מוצא</w:t>
      </w:r>
    </w:p>
    <w:p>
      <w:pPr>
        <w:bidi/>
        <w:spacing w:before="0" w:after="60"/>
      </w:pPr>
      <w:r>
        <w:rPr>
          <w:rtl/>
        </w:rPr>
        <w:t>א. אוכלוסייה עם הרבה ילדים מחייבת לבנות עוד __________.</w:t>
      </w:r>
    </w:p>
    <w:p>
      <w:pPr>
        <w:bidi/>
        <w:spacing w:before="0" w:after="60"/>
      </w:pPr>
      <w:r>
        <w:rPr>
          <w:rtl/>
        </w:rPr>
        <w:t>ב. מדינה שממנה יוצאים מהגרים נקראת מדינת __________.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חשיבה ביקורתית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«הגלובליזציה טובה לכולם». הביעו עמדה ונמקו בשני טיעונים. (13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הציעו פתרון בר-קיימא לבעיה סביבתית אחת חוצת גבולות, והסבירו מי צריך לשתף פעולה. (12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