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מחוון למבחן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נקודות.</w:t>
      </w:r>
    </w:p>
    <w:p>
      <w:pPr>
        <w:bidi/>
        <w:spacing w:before="200" w:after="80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ניתוח טקסט ונתונים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והבנה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ביקורתית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א': ניתוח טקסט ונתונים (45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הנכונה. (8 נק')</w:t>
      </w:r>
    </w:p>
    <w:p>
      <w:pPr>
        <w:bidi/>
        <w:spacing w:before="0" w:after="20"/>
      </w:pPr>
      <w:r>
        <w:rPr>
          <w:rtl/>
        </w:rPr>
        <w:t>א. איך נראית כנראה פירמידת הגילים של יפן?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בסיס צר וצמרת רחבה יחסית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מדוע האוכלוסייה ביפן קטנה, למרות שתוחלת החיים גבוהה? הסבירו בעזרת המושג «ריבוי טבעי». (12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נולדים מעט ילדים ומתים יותר אנשים (מבוגרים) מאשר נולדים – הריבוי הטבעי שלילי, ולכן האוכלוסייה קטנה.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השלימו: צעד של הממשלה ואיזו בעיה הוא בא לפתור.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צעד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הבעיה שהוא פותר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עידוד ילודה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מעט לידות, אוכלוסייה שקטנה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הארכת גיל הפרישה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מחסור בעובדים, עומס על קצבאות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עובדים זרים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מחסור בעובדים בסיעוד ובבנייה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איזה מהצעדים נראה לכם יעיל ביותר? נמקו. (13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מנומקת, למשל: עובדים זרים – פותר מהר את המחסור בעובדים; או עידוד ילודה – פתרון לטווח ארוך.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ב': ידע והבנה (30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נכון או לא נכון? תקנו את הלא נכונים.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פירוור מגביר את היוממות.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מדד הפיתוח האנושי מבוסס רק על הכנסה.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הוא משלב בריאות, השכלה והכנסה.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פליטים עוזבים את ביתם מרצונם כדי לטייל.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פליטים נאלצים לברוח בגלל מלחמה או רדיפה.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ערים רבות קמו בצומת דרכים או ליד נהר.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תהליך לתוצאה שלו.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עיור יתר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מפעלים עוברים למדינות עם שכר נמוך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שריפת דלקים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שכונות עוני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תאגידים רב-לאומיים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התחממות כדור הארץ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יוממות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פקקים בבוקר ובערב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השלימו. (8 נק')</w:t>
      </w:r>
    </w:p>
    <w:p>
      <w:pPr>
        <w:bidi/>
        <w:spacing w:before="0" w:after="40"/>
      </w:pPr>
      <w:r>
        <w:rPr>
          <w:rtl/>
        </w:rPr>
        <w:t>א. אוכלוסייה עם הרבה ילדים מחייבת לבנות עוד בתי ספר.</w:t>
      </w:r>
    </w:p>
    <w:p>
      <w:pPr>
        <w:bidi/>
        <w:spacing w:before="0" w:after="40"/>
      </w:pPr>
      <w:r>
        <w:rPr>
          <w:rtl/>
        </w:rPr>
        <w:t>ב. מדינה שממנה יוצאים מהגרים נקראת מדינת מוצא.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ג': חשיבה ביקורתית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«הגלובליזציה טובה לכולם». הביעו עמדה ונמקו בשני טיעונים. (13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עמדה מנומקת: בעד – מוצרים זולים, הפצת ידע; נגד – סגירת מפעלים, פגיעה בתרבות מקומית, אפקט דומינו.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הציעו פתרון בר-קיימא לבעיה סביבתית אחת חוצת גבולות, והסבירו מי צריך לשתף פעולה. (12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 פלסטיק בים התיכון: הסכם בין כל מדינות הים להפחתת פלסטיק חד-פעמי וניקוי חופים.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