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תפרוסת האוכלוסייה בעולם: איפה גרים בני האדם?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תפרוסת האוכלוסייה בעולם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מושגים</w:t>
      </w:r>
    </w:p>
    <w:p>
      <w:pPr>
        <w:bidi/>
        <w:spacing w:before="0" w:after="20"/>
      </w:pPr>
      <w:r>
        <w:rPr>
          <w:rtl/>
        </w:rPr>
        <w:t>1. תפרוסת – איך האנשים מפוזרים על פני הארץ.</w:t>
      </w:r>
    </w:p>
    <w:p>
      <w:pPr>
        <w:bidi/>
        <w:spacing w:before="0" w:after="20"/>
      </w:pPr>
      <w:r>
        <w:rPr>
          <w:rtl/>
        </w:rPr>
        <w:t>2. צפיפות = מספר תושבים ÷ שטח (קמ"ר).</w:t>
      </w:r>
    </w:p>
    <w:p>
      <w:pPr>
        <w:bidi/>
        <w:spacing w:before="0" w:after="20"/>
      </w:pPr>
      <w:r>
        <w:rPr>
          <w:rtl/>
        </w:rPr>
        <w:t>3. צפוף ↔ דליל.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הגורמים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מושכים אנשים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דוחים אנשים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טבעיים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מים, מישור, אקלים נוח, אדמה פורייה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מדבר, קור, הרים גבוהים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אנושיים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עבודה, ערים, נמלים, שירותים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מלחמה, עוני, מחסור בשירותים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להסביר למה אזור צפוף או דליל, כתבו לפחות גורם טבעי אחד וגורם אנושי אחד.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בעיר יש 50,000 תושבים בשטח של 25 קמ"ר. מה הצפיפות?</w:t>
      </w:r>
    </w:p>
    <w:p>
      <w:pPr>
        <w:bidi/>
        <w:spacing w:before="0" w:after="20"/>
      </w:pPr>
      <w:r>
        <w:rPr>
          <w:rtl/>
        </w:rPr>
        <w:t>1. כותבים את הנוסחה: צפיפות = תושבים ÷ שטח.</w:t>
      </w:r>
    </w:p>
    <w:p>
      <w:pPr>
        <w:bidi/>
        <w:spacing w:before="0" w:after="20"/>
      </w:pPr>
      <w:r>
        <w:rPr>
          <w:rtl/>
        </w:rPr>
        <w:t>2. מציבים: ‪50,000 ÷ 25‬.</w:t>
      </w:r>
    </w:p>
    <w:p>
      <w:pPr>
        <w:bidi/>
        <w:spacing w:before="0" w:after="20"/>
      </w:pPr>
      <w:r>
        <w:rPr>
          <w:rtl/>
        </w:rPr>
        <w:t>3. מחשבים: 2,000.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2,000 תושבים לקמ"ר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אזור שיש בו מעט תושבים בשטח גדול: __________.</w:t>
      </w:r>
    </w:p>
    <w:p>
      <w:pPr>
        <w:bidi/>
        <w:spacing w:before="0" w:after="60"/>
      </w:pPr>
      <w:r>
        <w:rPr>
          <w:rtl/>
        </w:rPr>
        <w:t>ב. גורם טבעי שמושך אנשים: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דליל · ב. מים / אדמה פורייה / אקלים נוח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