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ז'   |   דף עבודה</w:t>
      </w:r>
    </w:p>
    <w:p>
      <w:pPr>
        <w:bidi/>
        <w:spacing w:before="0" w:after="200"/>
      </w:pPr>
      <w:r>
        <w:rPr>
          <w:rFonts w:ascii="Arial" w:hAnsi="Arial" w:cs="Arial"/>
          <w:sz w:val="22"/>
          <w:szCs w:val="22"/>
          <w:rtl/>
        </w:rPr>
        <w:t>שם פרטי: ______________   שם משפחה: ______________   כיתה: ______</w:t>
      </w:r>
    </w:p>
    <w:p>
      <w:pPr>
        <w:bidi/>
        <w:spacing w:before="0" w:after="120"/>
      </w:pPr>
      <w:r>
        <w:rPr>
          <w:rFonts w:ascii="David" w:hAnsi="David" w:cs="David"/>
          <w:b/>
          <w:bCs/>
          <w:color w:val="9F1239"/>
          <w:sz w:val="44"/>
          <w:szCs w:val="44"/>
          <w:rtl/>
        </w:rPr>
        <w:t>תפרוסת האוכלוסייה בעולם: איפה גרים בני האדם?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בעזרת מחסן המילים.</w:t>
      </w:r>
    </w:p>
    <w:p>
      <w:pPr>
        <w:bidi/>
        <w:spacing w:before="0" w:after="80"/>
      </w:pPr>
      <w:r>
        <w:rPr>
          <w:color w:val="9F1239"/>
          <w:sz w:val="24"/>
          <w:szCs w:val="24"/>
          <w:rtl/>
        </w:rPr>
        <w:t>מחסן מילים: צפוף  |  דליל  |  טבעיים  |  אנושיים  |  קרים</w:t>
      </w:r>
    </w:p>
    <w:p>
      <w:pPr>
        <w:bidi/>
        <w:spacing w:before="0" w:after="60"/>
      </w:pPr>
      <w:r>
        <w:rPr>
          <w:rtl/>
        </w:rPr>
        <w:t>א. אזור שבו גרים אנשים רבים בשטח קטן הוא אזור __________.</w:t>
      </w:r>
    </w:p>
    <w:p>
      <w:pPr>
        <w:bidi/>
        <w:spacing w:before="0" w:after="60"/>
      </w:pPr>
      <w:r>
        <w:rPr>
          <w:rtl/>
        </w:rPr>
        <w:t>ב. אזור שבו גרים מעט אנשים בשטח גדול הוא אזור __________.</w:t>
      </w:r>
    </w:p>
    <w:p>
      <w:pPr>
        <w:bidi/>
        <w:spacing w:before="0" w:after="60"/>
      </w:pPr>
      <w:r>
        <w:rPr>
          <w:rtl/>
        </w:rPr>
        <w:t>ג. אקלים נוח ואדמה פורייה הם גורמים __________.</w:t>
      </w:r>
    </w:p>
    <w:p>
      <w:pPr>
        <w:bidi/>
        <w:spacing w:before="0" w:after="60"/>
      </w:pPr>
      <w:r>
        <w:rPr>
          <w:rtl/>
        </w:rPr>
        <w:t>ד. נמל ומקומות עבודה הם גורמים __________.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מיינו: גורם טבעי או גורם אנושי?</w:t>
      </w:r>
    </w:p>
    <w:p>
      <w:pPr>
        <w:bidi/>
        <w:spacing w:before="0" w:after="80"/>
      </w:pPr>
      <w:r>
        <w:rPr>
          <w:color w:val="9F1239"/>
          <w:sz w:val="24"/>
          <w:szCs w:val="24"/>
          <w:rtl/>
        </w:rPr>
        <w:t>המילים: נהר  |  מפעלים  |  אקלים ממוזג  |  אוניברסיטה  |  אדמה פורייה  |  מלחמה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גורם טבעי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גורם אנושי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המשפטים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באנטארקטיקה האוכלוסייה צפופה מאוד.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אנשים רבים גרים לאורך נהרות.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מלחמה מושכת אנשים לגור באזור.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חשבו את הצפיפות (תושבים חלקי שטח). עגלו למספר שלם.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אזור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תושבים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שטח (קמ"ר)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צפיפות (תושבים לקמ"ר)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אזור א'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1,000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10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אזור ב'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500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100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אזור ג'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9,000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30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20" w:after="40"/>
      </w:pPr>
      <w:r>
        <w:rPr>
          <w:rFonts w:ascii="David" w:hAnsi="David" w:cs="David"/>
          <w:b/>
          <w:bCs/>
          <w:color w:val="9F1239"/>
          <w:sz w:val="30"/>
          <w:szCs w:val="30"/>
          <w:rtl/>
        </w:rPr>
        <w:t>עמק הנילוס – פס ירוק במדבר</w:t>
      </w:r>
    </w:p>
    <w:p>
      <w:pPr>
        <w:bidi/>
        <w:spacing w:before="0" w:after="80"/>
      </w:pPr>
      <w:r>
        <w:rPr>
          <w:rtl/>
        </w:rPr>
        <w:t>רוב שטחה של מצרים הוא מדבר. ובכל זאת, יותר מ-100 מיליון אנשים גרים בה. כמעט כולם גרים בפס צר לאורך נהר הנילוס ובדלתא שלו, ליד הים התיכון.</w:t>
      </w:r>
    </w:p>
    <w:p>
      <w:pPr>
        <w:bidi/>
        <w:spacing w:before="0" w:after="80"/>
      </w:pPr>
      <w:r>
        <w:rPr>
          <w:rtl/>
        </w:rPr>
        <w:t>הנהר מספק מים לשתייה ולהשקיה, והאדמה שלאורכו פורייה. לכן שם נמצאים הכפרים, הערים והשדות, ובמדבר שמסביב כמעט אין יישובים.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לפי הקטע, למה רוב תושבי מצרים גרים לאורך הנילוס? כתבו שתי סיבות.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7. איזה סוג גורם (טבעי או אנושי) מוסבר בקטע? נמקו.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