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גידול האוכלוסייה ומבנה הגילים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C2410C"/>
          <w:sz w:val="24"/>
          <w:szCs w:val="24"/>
          <w:rtl/>
        </w:rPr>
        <w:t>מחסן מילים: גדלה  |  פירמידת  |  צעירים  |  תוחלת  |  קטנה</w:t>
      </w:r>
    </w:p>
    <w:p>
      <w:pPr>
        <w:bidi/>
        <w:spacing w:before="0" w:after="60"/>
      </w:pPr>
      <w:r>
        <w:rPr>
          <w:rtl/>
        </w:rPr>
        <w:t>א. כשנולדים יותר משמתים, האוכלוסייה __________.</w:t>
      </w:r>
    </w:p>
    <w:p>
      <w:pPr>
        <w:bidi/>
        <w:spacing w:before="0" w:after="60"/>
      </w:pPr>
      <w:r>
        <w:rPr>
          <w:rtl/>
        </w:rPr>
        <w:t>ב. תרשים שמראה כמה אנשים יש בכל גיל נקרא __________ גילים.</w:t>
      </w:r>
    </w:p>
    <w:p>
      <w:pPr>
        <w:bidi/>
        <w:spacing w:before="0" w:after="60"/>
      </w:pPr>
      <w:r>
        <w:rPr>
          <w:rtl/>
        </w:rPr>
        <w:t>ג. בתחתית הפירמידה נמצאים ה__________.</w:t>
      </w:r>
    </w:p>
    <w:p>
      <w:pPr>
        <w:bidi/>
        <w:spacing w:before="0" w:after="60"/>
      </w:pPr>
      <w:r>
        <w:rPr>
          <w:rtl/>
        </w:rPr>
        <w:t>ד. מספר השנים שאדם צפוי לחיות נקרא __________ חיים.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חשבו את הריבוי הטבעי (נולדים פחות מתים).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מדינה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נולדים (לכל 1,000)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מתים (לכל 1,000)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ריבוי טבעי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מדינה א'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40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מדינה ב'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9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11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מדינה ג'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20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5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מיינו: מאפיין של אוכלוסייה צעירה או של אוכלוסייה מזדקנת?</w:t>
      </w:r>
    </w:p>
    <w:p>
      <w:pPr>
        <w:bidi/>
        <w:spacing w:before="0" w:after="80"/>
      </w:pPr>
      <w:r>
        <w:rPr>
          <w:color w:val="C2410C"/>
          <w:sz w:val="24"/>
          <w:szCs w:val="24"/>
          <w:rtl/>
        </w:rPr>
        <w:t>המילים: בסיס רחב בפירמידה  |  הרבה קשישים  |  צורך בבתי ספר  |  מעט ילדים  |  צורך בקצבאות זקנה  |  הרבה לידות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אוכלוסייה צעירה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אוכלוסייה מזדקנת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שיפור ברפואה גרם לגידול באוכלוסיית העולם.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ביפן נולדים ילדים רבים מאוד.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בפירמידת גילים המבוגרים נמצאים בתחתית.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מדינה שבה האוכלוסייה מזדקנת: כתבו בעיה אחת שעלולה להיווצר.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מדינה שבה האוכלוסייה צעירה: מה הממשלה צריכה לבנות? כתבו שני דברים.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