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פערי פיתוח בעולם ומדדי פיתוח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פערי פיתוח ומדדי פיתוח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מדדים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מדד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הוא מראה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תמ"ג לנפש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הכנסה וכלכלה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תוחלת חיים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בריאות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יודעי קרוא וכתוב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השכלה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תמותת תינוקות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רפואה ותנאי חיים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מדד הפיתוח האנושי</w:t>
      </w:r>
    </w:p>
    <w:p>
      <w:pPr>
        <w:bidi/>
        <w:spacing w:before="0" w:after="40"/>
      </w:pPr>
      <w:r>
        <w:rPr>
          <w:rtl/>
        </w:rPr>
        <w:t>משלב בריאות, השכלה והכנסה; בין 0 ל-1. קרוב ל-1 = מפותחת.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סיבות לפערים</w:t>
      </w:r>
    </w:p>
    <w:p>
      <w:pPr>
        <w:bidi/>
        <w:spacing w:before="0" w:after="20"/>
      </w:pPr>
      <w:r>
        <w:rPr>
          <w:rtl/>
        </w:rPr>
        <w:t>1. עבר קולוניאלי, מלחמות, שלטון לא יציב.</w:t>
      </w:r>
    </w:p>
    <w:p>
      <w:pPr>
        <w:bidi/>
        <w:spacing w:before="0" w:after="20"/>
      </w:pPr>
      <w:r>
        <w:rPr>
          <w:rtl/>
        </w:rPr>
        <w:t>2. אקלים קשה ובצורות.</w:t>
      </w:r>
    </w:p>
    <w:p>
      <w:pPr>
        <w:bidi/>
        <w:spacing w:before="0" w:after="20"/>
      </w:pPr>
      <w:r>
        <w:rPr>
          <w:rtl/>
        </w:rPr>
        <w:t>3. מחסור בהשכלה ובתשתיות.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מדד אחד לבד לא מספר את כל הסיפור. כדי לקבוע את רמת הפיתוח, השוו כמה מדדים יחד.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במדינה א' תוחלת החיים 82 ותמ"ג לנפש 45,000 דולר; במדינה ב' – 61 ו-900 דולר. איזו מפותחת יותר?</w:t>
      </w:r>
    </w:p>
    <w:p>
      <w:pPr>
        <w:bidi/>
        <w:spacing w:before="0" w:after="20"/>
      </w:pPr>
      <w:r>
        <w:rPr>
          <w:rtl/>
        </w:rPr>
        <w:t>1. משווים תוחלת חיים: 82 גבוה מ-61.</w:t>
      </w:r>
    </w:p>
    <w:p>
      <w:pPr>
        <w:bidi/>
        <w:spacing w:before="0" w:after="20"/>
      </w:pPr>
      <w:r>
        <w:rPr>
          <w:rtl/>
        </w:rPr>
        <w:t>2. משווים תמ"ג לנפש: 45,000 גבוה מ-900.</w:t>
      </w:r>
    </w:p>
    <w:p>
      <w:pPr>
        <w:bidi/>
        <w:spacing w:before="0" w:after="20"/>
      </w:pPr>
      <w:r>
        <w:rPr>
          <w:rtl/>
        </w:rPr>
        <w:t>3. שני המדדים מצביעים על אותה מסקנה.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מדינה א' מפותחת יותר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מדד שמראה בריאות: __________.</w:t>
      </w:r>
    </w:p>
    <w:p>
      <w:pPr>
        <w:bidi/>
        <w:spacing w:before="0" w:after="60"/>
      </w:pPr>
      <w:r>
        <w:rPr>
          <w:rtl/>
        </w:rPr>
        <w:t>ב. מדינה עם מדד פיתוח אנושי קרוב ל-‪1: __________‬.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תוחלת חיים / תמותת תינוקות · ב. מפותחת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