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פערי פיתוח בעולם ומדדי פיתוח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מספר השנים שאדם צפוי לחיות נקרא תוחלת חיים.</w:t>
      </w:r>
    </w:p>
    <w:p>
      <w:pPr>
        <w:bidi/>
        <w:spacing w:before="0" w:after="40"/>
      </w:pPr>
      <w:r>
        <w:rPr>
          <w:rtl/>
        </w:rPr>
        <w:t>ב. מדינה עם תמ"ג לנפש גבוה היא בדרך כלל מדינה מפותחת.</w:t>
      </w:r>
    </w:p>
    <w:p>
      <w:pPr>
        <w:bidi/>
        <w:spacing w:before="0" w:after="40"/>
      </w:pPr>
      <w:r>
        <w:rPr>
          <w:rtl/>
        </w:rPr>
        <w:t>ג. מדד הפיתוח האנושי משלב בריאות, השכלה והכנסה.</w:t>
      </w:r>
    </w:p>
    <w:p>
      <w:pPr>
        <w:bidi/>
        <w:spacing w:before="0" w:after="40"/>
      </w:pPr>
      <w:r>
        <w:rPr>
          <w:rtl/>
        </w:rPr>
        <w:t>ד. תמותת תינוקות נמוכה מעידה על רפואה טובה.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התבוננו בנתונים (מקורבים) וסמנו בעמודה האחרונה: מפותחת או מתפתחת.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תוחלת חיים (שנים)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תמ"ג לנפש (דולר)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מפותחת / מתפתחת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נורבגיה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87,000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מפותחת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ניז'ר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מתפתחת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ישראל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53,000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מפותחת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בנגלדש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73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2,600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מתפתחת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מדד אחד מספיק כדי לדעת הכול על 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צריך להשוות כמה מדדים יחד.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מלחמות יכולות לעכב פיתוח של 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מדד פיתוח אנושי קרוב ל-0 מעיד על מדינה מפותחת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מדד קרוב ל-1 מעיד על מדינה מפותחת.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מאפיין של מדינה מפותחת או של מדינה מתפתחת?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מפותחת</w:t>
            </w:r>
          </w:p>
        </w:tc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מתפתחת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תוחלת חיים ארוכה, רוב הילדים לומדים שנים רבות, תמ"ג לנפש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 נקיים, תמותת תינוקות גבוהה, מחסור בבתי חולים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הטבלה בתרגיל 2, מה ההבדל בתוחלת החיים בין נורבגיה לניז'ר? מה הוא מלמד?</w:t>
      </w:r>
    </w:p>
    <w:p>
      <w:pPr>
        <w:bidi/>
        <w:spacing w:before="0" w:after="80"/>
      </w:pPr>
      <w:r>
        <w:rPr>
          <w:color w:val="0F7A4F"/>
          <w:rtl/>
        </w:rPr>
        <w:t>תשובה אפשרית: 20 שנה (83 לעומת 63). זה מלמד על פער גדול ברפואה ובתנאי החיים.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סיבה אחת לפערי פיתוח ודרך אחת לצמצם אותם.</w:t>
      </w:r>
    </w:p>
    <w:p>
      <w:pPr>
        <w:bidi/>
        <w:spacing w:before="0" w:after="80"/>
      </w:pPr>
      <w:r>
        <w:rPr>
          <w:color w:val="0F7A4F"/>
          <w:rtl/>
        </w:rPr>
        <w:t>תשובה אפשרית: סיבה: מלחמות / מחסור בהשכלה. צמצום: סיוע, בניית בתי ספר ותשתיות.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