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בעיות סביבה חוצות גבולות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בעיות סביבה חוצות גבולות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דוגמאות</w:t>
      </w:r>
    </w:p>
    <w:p>
      <w:pPr>
        <w:bidi/>
        <w:spacing w:before="0" w:after="20"/>
      </w:pPr>
      <w:r>
        <w:rPr>
          <w:rtl/>
        </w:rPr>
        <w:t>1. זיהום אוויר שנישא ברוח וגשם חומצי.</w:t>
      </w:r>
    </w:p>
    <w:p>
      <w:pPr>
        <w:bidi/>
        <w:spacing w:before="0" w:after="20"/>
      </w:pPr>
      <w:r>
        <w:rPr>
          <w:rtl/>
        </w:rPr>
        <w:t>2. זיהום נהרות משותפים.</w:t>
      </w:r>
    </w:p>
    <w:p>
      <w:pPr>
        <w:bidi/>
        <w:spacing w:before="0" w:after="20"/>
      </w:pPr>
      <w:r>
        <w:rPr>
          <w:rtl/>
        </w:rPr>
        <w:t>3. פלסטיק בים.</w:t>
      </w:r>
    </w:p>
    <w:p>
      <w:pPr>
        <w:bidi/>
        <w:spacing w:before="0" w:after="20"/>
      </w:pPr>
      <w:r>
        <w:rPr>
          <w:rtl/>
        </w:rPr>
        <w:t>4. שינוי האקלים: התחממות, המסת קרחונים, עליית מפלס הים.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התמודדות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רמה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עושים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בין-לאומית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הסכמים, חלוקת מים, הפחתת גזי חממה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מדינה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אנרגיה מתחדשת, פיקוח על מפעלים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חיסכון, מחזור, פחות פלסטיק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בעיה חוצת גבולות דורשת פתרון משותף. כשאתם מציעים פתרון, כתבו גם מה כל מדינה יכולה לעשות וגם מה הן צריכות לעשות יחד.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מפעל במדינה א' שופך שפכים לנהר, והדגים מתים במדינה ב' שבמורד. מה סוג הבעיה ומה הפתרון?</w:t>
      </w:r>
    </w:p>
    <w:p>
      <w:pPr>
        <w:bidi/>
        <w:spacing w:before="0" w:after="20"/>
      </w:pPr>
      <w:r>
        <w:rPr>
          <w:rtl/>
        </w:rPr>
        <w:t>1. הזיהום עובר עם הנהר ממדינה למדינה ← בעיה חוצת גבולות.</w:t>
      </w:r>
    </w:p>
    <w:p>
      <w:pPr>
        <w:bidi/>
        <w:spacing w:before="0" w:after="20"/>
      </w:pPr>
      <w:r>
        <w:rPr>
          <w:rtl/>
        </w:rPr>
        <w:t>2. פתרון: הסכם בין המדינות ופיקוח על המפעל.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בעיה חוצת גבולות; הסכם משותף ופיקוח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גזים שגורמים להתחממות: גזי __________.</w:t>
      </w:r>
    </w:p>
    <w:p>
      <w:pPr>
        <w:bidi/>
        <w:spacing w:before="0" w:after="60"/>
      </w:pPr>
      <w:r>
        <w:rPr>
          <w:rtl/>
        </w:rPr>
        <w:t>ב. אנרגיה מהשמש: אנרגיה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חממה · ב. מתחדשת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